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9026"/>
      </w:tblGrid>
      <w:tr w:rsidR="001C1323" w:rsidRPr="00CD5712" w14:paraId="47565FFA" w14:textId="77777777">
        <w:trPr>
          <w:trHeight w:val="13153"/>
        </w:trPr>
        <w:tc>
          <w:tcPr>
            <w:tcW w:w="9026" w:type="dxa"/>
            <w:tcMar>
              <w:top w:w="200" w:type="dxa"/>
              <w:left w:w="200" w:type="dxa"/>
              <w:bottom w:w="200" w:type="dxa"/>
              <w:right w:w="200" w:type="dxa"/>
            </w:tcMar>
          </w:tcPr>
          <w:p w14:paraId="7C15BEAC" w14:textId="77777777" w:rsidR="001C1323" w:rsidRPr="00CD5712" w:rsidRDefault="00000000">
            <w:pPr>
              <w:jc w:val="center"/>
              <w:rPr>
                <w:rFonts w:ascii="Times New Roman" w:hAnsi="Times New Roman" w:cs="Times New Roman"/>
                <w:b/>
                <w:sz w:val="28"/>
                <w:szCs w:val="28"/>
              </w:rPr>
            </w:pPr>
            <w:r w:rsidRPr="00CD5712">
              <w:rPr>
                <w:rFonts w:ascii="Times New Roman" w:hAnsi="Times New Roman" w:cs="Times New Roman"/>
                <w:b/>
                <w:sz w:val="28"/>
                <w:szCs w:val="28"/>
              </w:rPr>
              <w:t>LAPORAN KEMAJUAN</w:t>
            </w:r>
          </w:p>
          <w:p w14:paraId="2628B74B" w14:textId="77777777" w:rsidR="0090552E" w:rsidRPr="00CD5712" w:rsidRDefault="0090552E">
            <w:pPr>
              <w:jc w:val="center"/>
              <w:rPr>
                <w:rFonts w:ascii="Times New Roman" w:hAnsi="Times New Roman" w:cs="Times New Roman"/>
              </w:rPr>
            </w:pPr>
          </w:p>
          <w:p w14:paraId="6940D91F" w14:textId="71D99608" w:rsidR="001C1323" w:rsidRPr="00CD5712" w:rsidRDefault="00000000">
            <w:pPr>
              <w:jc w:val="center"/>
              <w:rPr>
                <w:rFonts w:ascii="Times New Roman" w:hAnsi="Times New Roman" w:cs="Times New Roman"/>
              </w:rPr>
            </w:pPr>
            <w:r w:rsidRPr="00CD5712">
              <w:rPr>
                <w:rFonts w:ascii="Times New Roman" w:hAnsi="Times New Roman" w:cs="Times New Roman"/>
                <w:b/>
                <w:sz w:val="24"/>
              </w:rPr>
              <w:t>PROGRAM RISET KEMITRAAN INTERNASIONAL</w:t>
            </w:r>
          </w:p>
          <w:p w14:paraId="77D67837" w14:textId="77777777" w:rsidR="001C1323" w:rsidRPr="00CD5712" w:rsidRDefault="00000000">
            <w:pPr>
              <w:jc w:val="center"/>
              <w:rPr>
                <w:rFonts w:ascii="Times New Roman" w:hAnsi="Times New Roman" w:cs="Times New Roman"/>
              </w:rPr>
            </w:pPr>
            <w:r w:rsidRPr="00CD5712">
              <w:rPr>
                <w:rFonts w:ascii="Times New Roman" w:hAnsi="Times New Roman" w:cs="Times New Roman"/>
                <w:b/>
                <w:sz w:val="24"/>
              </w:rPr>
              <w:t>TAHUN 2026</w:t>
            </w:r>
          </w:p>
          <w:p w14:paraId="79CEBCC7" w14:textId="77777777" w:rsidR="001C1323" w:rsidRPr="00CD5712" w:rsidRDefault="00000000">
            <w:pPr>
              <w:spacing w:before="1120"/>
              <w:jc w:val="center"/>
              <w:rPr>
                <w:rFonts w:ascii="Times New Roman" w:hAnsi="Times New Roman" w:cs="Times New Roman"/>
              </w:rPr>
            </w:pPr>
            <w:r w:rsidRPr="00CD5712">
              <w:rPr>
                <w:rFonts w:ascii="Times New Roman" w:hAnsi="Times New Roman" w:cs="Times New Roman"/>
                <w:color w:val="595959"/>
              </w:rPr>
              <w:t>[Logo Perguruan Tinggi]</w:t>
            </w:r>
          </w:p>
          <w:p w14:paraId="0B2D2697" w14:textId="77777777" w:rsidR="001C1323" w:rsidRPr="00CD5712" w:rsidRDefault="00000000">
            <w:pPr>
              <w:spacing w:before="120"/>
              <w:jc w:val="center"/>
              <w:rPr>
                <w:rFonts w:ascii="Times New Roman" w:hAnsi="Times New Roman" w:cs="Times New Roman"/>
              </w:rPr>
            </w:pPr>
            <w:r w:rsidRPr="00CD5712">
              <w:rPr>
                <w:rFonts w:ascii="Times New Roman" w:hAnsi="Times New Roman" w:cs="Times New Roman"/>
                <w:b/>
                <w:sz w:val="24"/>
              </w:rPr>
              <w:t>[NAMA PERGURUAN TINGGI]</w:t>
            </w:r>
          </w:p>
          <w:p w14:paraId="5EB65668" w14:textId="77777777" w:rsidR="0090552E" w:rsidRPr="00CD5712" w:rsidRDefault="0090552E">
            <w:pPr>
              <w:spacing w:before="1000"/>
              <w:jc w:val="center"/>
              <w:rPr>
                <w:rFonts w:ascii="Times New Roman" w:hAnsi="Times New Roman" w:cs="Times New Roman"/>
                <w:b/>
                <w:sz w:val="24"/>
              </w:rPr>
            </w:pPr>
          </w:p>
          <w:p w14:paraId="5E2E31EA" w14:textId="6C4CBFBD" w:rsidR="001C1323" w:rsidRPr="00CD5712" w:rsidRDefault="00000000">
            <w:pPr>
              <w:spacing w:before="1000"/>
              <w:jc w:val="center"/>
              <w:rPr>
                <w:rFonts w:ascii="Times New Roman" w:hAnsi="Times New Roman" w:cs="Times New Roman"/>
                <w:b/>
                <w:sz w:val="24"/>
              </w:rPr>
            </w:pPr>
            <w:r w:rsidRPr="00CD5712">
              <w:rPr>
                <w:rFonts w:ascii="Times New Roman" w:hAnsi="Times New Roman" w:cs="Times New Roman"/>
                <w:b/>
                <w:sz w:val="24"/>
              </w:rPr>
              <w:t>[JUDUL PROPOSAL]</w:t>
            </w:r>
          </w:p>
          <w:p w14:paraId="7A8EA5DE" w14:textId="77777777" w:rsidR="003D0D81" w:rsidRPr="00CD5712" w:rsidRDefault="003D0D81">
            <w:pPr>
              <w:spacing w:before="1000"/>
              <w:jc w:val="center"/>
              <w:rPr>
                <w:rFonts w:ascii="Times New Roman" w:hAnsi="Times New Roman" w:cs="Times New Roman"/>
              </w:rPr>
            </w:pPr>
          </w:p>
          <w:p w14:paraId="66B0B36D" w14:textId="30DCBD6E" w:rsidR="00CD5712" w:rsidRPr="00CD5712" w:rsidRDefault="00CD5712" w:rsidP="00CD5712">
            <w:pPr>
              <w:spacing w:line="360" w:lineRule="auto"/>
              <w:jc w:val="center"/>
              <w:rPr>
                <w:rFonts w:ascii="Times New Roman" w:hAnsi="Times New Roman" w:cs="Times New Roman"/>
                <w:sz w:val="24"/>
                <w:szCs w:val="28"/>
              </w:rPr>
            </w:pPr>
            <w:r w:rsidRPr="00CD5712">
              <w:rPr>
                <w:rFonts w:ascii="Times New Roman" w:hAnsi="Times New Roman" w:cs="Times New Roman"/>
                <w:sz w:val="24"/>
                <w:szCs w:val="28"/>
              </w:rPr>
              <w:t>[Nama Penerima Pendanaan]</w:t>
            </w:r>
          </w:p>
          <w:p w14:paraId="23E03ADC" w14:textId="77777777" w:rsidR="00CD5712" w:rsidRPr="00CD5712" w:rsidRDefault="00CD5712" w:rsidP="00CD5712">
            <w:pPr>
              <w:spacing w:line="360" w:lineRule="auto"/>
              <w:jc w:val="center"/>
              <w:rPr>
                <w:rFonts w:ascii="Times New Roman" w:hAnsi="Times New Roman" w:cs="Times New Roman"/>
                <w:sz w:val="24"/>
                <w:szCs w:val="28"/>
              </w:rPr>
            </w:pPr>
            <w:r w:rsidRPr="00CD5712">
              <w:rPr>
                <w:rFonts w:ascii="Times New Roman" w:hAnsi="Times New Roman" w:cs="Times New Roman"/>
                <w:sz w:val="24"/>
                <w:szCs w:val="28"/>
              </w:rPr>
              <w:t>[NIDN/NIDK]</w:t>
            </w:r>
          </w:p>
          <w:p w14:paraId="052C51E6" w14:textId="6C3ED0BA" w:rsidR="003D0D81" w:rsidRPr="00CD5712" w:rsidRDefault="00CD5712" w:rsidP="00CD5712">
            <w:pPr>
              <w:spacing w:line="360" w:lineRule="auto"/>
              <w:jc w:val="center"/>
              <w:rPr>
                <w:rFonts w:ascii="Times New Roman" w:hAnsi="Times New Roman" w:cs="Times New Roman"/>
                <w:sz w:val="24"/>
                <w:szCs w:val="28"/>
              </w:rPr>
            </w:pPr>
            <w:r w:rsidRPr="00CD5712">
              <w:rPr>
                <w:rFonts w:ascii="Times New Roman" w:hAnsi="Times New Roman" w:cs="Times New Roman"/>
                <w:sz w:val="24"/>
                <w:szCs w:val="28"/>
              </w:rPr>
              <w:t>[Kategori A / Kategori B]</w:t>
            </w:r>
          </w:p>
          <w:p w14:paraId="53E6CA10" w14:textId="25875022" w:rsidR="00B57A47" w:rsidRDefault="009B1C7F" w:rsidP="009B1C7F">
            <w:pPr>
              <w:spacing w:line="360" w:lineRule="auto"/>
              <w:jc w:val="center"/>
              <w:rPr>
                <w:rFonts w:ascii="Times New Roman" w:hAnsi="Times New Roman" w:cs="Times New Roman"/>
                <w:sz w:val="24"/>
                <w:szCs w:val="28"/>
              </w:rPr>
            </w:pPr>
            <w:r w:rsidRPr="00CD5712">
              <w:rPr>
                <w:rFonts w:ascii="Times New Roman" w:hAnsi="Times New Roman" w:cs="Times New Roman"/>
                <w:sz w:val="24"/>
                <w:szCs w:val="28"/>
              </w:rPr>
              <w:t>[</w:t>
            </w:r>
            <w:r>
              <w:rPr>
                <w:rFonts w:ascii="Times New Roman" w:hAnsi="Times New Roman" w:cs="Times New Roman"/>
                <w:sz w:val="24"/>
                <w:szCs w:val="28"/>
              </w:rPr>
              <w:t>Nama Mitra</w:t>
            </w:r>
            <w:r w:rsidRPr="00CD5712">
              <w:rPr>
                <w:rFonts w:ascii="Times New Roman" w:hAnsi="Times New Roman" w:cs="Times New Roman"/>
                <w:sz w:val="24"/>
                <w:szCs w:val="28"/>
              </w:rPr>
              <w:t>]</w:t>
            </w:r>
          </w:p>
          <w:p w14:paraId="24B9872B" w14:textId="51D3D81E" w:rsidR="009B1C7F" w:rsidRPr="009B1C7F" w:rsidRDefault="009B1C7F" w:rsidP="009B1C7F">
            <w:pPr>
              <w:spacing w:line="360" w:lineRule="auto"/>
              <w:jc w:val="center"/>
              <w:rPr>
                <w:rFonts w:ascii="Times New Roman" w:hAnsi="Times New Roman" w:cs="Times New Roman"/>
                <w:sz w:val="24"/>
                <w:szCs w:val="28"/>
              </w:rPr>
            </w:pPr>
            <w:r w:rsidRPr="00CD5712">
              <w:rPr>
                <w:rFonts w:ascii="Times New Roman" w:hAnsi="Times New Roman" w:cs="Times New Roman"/>
                <w:sz w:val="24"/>
                <w:szCs w:val="28"/>
              </w:rPr>
              <w:t>[</w:t>
            </w:r>
            <w:r>
              <w:rPr>
                <w:rFonts w:ascii="Times New Roman" w:hAnsi="Times New Roman" w:cs="Times New Roman"/>
                <w:sz w:val="24"/>
                <w:szCs w:val="28"/>
              </w:rPr>
              <w:t>Nama Institusi Mitra</w:t>
            </w:r>
            <w:r w:rsidRPr="00CD5712">
              <w:rPr>
                <w:rFonts w:ascii="Times New Roman" w:hAnsi="Times New Roman" w:cs="Times New Roman"/>
                <w:sz w:val="24"/>
                <w:szCs w:val="28"/>
              </w:rPr>
              <w:t>]</w:t>
            </w:r>
          </w:p>
          <w:p w14:paraId="0791CD82" w14:textId="77777777" w:rsidR="0090552E" w:rsidRPr="00CD5712" w:rsidRDefault="0090552E" w:rsidP="0090552E">
            <w:pPr>
              <w:spacing w:line="360" w:lineRule="auto"/>
              <w:jc w:val="center"/>
              <w:rPr>
                <w:rFonts w:ascii="Times New Roman" w:hAnsi="Times New Roman" w:cs="Times New Roman"/>
                <w:b/>
                <w:sz w:val="22"/>
              </w:rPr>
            </w:pPr>
          </w:p>
          <w:p w14:paraId="3C603102" w14:textId="77777777" w:rsidR="0090552E" w:rsidRPr="00CD5712" w:rsidRDefault="0090552E" w:rsidP="0090552E">
            <w:pPr>
              <w:spacing w:line="360" w:lineRule="auto"/>
              <w:jc w:val="center"/>
              <w:rPr>
                <w:rFonts w:ascii="Times New Roman" w:hAnsi="Times New Roman" w:cs="Times New Roman"/>
                <w:b/>
                <w:sz w:val="22"/>
              </w:rPr>
            </w:pPr>
          </w:p>
          <w:p w14:paraId="5B890722" w14:textId="77777777" w:rsidR="0090552E" w:rsidRPr="00CD5712" w:rsidRDefault="0090552E" w:rsidP="0090552E">
            <w:pPr>
              <w:spacing w:line="360" w:lineRule="auto"/>
              <w:jc w:val="center"/>
              <w:rPr>
                <w:rFonts w:ascii="Times New Roman" w:hAnsi="Times New Roman" w:cs="Times New Roman"/>
                <w:b/>
                <w:sz w:val="22"/>
              </w:rPr>
            </w:pPr>
          </w:p>
          <w:p w14:paraId="148DB963" w14:textId="6D604BE9" w:rsidR="001C1323" w:rsidRPr="00CD5712" w:rsidRDefault="00000000" w:rsidP="0090552E">
            <w:pPr>
              <w:spacing w:line="360" w:lineRule="auto"/>
              <w:jc w:val="center"/>
              <w:rPr>
                <w:rFonts w:ascii="Times New Roman" w:hAnsi="Times New Roman" w:cs="Times New Roman"/>
              </w:rPr>
            </w:pPr>
            <w:r w:rsidRPr="00CD5712">
              <w:rPr>
                <w:rFonts w:ascii="Times New Roman" w:hAnsi="Times New Roman" w:cs="Times New Roman"/>
                <w:b/>
                <w:sz w:val="22"/>
              </w:rPr>
              <w:t>DIREKTORAT HILIRISASI DAN KEMITRAAN</w:t>
            </w:r>
          </w:p>
          <w:p w14:paraId="1C0DC9D5" w14:textId="77777777" w:rsidR="001C1323" w:rsidRPr="00CD5712" w:rsidRDefault="00000000" w:rsidP="0090552E">
            <w:pPr>
              <w:spacing w:line="360" w:lineRule="auto"/>
              <w:jc w:val="center"/>
              <w:rPr>
                <w:rFonts w:ascii="Times New Roman" w:hAnsi="Times New Roman" w:cs="Times New Roman"/>
              </w:rPr>
            </w:pPr>
            <w:r w:rsidRPr="00CD5712">
              <w:rPr>
                <w:rFonts w:ascii="Times New Roman" w:hAnsi="Times New Roman" w:cs="Times New Roman"/>
                <w:b/>
                <w:sz w:val="22"/>
              </w:rPr>
              <w:t>DIREKTORAT JENDERAL RISET DAN PENGEMBANGAN</w:t>
            </w:r>
          </w:p>
          <w:p w14:paraId="5804B310" w14:textId="77777777" w:rsidR="001C1323" w:rsidRPr="00CD5712" w:rsidRDefault="00000000" w:rsidP="0090552E">
            <w:pPr>
              <w:spacing w:line="360" w:lineRule="auto"/>
              <w:jc w:val="center"/>
              <w:rPr>
                <w:rFonts w:ascii="Times New Roman" w:hAnsi="Times New Roman" w:cs="Times New Roman"/>
              </w:rPr>
            </w:pPr>
            <w:r w:rsidRPr="00CD5712">
              <w:rPr>
                <w:rFonts w:ascii="Times New Roman" w:hAnsi="Times New Roman" w:cs="Times New Roman"/>
                <w:b/>
                <w:sz w:val="22"/>
              </w:rPr>
              <w:t>KEMENTERIAN PENDIDIKAN TINGGI, SAINS, DAN TEKNOLOGI</w:t>
            </w:r>
          </w:p>
        </w:tc>
      </w:tr>
    </w:tbl>
    <w:p w14:paraId="57ACDAA0" w14:textId="77777777" w:rsidR="001C1323" w:rsidRPr="00CD5712" w:rsidRDefault="00000000">
      <w:pPr>
        <w:rPr>
          <w:rFonts w:ascii="Times New Roman" w:hAnsi="Times New Roman" w:cs="Times New Roman"/>
        </w:rPr>
      </w:pPr>
      <w:r w:rsidRPr="00CD5712">
        <w:rPr>
          <w:rFonts w:ascii="Times New Roman" w:hAnsi="Times New Roman" w:cs="Times New Roman"/>
        </w:rPr>
        <w:br w:type="page"/>
      </w:r>
    </w:p>
    <w:tbl>
      <w:tblPr>
        <w:tblW w:w="9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26"/>
      </w:tblGrid>
      <w:tr w:rsidR="001C1323" w:rsidRPr="00CD5712" w14:paraId="312EA7F0" w14:textId="77777777">
        <w:trPr>
          <w:cantSplit/>
        </w:trPr>
        <w:tc>
          <w:tcPr>
            <w:tcW w:w="9026" w:type="dxa"/>
            <w:shd w:val="clear" w:color="auto" w:fill="1B6AA3"/>
            <w:tcMar>
              <w:top w:w="70" w:type="dxa"/>
              <w:left w:w="100" w:type="dxa"/>
              <w:bottom w:w="70" w:type="dxa"/>
              <w:right w:w="100" w:type="dxa"/>
            </w:tcMar>
          </w:tcPr>
          <w:p w14:paraId="61666B49" w14:textId="77777777" w:rsidR="001C1323" w:rsidRPr="00CD5712" w:rsidRDefault="00000000" w:rsidP="009B1C7F">
            <w:pPr>
              <w:keepNext/>
              <w:jc w:val="center"/>
              <w:rPr>
                <w:rFonts w:ascii="Times New Roman" w:hAnsi="Times New Roman" w:cs="Times New Roman"/>
              </w:rPr>
            </w:pPr>
            <w:r w:rsidRPr="00CD5712">
              <w:rPr>
                <w:rFonts w:ascii="Times New Roman" w:hAnsi="Times New Roman" w:cs="Times New Roman"/>
                <w:b/>
                <w:color w:val="FFFFFF"/>
                <w:sz w:val="21"/>
              </w:rPr>
              <w:lastRenderedPageBreak/>
              <w:t>SUBSTANSI LAPORAN KEMAJUAN PROGRAM RISET KEMITRAAN INTERNASIONAL (RKI) TAHUN 2026</w:t>
            </w:r>
          </w:p>
        </w:tc>
      </w:tr>
    </w:tbl>
    <w:p w14:paraId="65ED628D" w14:textId="77777777" w:rsidR="001C1323" w:rsidRPr="00CD5712" w:rsidRDefault="001C1323">
      <w:pPr>
        <w:spacing w:line="80" w:lineRule="exact"/>
        <w:rPr>
          <w:rFonts w:ascii="Times New Roman" w:hAnsi="Times New Roman" w:cs="Times New Roman"/>
        </w:rPr>
      </w:pPr>
    </w:p>
    <w:p w14:paraId="05197992" w14:textId="77777777" w:rsidR="001C1323" w:rsidRPr="00CD5712" w:rsidRDefault="001C1323">
      <w:pPr>
        <w:spacing w:line="120" w:lineRule="exact"/>
        <w:rPr>
          <w:rFonts w:ascii="Times New Roman" w:hAnsi="Times New Roman" w:cs="Times New Roman"/>
        </w:rPr>
      </w:pPr>
    </w:p>
    <w:tbl>
      <w:tblPr>
        <w:tblW w:w="9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26"/>
      </w:tblGrid>
      <w:tr w:rsidR="001C1323" w:rsidRPr="00CD5712" w14:paraId="2CBE787E" w14:textId="77777777">
        <w:trPr>
          <w:cantSplit/>
        </w:trPr>
        <w:tc>
          <w:tcPr>
            <w:tcW w:w="9026" w:type="dxa"/>
            <w:shd w:val="clear" w:color="auto" w:fill="CAE9F7"/>
            <w:tcMar>
              <w:top w:w="70" w:type="dxa"/>
              <w:left w:w="100" w:type="dxa"/>
              <w:bottom w:w="70" w:type="dxa"/>
              <w:right w:w="100" w:type="dxa"/>
            </w:tcMar>
          </w:tcPr>
          <w:p w14:paraId="3D597A88" w14:textId="14B3CD58" w:rsidR="001C1323" w:rsidRPr="001E74B7" w:rsidRDefault="00000000">
            <w:pPr>
              <w:keepNext/>
              <w:rPr>
                <w:rFonts w:ascii="Times New Roman" w:hAnsi="Times New Roman" w:cs="Times New Roman"/>
                <w:sz w:val="21"/>
                <w:szCs w:val="21"/>
              </w:rPr>
            </w:pPr>
            <w:r w:rsidRPr="001E74B7">
              <w:rPr>
                <w:rFonts w:ascii="Times New Roman" w:hAnsi="Times New Roman" w:cs="Times New Roman"/>
                <w:b/>
                <w:sz w:val="21"/>
                <w:szCs w:val="21"/>
              </w:rPr>
              <w:t xml:space="preserve">1.  Ringkasan Eksekutif </w:t>
            </w:r>
            <w:r w:rsidR="00751C1E" w:rsidRPr="001E74B7">
              <w:rPr>
                <w:rFonts w:ascii="Times New Roman" w:hAnsi="Times New Roman" w:cs="Times New Roman"/>
                <w:b/>
                <w:sz w:val="21"/>
                <w:szCs w:val="21"/>
              </w:rPr>
              <w:t>(Executive Summary)</w:t>
            </w:r>
          </w:p>
        </w:tc>
      </w:tr>
      <w:tr w:rsidR="001C1323" w:rsidRPr="00CD5712" w14:paraId="33BF8281" w14:textId="77777777" w:rsidTr="00751C1E">
        <w:trPr>
          <w:trHeight w:val="1228"/>
        </w:trPr>
        <w:tc>
          <w:tcPr>
            <w:tcW w:w="9026" w:type="dxa"/>
            <w:tcMar>
              <w:top w:w="70" w:type="dxa"/>
              <w:left w:w="100" w:type="dxa"/>
              <w:bottom w:w="70" w:type="dxa"/>
              <w:right w:w="100" w:type="dxa"/>
            </w:tcMar>
          </w:tcPr>
          <w:p w14:paraId="6C202C34" w14:textId="129BCE3A" w:rsidR="00751C1E" w:rsidRPr="001E74B7" w:rsidRDefault="00751C1E" w:rsidP="00751C1E">
            <w:pPr>
              <w:spacing w:after="30" w:line="276" w:lineRule="auto"/>
              <w:jc w:val="both"/>
              <w:rPr>
                <w:rFonts w:ascii="Times New Roman" w:hAnsi="Times New Roman" w:cs="Times New Roman"/>
                <w:i/>
                <w:iCs/>
                <w:szCs w:val="20"/>
              </w:rPr>
            </w:pPr>
            <w:r w:rsidRPr="001E74B7">
              <w:rPr>
                <w:rFonts w:ascii="Times New Roman" w:hAnsi="Times New Roman" w:cs="Times New Roman"/>
                <w:i/>
                <w:iCs/>
                <w:szCs w:val="20"/>
              </w:rPr>
              <w:t>Uraikan secara singkat mengenai ringkas tujuan, pelaksanaan sampai periode pelaporan, kontribusi mitra luar negeri, capaian luaran</w:t>
            </w:r>
            <w:r w:rsidR="00C42630">
              <w:rPr>
                <w:rFonts w:ascii="Times New Roman" w:hAnsi="Times New Roman" w:cs="Times New Roman"/>
                <w:i/>
                <w:iCs/>
                <w:szCs w:val="20"/>
              </w:rPr>
              <w:t xml:space="preserve"> (target TKT)</w:t>
            </w:r>
            <w:r w:rsidRPr="001E74B7">
              <w:rPr>
                <w:rFonts w:ascii="Times New Roman" w:hAnsi="Times New Roman" w:cs="Times New Roman"/>
                <w:i/>
                <w:iCs/>
                <w:szCs w:val="20"/>
              </w:rPr>
              <w:t>, anggaran dan tindaklanjut.</w:t>
            </w:r>
          </w:p>
          <w:p w14:paraId="31D77201" w14:textId="77777777" w:rsidR="00751C1E" w:rsidRPr="001E74B7" w:rsidRDefault="00751C1E" w:rsidP="00751C1E">
            <w:pPr>
              <w:spacing w:after="30" w:line="276" w:lineRule="auto"/>
              <w:jc w:val="both"/>
              <w:rPr>
                <w:rFonts w:ascii="Times New Roman" w:hAnsi="Times New Roman" w:cs="Times New Roman"/>
                <w:i/>
                <w:iCs/>
                <w:szCs w:val="20"/>
              </w:rPr>
            </w:pPr>
          </w:p>
          <w:p w14:paraId="2F690213" w14:textId="0FA2E45B" w:rsidR="001C1323" w:rsidRPr="001E74B7" w:rsidRDefault="00ED6BE2" w:rsidP="00751C1E">
            <w:pPr>
              <w:spacing w:after="30" w:line="276" w:lineRule="auto"/>
              <w:jc w:val="both"/>
              <w:rPr>
                <w:rFonts w:ascii="Times New Roman" w:hAnsi="Times New Roman" w:cs="Times New Roman"/>
                <w:i/>
                <w:iCs/>
                <w:szCs w:val="20"/>
              </w:rPr>
            </w:pPr>
            <w:r w:rsidRPr="001E74B7">
              <w:rPr>
                <w:rFonts w:ascii="Times New Roman" w:hAnsi="Times New Roman" w:cs="Times New Roman"/>
                <w:i/>
                <w:iCs/>
                <w:szCs w:val="20"/>
              </w:rPr>
              <w:t>Maksimum 1 halaman d</w:t>
            </w:r>
            <w:r w:rsidR="00751C1E" w:rsidRPr="001E74B7">
              <w:rPr>
                <w:rFonts w:ascii="Times New Roman" w:hAnsi="Times New Roman" w:cs="Times New Roman"/>
                <w:i/>
                <w:iCs/>
                <w:szCs w:val="20"/>
              </w:rPr>
              <w:t>itulis dengan jenis huruf Times New Roman, ukuran font 12, spasi 1.15.</w:t>
            </w:r>
          </w:p>
          <w:p w14:paraId="7DCBD984" w14:textId="77777777" w:rsidR="00751C1E" w:rsidRPr="00751C1E" w:rsidRDefault="00751C1E" w:rsidP="00751C1E"/>
          <w:p w14:paraId="62AD771D" w14:textId="244F4DD5" w:rsidR="00751C1E" w:rsidRPr="00751C1E" w:rsidRDefault="00751C1E" w:rsidP="00751C1E">
            <w:pPr>
              <w:tabs>
                <w:tab w:val="left" w:pos="2468"/>
              </w:tabs>
            </w:pPr>
          </w:p>
        </w:tc>
      </w:tr>
    </w:tbl>
    <w:p w14:paraId="54FE6913" w14:textId="77777777" w:rsidR="001C1323" w:rsidRPr="00CD5712" w:rsidRDefault="001C1323">
      <w:pPr>
        <w:spacing w:line="120" w:lineRule="exact"/>
        <w:rPr>
          <w:rFonts w:ascii="Times New Roman" w:hAnsi="Times New Roman" w:cs="Times New Roman"/>
        </w:rPr>
      </w:pPr>
    </w:p>
    <w:tbl>
      <w:tblPr>
        <w:tblW w:w="9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26"/>
      </w:tblGrid>
      <w:tr w:rsidR="001C1323" w:rsidRPr="00CD5712" w14:paraId="2E8DB7A8" w14:textId="77777777">
        <w:trPr>
          <w:cantSplit/>
        </w:trPr>
        <w:tc>
          <w:tcPr>
            <w:tcW w:w="9026" w:type="dxa"/>
            <w:shd w:val="clear" w:color="auto" w:fill="CAE9F7"/>
            <w:tcMar>
              <w:top w:w="70" w:type="dxa"/>
              <w:left w:w="100" w:type="dxa"/>
              <w:bottom w:w="70" w:type="dxa"/>
              <w:right w:w="100" w:type="dxa"/>
            </w:tcMar>
          </w:tcPr>
          <w:p w14:paraId="3F11F26B" w14:textId="02C0AF29" w:rsidR="001C1323" w:rsidRPr="00CD5712" w:rsidRDefault="00000000">
            <w:pPr>
              <w:keepNext/>
              <w:rPr>
                <w:rFonts w:ascii="Times New Roman" w:hAnsi="Times New Roman" w:cs="Times New Roman"/>
              </w:rPr>
            </w:pPr>
            <w:r w:rsidRPr="00CD5712">
              <w:rPr>
                <w:rFonts w:ascii="Times New Roman" w:hAnsi="Times New Roman" w:cs="Times New Roman"/>
                <w:b/>
                <w:sz w:val="21"/>
              </w:rPr>
              <w:t xml:space="preserve">2.  Pendahuluan </w:t>
            </w:r>
          </w:p>
        </w:tc>
      </w:tr>
      <w:tr w:rsidR="001C1323" w:rsidRPr="00CD5712" w14:paraId="746B0786" w14:textId="77777777">
        <w:trPr>
          <w:trHeight w:val="2835"/>
        </w:trPr>
        <w:tc>
          <w:tcPr>
            <w:tcW w:w="9026" w:type="dxa"/>
            <w:tcMar>
              <w:top w:w="70" w:type="dxa"/>
              <w:left w:w="100" w:type="dxa"/>
              <w:bottom w:w="70" w:type="dxa"/>
              <w:right w:w="100" w:type="dxa"/>
            </w:tcMar>
          </w:tcPr>
          <w:p w14:paraId="0DCB7822" w14:textId="77777777" w:rsidR="001C1323" w:rsidRPr="001E74B7" w:rsidRDefault="00000000" w:rsidP="00B57A47">
            <w:pPr>
              <w:spacing w:after="30" w:line="276" w:lineRule="auto"/>
              <w:rPr>
                <w:rFonts w:ascii="Times New Roman" w:hAnsi="Times New Roman" w:cs="Times New Roman"/>
                <w:i/>
                <w:iCs/>
                <w:szCs w:val="20"/>
              </w:rPr>
            </w:pPr>
            <w:r w:rsidRPr="001E74B7">
              <w:rPr>
                <w:rFonts w:ascii="Times New Roman" w:hAnsi="Times New Roman" w:cs="Times New Roman"/>
                <w:i/>
                <w:iCs/>
                <w:color w:val="595959"/>
                <w:szCs w:val="20"/>
              </w:rPr>
              <w:t>Uraikan secara singkat mengenai:</w:t>
            </w:r>
          </w:p>
          <w:p w14:paraId="51CC6A7F" w14:textId="77777777" w:rsidR="001C1323" w:rsidRPr="001E74B7" w:rsidRDefault="00000000" w:rsidP="00B57A47">
            <w:pPr>
              <w:spacing w:after="30" w:line="276" w:lineRule="auto"/>
              <w:ind w:left="142"/>
              <w:rPr>
                <w:rFonts w:ascii="Times New Roman" w:hAnsi="Times New Roman" w:cs="Times New Roman"/>
                <w:i/>
                <w:iCs/>
                <w:szCs w:val="20"/>
              </w:rPr>
            </w:pPr>
            <w:r w:rsidRPr="001E74B7">
              <w:rPr>
                <w:rFonts w:ascii="Times New Roman" w:hAnsi="Times New Roman" w:cs="Times New Roman"/>
                <w:i/>
                <w:iCs/>
                <w:color w:val="595959"/>
                <w:szCs w:val="20"/>
              </w:rPr>
              <w:t>a. Latar belakang</w:t>
            </w:r>
          </w:p>
          <w:p w14:paraId="2A1E622E" w14:textId="77777777" w:rsidR="001C1323" w:rsidRPr="001E74B7" w:rsidRDefault="00000000" w:rsidP="00B57A47">
            <w:pPr>
              <w:spacing w:after="30" w:line="276" w:lineRule="auto"/>
              <w:ind w:left="567" w:hanging="198"/>
              <w:rPr>
                <w:rFonts w:ascii="Times New Roman" w:hAnsi="Times New Roman" w:cs="Times New Roman"/>
                <w:i/>
                <w:iCs/>
                <w:szCs w:val="20"/>
              </w:rPr>
            </w:pPr>
            <w:r w:rsidRPr="001E74B7">
              <w:rPr>
                <w:rFonts w:ascii="Times New Roman" w:hAnsi="Times New Roman" w:cs="Times New Roman"/>
                <w:i/>
                <w:iCs/>
                <w:color w:val="595959"/>
                <w:szCs w:val="20"/>
              </w:rPr>
              <w:t>– Permasalahan/isu riset yang dikaji dan urgensinya</w:t>
            </w:r>
          </w:p>
          <w:p w14:paraId="6AA94298" w14:textId="77777777" w:rsidR="001C1323" w:rsidRPr="001E74B7" w:rsidRDefault="00000000" w:rsidP="00B57A47">
            <w:pPr>
              <w:spacing w:after="30" w:line="276" w:lineRule="auto"/>
              <w:ind w:left="567" w:hanging="198"/>
              <w:rPr>
                <w:rFonts w:ascii="Times New Roman" w:hAnsi="Times New Roman" w:cs="Times New Roman"/>
                <w:i/>
                <w:iCs/>
                <w:szCs w:val="20"/>
              </w:rPr>
            </w:pPr>
            <w:r w:rsidRPr="001E74B7">
              <w:rPr>
                <w:rFonts w:ascii="Times New Roman" w:hAnsi="Times New Roman" w:cs="Times New Roman"/>
                <w:i/>
                <w:iCs/>
                <w:color w:val="595959"/>
                <w:szCs w:val="20"/>
              </w:rPr>
              <w:t>– Nilai tambah kemitraan internasional bagi penelitian</w:t>
            </w:r>
          </w:p>
          <w:p w14:paraId="7A6CB0C9" w14:textId="77777777" w:rsidR="001C1323" w:rsidRPr="001E74B7" w:rsidRDefault="00000000" w:rsidP="00B57A47">
            <w:pPr>
              <w:spacing w:after="30" w:line="276" w:lineRule="auto"/>
              <w:ind w:left="567" w:hanging="198"/>
              <w:rPr>
                <w:rFonts w:ascii="Times New Roman" w:hAnsi="Times New Roman" w:cs="Times New Roman"/>
                <w:i/>
                <w:iCs/>
                <w:szCs w:val="20"/>
              </w:rPr>
            </w:pPr>
            <w:r w:rsidRPr="001E74B7">
              <w:rPr>
                <w:rFonts w:ascii="Times New Roman" w:hAnsi="Times New Roman" w:cs="Times New Roman"/>
                <w:i/>
                <w:iCs/>
                <w:color w:val="595959"/>
                <w:szCs w:val="20"/>
              </w:rPr>
              <w:t>– Keterkaitan dengan bidang fokus/prioritas nasional dan SDGs</w:t>
            </w:r>
          </w:p>
          <w:p w14:paraId="36C6FA9E" w14:textId="77777777" w:rsidR="001C1323" w:rsidRPr="001E74B7" w:rsidRDefault="00000000" w:rsidP="00B57A47">
            <w:pPr>
              <w:spacing w:after="30" w:line="276" w:lineRule="auto"/>
              <w:ind w:left="142"/>
              <w:rPr>
                <w:rFonts w:ascii="Times New Roman" w:hAnsi="Times New Roman" w:cs="Times New Roman"/>
                <w:i/>
                <w:iCs/>
                <w:szCs w:val="20"/>
              </w:rPr>
            </w:pPr>
            <w:r w:rsidRPr="001E74B7">
              <w:rPr>
                <w:rFonts w:ascii="Times New Roman" w:hAnsi="Times New Roman" w:cs="Times New Roman"/>
                <w:i/>
                <w:iCs/>
                <w:color w:val="595959"/>
                <w:szCs w:val="20"/>
              </w:rPr>
              <w:t>b. Tujuan dan sasaran</w:t>
            </w:r>
          </w:p>
          <w:p w14:paraId="0A8952F2" w14:textId="77777777" w:rsidR="001C1323" w:rsidRPr="001E74B7" w:rsidRDefault="00000000" w:rsidP="00B57A47">
            <w:pPr>
              <w:spacing w:after="30" w:line="276" w:lineRule="auto"/>
              <w:ind w:left="567" w:hanging="198"/>
              <w:rPr>
                <w:rFonts w:ascii="Times New Roman" w:hAnsi="Times New Roman" w:cs="Times New Roman"/>
                <w:i/>
                <w:iCs/>
                <w:szCs w:val="20"/>
              </w:rPr>
            </w:pPr>
            <w:r w:rsidRPr="001E74B7">
              <w:rPr>
                <w:rFonts w:ascii="Times New Roman" w:hAnsi="Times New Roman" w:cs="Times New Roman"/>
                <w:i/>
                <w:iCs/>
                <w:color w:val="595959"/>
                <w:szCs w:val="20"/>
              </w:rPr>
              <w:t>– Tujuan penelitian dan target luaran wajib sesuai kategori yang dipilih (Kategori A: artikel pada jurnal internasional bereputasi Q1/Q2; Kategori B: purwarupa/model kebijakan/karya seni)</w:t>
            </w:r>
          </w:p>
          <w:p w14:paraId="513FD5B2" w14:textId="77777777" w:rsidR="001C1323" w:rsidRPr="001E74B7" w:rsidRDefault="00000000" w:rsidP="00B57A47">
            <w:pPr>
              <w:spacing w:after="30" w:line="276" w:lineRule="auto"/>
              <w:ind w:left="142"/>
              <w:rPr>
                <w:rFonts w:ascii="Times New Roman" w:hAnsi="Times New Roman" w:cs="Times New Roman"/>
                <w:i/>
                <w:iCs/>
                <w:szCs w:val="20"/>
              </w:rPr>
            </w:pPr>
            <w:r w:rsidRPr="001E74B7">
              <w:rPr>
                <w:rFonts w:ascii="Times New Roman" w:hAnsi="Times New Roman" w:cs="Times New Roman"/>
                <w:i/>
                <w:iCs/>
                <w:color w:val="595959"/>
                <w:szCs w:val="20"/>
              </w:rPr>
              <w:t>c. Manfaat</w:t>
            </w:r>
          </w:p>
          <w:p w14:paraId="18F5E7F5" w14:textId="77777777" w:rsidR="001C1323" w:rsidRPr="001E74B7" w:rsidRDefault="00000000" w:rsidP="00B57A47">
            <w:pPr>
              <w:spacing w:after="30" w:line="276" w:lineRule="auto"/>
              <w:ind w:left="567" w:hanging="198"/>
              <w:rPr>
                <w:rFonts w:ascii="Times New Roman" w:hAnsi="Times New Roman" w:cs="Times New Roman"/>
                <w:i/>
                <w:iCs/>
                <w:szCs w:val="20"/>
              </w:rPr>
            </w:pPr>
            <w:r w:rsidRPr="001E74B7">
              <w:rPr>
                <w:rFonts w:ascii="Times New Roman" w:hAnsi="Times New Roman" w:cs="Times New Roman"/>
                <w:i/>
                <w:iCs/>
                <w:color w:val="595959"/>
                <w:szCs w:val="20"/>
              </w:rPr>
              <w:t>– Output dan outcome yang diharapkan</w:t>
            </w:r>
          </w:p>
          <w:p w14:paraId="2CD050C3" w14:textId="77777777" w:rsidR="001C1323" w:rsidRPr="001E74B7" w:rsidRDefault="00000000" w:rsidP="00B57A47">
            <w:pPr>
              <w:spacing w:after="30" w:line="276" w:lineRule="auto"/>
              <w:ind w:left="567" w:hanging="198"/>
              <w:rPr>
                <w:rFonts w:ascii="Times New Roman" w:hAnsi="Times New Roman" w:cs="Times New Roman"/>
                <w:i/>
                <w:iCs/>
                <w:szCs w:val="20"/>
              </w:rPr>
            </w:pPr>
            <w:r w:rsidRPr="001E74B7">
              <w:rPr>
                <w:rFonts w:ascii="Times New Roman" w:hAnsi="Times New Roman" w:cs="Times New Roman"/>
                <w:i/>
                <w:iCs/>
                <w:color w:val="595959"/>
                <w:szCs w:val="20"/>
              </w:rPr>
              <w:t>– Dampak sosial dan ekonomi</w:t>
            </w:r>
          </w:p>
          <w:p w14:paraId="4EB70981" w14:textId="77777777" w:rsidR="001C1323" w:rsidRPr="001E74B7" w:rsidRDefault="00000000" w:rsidP="00B57A47">
            <w:pPr>
              <w:spacing w:after="30" w:line="276" w:lineRule="auto"/>
              <w:ind w:left="567" w:hanging="198"/>
              <w:rPr>
                <w:rFonts w:ascii="Times New Roman" w:hAnsi="Times New Roman" w:cs="Times New Roman"/>
                <w:i/>
                <w:iCs/>
                <w:szCs w:val="20"/>
              </w:rPr>
            </w:pPr>
            <w:r w:rsidRPr="001E74B7">
              <w:rPr>
                <w:rFonts w:ascii="Times New Roman" w:hAnsi="Times New Roman" w:cs="Times New Roman"/>
                <w:i/>
                <w:iCs/>
                <w:color w:val="595959"/>
                <w:szCs w:val="20"/>
              </w:rPr>
              <w:t>– Pengembangan keilmuan</w:t>
            </w:r>
          </w:p>
          <w:p w14:paraId="5C1994DE" w14:textId="42F2FED3" w:rsidR="001C1323" w:rsidRPr="00734578" w:rsidRDefault="00ED6BE2" w:rsidP="00734578">
            <w:pPr>
              <w:spacing w:after="30" w:line="276" w:lineRule="auto"/>
              <w:rPr>
                <w:rFonts w:ascii="Times New Roman" w:hAnsi="Times New Roman" w:cs="Times New Roman"/>
                <w:i/>
                <w:iCs/>
                <w:szCs w:val="20"/>
              </w:rPr>
            </w:pPr>
            <w:r w:rsidRPr="001E74B7">
              <w:rPr>
                <w:rFonts w:ascii="Times New Roman" w:hAnsi="Times New Roman" w:cs="Times New Roman"/>
                <w:i/>
                <w:iCs/>
                <w:color w:val="595959"/>
                <w:szCs w:val="20"/>
              </w:rPr>
              <w:t>Maksimum 2 halaman dan ditulis dengan jenis huruf Times New Roman, ukuran font 12, spasi 1,15.</w:t>
            </w:r>
          </w:p>
          <w:p w14:paraId="5C70F4C5" w14:textId="77777777" w:rsidR="001C1323" w:rsidRPr="001E74B7" w:rsidRDefault="001C1323">
            <w:pPr>
              <w:pStyle w:val="Isian"/>
              <w:rPr>
                <w:i/>
                <w:iCs/>
              </w:rPr>
            </w:pPr>
          </w:p>
        </w:tc>
      </w:tr>
    </w:tbl>
    <w:p w14:paraId="490C9757" w14:textId="77777777" w:rsidR="001C1323" w:rsidRPr="00CD5712" w:rsidRDefault="001C1323">
      <w:pPr>
        <w:spacing w:line="120" w:lineRule="exact"/>
        <w:rPr>
          <w:rFonts w:ascii="Times New Roman" w:hAnsi="Times New Roman" w:cs="Times New Roman"/>
        </w:rPr>
      </w:pPr>
    </w:p>
    <w:tbl>
      <w:tblPr>
        <w:tblW w:w="9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9"/>
        <w:gridCol w:w="999"/>
        <w:gridCol w:w="1808"/>
        <w:gridCol w:w="1417"/>
        <w:gridCol w:w="1520"/>
        <w:gridCol w:w="1524"/>
        <w:gridCol w:w="1299"/>
        <w:gridCol w:w="10"/>
      </w:tblGrid>
      <w:tr w:rsidR="001C1323" w:rsidRPr="00CD5712" w14:paraId="1B0DA7A8" w14:textId="77777777" w:rsidTr="003E015B">
        <w:trPr>
          <w:gridAfter w:val="1"/>
          <w:wAfter w:w="10" w:type="dxa"/>
          <w:cantSplit/>
        </w:trPr>
        <w:tc>
          <w:tcPr>
            <w:tcW w:w="9016" w:type="dxa"/>
            <w:gridSpan w:val="7"/>
            <w:shd w:val="clear" w:color="auto" w:fill="CAE9F7"/>
            <w:tcMar>
              <w:top w:w="70" w:type="dxa"/>
              <w:left w:w="100" w:type="dxa"/>
              <w:bottom w:w="70" w:type="dxa"/>
              <w:right w:w="100" w:type="dxa"/>
            </w:tcMar>
          </w:tcPr>
          <w:p w14:paraId="0316C198" w14:textId="378111C6" w:rsidR="001C1323" w:rsidRPr="00CD5712" w:rsidRDefault="00000000">
            <w:pPr>
              <w:keepNext/>
              <w:rPr>
                <w:rFonts w:ascii="Times New Roman" w:hAnsi="Times New Roman" w:cs="Times New Roman"/>
              </w:rPr>
            </w:pPr>
            <w:r w:rsidRPr="00CD5712">
              <w:rPr>
                <w:rFonts w:ascii="Times New Roman" w:hAnsi="Times New Roman" w:cs="Times New Roman"/>
                <w:b/>
                <w:sz w:val="21"/>
              </w:rPr>
              <w:t xml:space="preserve">3.  Pelaksanaan </w:t>
            </w:r>
            <w:r w:rsidR="00ED6BE2">
              <w:rPr>
                <w:rFonts w:ascii="Times New Roman" w:hAnsi="Times New Roman" w:cs="Times New Roman"/>
                <w:b/>
                <w:sz w:val="21"/>
              </w:rPr>
              <w:t>Penelitian dan Kolaborasi Internasional</w:t>
            </w:r>
          </w:p>
        </w:tc>
      </w:tr>
      <w:tr w:rsidR="001C1323" w:rsidRPr="00CD5712" w14:paraId="51346001" w14:textId="77777777" w:rsidTr="003E015B">
        <w:trPr>
          <w:gridAfter w:val="1"/>
          <w:wAfter w:w="10" w:type="dxa"/>
          <w:trHeight w:val="2041"/>
        </w:trPr>
        <w:tc>
          <w:tcPr>
            <w:tcW w:w="9016" w:type="dxa"/>
            <w:gridSpan w:val="7"/>
            <w:tcMar>
              <w:top w:w="70" w:type="dxa"/>
              <w:left w:w="100" w:type="dxa"/>
              <w:bottom w:w="70" w:type="dxa"/>
              <w:right w:w="100" w:type="dxa"/>
            </w:tcMar>
          </w:tcPr>
          <w:p w14:paraId="75E59DCA" w14:textId="6BA3DC0A" w:rsidR="001C1323" w:rsidRPr="00C42630" w:rsidRDefault="00000000" w:rsidP="00ED6BE2">
            <w:pPr>
              <w:spacing w:after="30" w:line="276" w:lineRule="auto"/>
              <w:jc w:val="both"/>
              <w:rPr>
                <w:rFonts w:ascii="Times New Roman" w:hAnsi="Times New Roman" w:cs="Times New Roman"/>
                <w:i/>
                <w:iCs/>
                <w:color w:val="595959"/>
                <w:szCs w:val="20"/>
              </w:rPr>
            </w:pPr>
            <w:r w:rsidRPr="001E74B7">
              <w:rPr>
                <w:rFonts w:ascii="Times New Roman" w:hAnsi="Times New Roman" w:cs="Times New Roman"/>
                <w:i/>
                <w:iCs/>
                <w:color w:val="595959"/>
                <w:szCs w:val="20"/>
              </w:rPr>
              <w:t>Uraikan perkembangan</w:t>
            </w:r>
            <w:r w:rsidR="00ED6BE2" w:rsidRPr="001E74B7">
              <w:rPr>
                <w:rFonts w:ascii="Times New Roman" w:hAnsi="Times New Roman" w:cs="Times New Roman"/>
                <w:i/>
                <w:iCs/>
                <w:color w:val="595959"/>
                <w:szCs w:val="20"/>
              </w:rPr>
              <w:t xml:space="preserve"> kegiatan penelitian dan</w:t>
            </w:r>
            <w:r w:rsidRPr="001E74B7">
              <w:rPr>
                <w:rFonts w:ascii="Times New Roman" w:hAnsi="Times New Roman" w:cs="Times New Roman"/>
                <w:i/>
                <w:iCs/>
                <w:color w:val="595959"/>
                <w:szCs w:val="20"/>
              </w:rPr>
              <w:t xml:space="preserve"> kemitraan </w:t>
            </w:r>
            <w:r w:rsidR="00ED6BE2" w:rsidRPr="001E74B7">
              <w:rPr>
                <w:rFonts w:ascii="Times New Roman" w:hAnsi="Times New Roman" w:cs="Times New Roman"/>
                <w:i/>
                <w:iCs/>
                <w:color w:val="595959"/>
                <w:szCs w:val="20"/>
              </w:rPr>
              <w:t xml:space="preserve">internasional </w:t>
            </w:r>
            <w:r w:rsidRPr="001E74B7">
              <w:rPr>
                <w:rFonts w:ascii="Times New Roman" w:hAnsi="Times New Roman" w:cs="Times New Roman"/>
                <w:i/>
                <w:iCs/>
                <w:color w:val="595959"/>
                <w:szCs w:val="20"/>
              </w:rPr>
              <w:t>sampai periode pelaporan</w:t>
            </w:r>
            <w:r w:rsidR="00ED6BE2" w:rsidRPr="001E74B7">
              <w:rPr>
                <w:rFonts w:ascii="Times New Roman" w:hAnsi="Times New Roman" w:cs="Times New Roman"/>
                <w:i/>
                <w:iCs/>
                <w:color w:val="595959"/>
                <w:szCs w:val="20"/>
              </w:rPr>
              <w:t xml:space="preserve">. Jelaskan </w:t>
            </w:r>
            <w:r w:rsidRPr="001E74B7">
              <w:rPr>
                <w:rFonts w:ascii="Times New Roman" w:hAnsi="Times New Roman" w:cs="Times New Roman"/>
                <w:i/>
                <w:iCs/>
                <w:color w:val="595959"/>
                <w:szCs w:val="20"/>
              </w:rPr>
              <w:t>skema kerja sama, pembagian peran dan tanggung jawab, bentuk kontribusi masing-masing pihak (in-kind/in-cash), serta mobilitas atau kegiatan daring yang telah dilaksanakan. Tunjukkan bahwa kemitraan bersifat setara dengan kontribusi intelektual timbal balik.</w:t>
            </w:r>
          </w:p>
          <w:p w14:paraId="04E3435A" w14:textId="77777777" w:rsidR="001C1323" w:rsidRPr="001E74B7" w:rsidRDefault="00000000" w:rsidP="00ED6BE2">
            <w:pPr>
              <w:spacing w:after="30" w:line="276" w:lineRule="auto"/>
              <w:jc w:val="both"/>
              <w:rPr>
                <w:rFonts w:ascii="Times New Roman" w:hAnsi="Times New Roman" w:cs="Times New Roman"/>
                <w:i/>
                <w:iCs/>
                <w:szCs w:val="20"/>
              </w:rPr>
            </w:pPr>
            <w:r w:rsidRPr="001E74B7">
              <w:rPr>
                <w:rFonts w:ascii="Times New Roman" w:hAnsi="Times New Roman" w:cs="Times New Roman"/>
                <w:i/>
                <w:iCs/>
                <w:color w:val="595959"/>
                <w:szCs w:val="20"/>
              </w:rPr>
              <w:t>Ditulis dengan jenis huruf Times New Roman, ukuran font 12, spasi 1,15.</w:t>
            </w:r>
          </w:p>
          <w:p w14:paraId="6FFCD2EA" w14:textId="77777777" w:rsidR="001C1323" w:rsidRPr="00CD5712" w:rsidRDefault="001C1323">
            <w:pPr>
              <w:pStyle w:val="Isian"/>
            </w:pPr>
          </w:p>
        </w:tc>
      </w:tr>
      <w:tr w:rsidR="00C42630" w:rsidRPr="00CD5712" w14:paraId="283C13ED" w14:textId="77777777" w:rsidTr="00C42630">
        <w:trPr>
          <w:cantSplit/>
          <w:tblHeader/>
        </w:trPr>
        <w:tc>
          <w:tcPr>
            <w:tcW w:w="449" w:type="dxa"/>
            <w:shd w:val="clear" w:color="auto" w:fill="CAE9F7"/>
            <w:tcMar>
              <w:top w:w="50" w:type="dxa"/>
              <w:left w:w="90" w:type="dxa"/>
              <w:bottom w:w="50" w:type="dxa"/>
              <w:right w:w="90" w:type="dxa"/>
            </w:tcMar>
            <w:vAlign w:val="center"/>
          </w:tcPr>
          <w:p w14:paraId="52B87F3F" w14:textId="77777777" w:rsidR="00C42630" w:rsidRPr="00C42630" w:rsidRDefault="00C42630" w:rsidP="00C42630">
            <w:pPr>
              <w:jc w:val="center"/>
              <w:rPr>
                <w:rFonts w:ascii="Times New Roman" w:hAnsi="Times New Roman" w:cs="Times New Roman"/>
                <w:sz w:val="16"/>
                <w:szCs w:val="20"/>
              </w:rPr>
            </w:pPr>
            <w:r w:rsidRPr="00C42630">
              <w:rPr>
                <w:rFonts w:ascii="Times New Roman" w:hAnsi="Times New Roman" w:cs="Times New Roman"/>
                <w:b/>
                <w:sz w:val="16"/>
                <w:szCs w:val="20"/>
              </w:rPr>
              <w:t>No</w:t>
            </w:r>
          </w:p>
        </w:tc>
        <w:tc>
          <w:tcPr>
            <w:tcW w:w="999" w:type="dxa"/>
            <w:shd w:val="clear" w:color="auto" w:fill="CAE9F7"/>
            <w:tcMar>
              <w:top w:w="50" w:type="dxa"/>
              <w:left w:w="90" w:type="dxa"/>
              <w:bottom w:w="50" w:type="dxa"/>
              <w:right w:w="90" w:type="dxa"/>
            </w:tcMar>
            <w:vAlign w:val="center"/>
          </w:tcPr>
          <w:p w14:paraId="0AF68734" w14:textId="138682C2" w:rsidR="00C42630" w:rsidRPr="00C42630" w:rsidRDefault="00C42630" w:rsidP="00C42630">
            <w:pPr>
              <w:jc w:val="center"/>
              <w:rPr>
                <w:rFonts w:ascii="Times New Roman" w:hAnsi="Times New Roman" w:cs="Times New Roman"/>
                <w:sz w:val="16"/>
                <w:szCs w:val="20"/>
              </w:rPr>
            </w:pPr>
            <w:r w:rsidRPr="00C42630">
              <w:rPr>
                <w:rFonts w:ascii="Times New Roman" w:hAnsi="Times New Roman" w:cs="Times New Roman"/>
                <w:b/>
                <w:sz w:val="16"/>
                <w:szCs w:val="20"/>
              </w:rPr>
              <w:t>Tanggal</w:t>
            </w:r>
          </w:p>
        </w:tc>
        <w:tc>
          <w:tcPr>
            <w:tcW w:w="1808" w:type="dxa"/>
            <w:shd w:val="clear" w:color="auto" w:fill="CAE9F7"/>
            <w:tcMar>
              <w:top w:w="50" w:type="dxa"/>
              <w:left w:w="90" w:type="dxa"/>
              <w:bottom w:w="50" w:type="dxa"/>
              <w:right w:w="90" w:type="dxa"/>
            </w:tcMar>
            <w:vAlign w:val="center"/>
          </w:tcPr>
          <w:p w14:paraId="2EAD9E46" w14:textId="681F4278" w:rsidR="00C42630" w:rsidRPr="00C42630" w:rsidRDefault="00C42630" w:rsidP="00C42630">
            <w:pPr>
              <w:jc w:val="center"/>
              <w:rPr>
                <w:rFonts w:ascii="Times New Roman" w:hAnsi="Times New Roman" w:cs="Times New Roman"/>
                <w:sz w:val="16"/>
                <w:szCs w:val="20"/>
              </w:rPr>
            </w:pPr>
            <w:r w:rsidRPr="00C42630">
              <w:rPr>
                <w:rFonts w:ascii="Times New Roman" w:hAnsi="Times New Roman" w:cs="Times New Roman"/>
                <w:b/>
                <w:sz w:val="16"/>
                <w:szCs w:val="20"/>
              </w:rPr>
              <w:t>Bentuk Kegiatan dan Hasil yang Sudah Terlaksana</w:t>
            </w:r>
          </w:p>
        </w:tc>
        <w:tc>
          <w:tcPr>
            <w:tcW w:w="1417" w:type="dxa"/>
            <w:shd w:val="clear" w:color="auto" w:fill="CAE9F7"/>
            <w:tcMar>
              <w:top w:w="50" w:type="dxa"/>
              <w:left w:w="90" w:type="dxa"/>
              <w:bottom w:w="50" w:type="dxa"/>
              <w:right w:w="90" w:type="dxa"/>
            </w:tcMar>
            <w:vAlign w:val="center"/>
          </w:tcPr>
          <w:p w14:paraId="559DA8BD" w14:textId="1C199CA7" w:rsidR="00C42630" w:rsidRPr="00C42630" w:rsidRDefault="00C42630" w:rsidP="00C42630">
            <w:pPr>
              <w:jc w:val="center"/>
              <w:rPr>
                <w:rFonts w:ascii="Times New Roman" w:hAnsi="Times New Roman" w:cs="Times New Roman"/>
                <w:sz w:val="16"/>
                <w:szCs w:val="20"/>
              </w:rPr>
            </w:pPr>
            <w:r w:rsidRPr="00C42630">
              <w:rPr>
                <w:rFonts w:ascii="Times New Roman" w:hAnsi="Times New Roman" w:cs="Times New Roman"/>
                <w:b/>
                <w:sz w:val="16"/>
                <w:szCs w:val="20"/>
              </w:rPr>
              <w:t>Kontribusi Peneliti</w:t>
            </w:r>
          </w:p>
        </w:tc>
        <w:tc>
          <w:tcPr>
            <w:tcW w:w="1520" w:type="dxa"/>
            <w:shd w:val="clear" w:color="auto" w:fill="CAE9F7"/>
            <w:tcMar>
              <w:top w:w="50" w:type="dxa"/>
              <w:left w:w="90" w:type="dxa"/>
              <w:bottom w:w="50" w:type="dxa"/>
              <w:right w:w="90" w:type="dxa"/>
            </w:tcMar>
            <w:vAlign w:val="center"/>
          </w:tcPr>
          <w:p w14:paraId="1C5F352D" w14:textId="6FEF10FD" w:rsidR="00C42630" w:rsidRPr="00C42630" w:rsidRDefault="00C42630" w:rsidP="00C42630">
            <w:pPr>
              <w:jc w:val="center"/>
              <w:rPr>
                <w:rFonts w:ascii="Times New Roman" w:hAnsi="Times New Roman" w:cs="Times New Roman"/>
                <w:sz w:val="16"/>
                <w:szCs w:val="20"/>
              </w:rPr>
            </w:pPr>
            <w:r w:rsidRPr="00C42630">
              <w:rPr>
                <w:rFonts w:ascii="Times New Roman" w:hAnsi="Times New Roman" w:cs="Times New Roman"/>
                <w:b/>
                <w:sz w:val="16"/>
                <w:szCs w:val="20"/>
              </w:rPr>
              <w:t>Kontribusi Mitra Luar Negeri</w:t>
            </w:r>
          </w:p>
        </w:tc>
        <w:tc>
          <w:tcPr>
            <w:tcW w:w="1524" w:type="dxa"/>
            <w:shd w:val="clear" w:color="auto" w:fill="CAE9F7"/>
            <w:tcMar>
              <w:top w:w="50" w:type="dxa"/>
              <w:left w:w="90" w:type="dxa"/>
              <w:bottom w:w="50" w:type="dxa"/>
              <w:right w:w="90" w:type="dxa"/>
            </w:tcMar>
            <w:vAlign w:val="center"/>
          </w:tcPr>
          <w:p w14:paraId="0B87C303" w14:textId="58B96B5B" w:rsidR="00C42630" w:rsidRPr="00C42630" w:rsidRDefault="00C42630" w:rsidP="00C42630">
            <w:pPr>
              <w:jc w:val="center"/>
              <w:rPr>
                <w:rFonts w:ascii="Times New Roman" w:hAnsi="Times New Roman" w:cs="Times New Roman"/>
                <w:sz w:val="16"/>
                <w:szCs w:val="20"/>
              </w:rPr>
            </w:pPr>
            <w:r w:rsidRPr="00C42630">
              <w:rPr>
                <w:rFonts w:ascii="Times New Roman" w:hAnsi="Times New Roman" w:cs="Times New Roman"/>
                <w:b/>
                <w:sz w:val="16"/>
                <w:szCs w:val="20"/>
              </w:rPr>
              <w:t>Bukti</w:t>
            </w:r>
            <w:r w:rsidRPr="00C42630">
              <w:rPr>
                <w:rFonts w:ascii="Times New Roman" w:hAnsi="Times New Roman" w:cs="Times New Roman"/>
                <w:b/>
                <w:sz w:val="16"/>
                <w:szCs w:val="20"/>
              </w:rPr>
              <w:br/>
              <w:t>Pendukung (berupa tautan)</w:t>
            </w:r>
          </w:p>
        </w:tc>
        <w:tc>
          <w:tcPr>
            <w:tcW w:w="1309" w:type="dxa"/>
            <w:gridSpan w:val="2"/>
            <w:shd w:val="clear" w:color="auto" w:fill="CAE9F7"/>
            <w:tcMar>
              <w:top w:w="50" w:type="dxa"/>
              <w:left w:w="90" w:type="dxa"/>
              <w:bottom w:w="50" w:type="dxa"/>
              <w:right w:w="90" w:type="dxa"/>
            </w:tcMar>
            <w:vAlign w:val="center"/>
          </w:tcPr>
          <w:p w14:paraId="7250FE63" w14:textId="3BC3D4EE" w:rsidR="00C42630" w:rsidRPr="00C42630" w:rsidRDefault="00C42630" w:rsidP="00C42630">
            <w:pPr>
              <w:jc w:val="center"/>
              <w:rPr>
                <w:rFonts w:ascii="Times New Roman" w:hAnsi="Times New Roman" w:cs="Times New Roman"/>
                <w:sz w:val="16"/>
                <w:szCs w:val="20"/>
              </w:rPr>
            </w:pPr>
            <w:r w:rsidRPr="00C42630">
              <w:rPr>
                <w:rFonts w:ascii="Times New Roman" w:hAnsi="Times New Roman" w:cs="Times New Roman"/>
                <w:b/>
                <w:sz w:val="16"/>
                <w:szCs w:val="20"/>
              </w:rPr>
              <w:t>Prosentase (%) kegiatan</w:t>
            </w:r>
          </w:p>
        </w:tc>
      </w:tr>
      <w:tr w:rsidR="001C1323" w:rsidRPr="00CD5712" w14:paraId="34FB1C85" w14:textId="77777777" w:rsidTr="00C42630">
        <w:trPr>
          <w:cantSplit/>
          <w:trHeight w:val="624"/>
        </w:trPr>
        <w:tc>
          <w:tcPr>
            <w:tcW w:w="449" w:type="dxa"/>
            <w:tcMar>
              <w:top w:w="50" w:type="dxa"/>
              <w:left w:w="90" w:type="dxa"/>
              <w:bottom w:w="50" w:type="dxa"/>
              <w:right w:w="90" w:type="dxa"/>
            </w:tcMar>
          </w:tcPr>
          <w:p w14:paraId="23D53D99" w14:textId="77777777" w:rsidR="001C1323" w:rsidRPr="00CD5712" w:rsidRDefault="001C1323">
            <w:pPr>
              <w:rPr>
                <w:rFonts w:ascii="Times New Roman" w:hAnsi="Times New Roman" w:cs="Times New Roman"/>
              </w:rPr>
            </w:pPr>
          </w:p>
        </w:tc>
        <w:tc>
          <w:tcPr>
            <w:tcW w:w="999" w:type="dxa"/>
            <w:tcMar>
              <w:top w:w="50" w:type="dxa"/>
              <w:left w:w="90" w:type="dxa"/>
              <w:bottom w:w="50" w:type="dxa"/>
              <w:right w:w="90" w:type="dxa"/>
            </w:tcMar>
          </w:tcPr>
          <w:p w14:paraId="46A8C988" w14:textId="77777777" w:rsidR="001C1323" w:rsidRPr="00CD5712" w:rsidRDefault="001C1323">
            <w:pPr>
              <w:rPr>
                <w:rFonts w:ascii="Times New Roman" w:hAnsi="Times New Roman" w:cs="Times New Roman"/>
              </w:rPr>
            </w:pPr>
          </w:p>
        </w:tc>
        <w:tc>
          <w:tcPr>
            <w:tcW w:w="1808" w:type="dxa"/>
            <w:tcMar>
              <w:top w:w="50" w:type="dxa"/>
              <w:left w:w="90" w:type="dxa"/>
              <w:bottom w:w="50" w:type="dxa"/>
              <w:right w:w="90" w:type="dxa"/>
            </w:tcMar>
          </w:tcPr>
          <w:p w14:paraId="54485407" w14:textId="77777777" w:rsidR="001C1323" w:rsidRPr="00CD5712" w:rsidRDefault="001C1323">
            <w:pPr>
              <w:rPr>
                <w:rFonts w:ascii="Times New Roman" w:hAnsi="Times New Roman" w:cs="Times New Roman"/>
              </w:rPr>
            </w:pPr>
          </w:p>
        </w:tc>
        <w:tc>
          <w:tcPr>
            <w:tcW w:w="1417" w:type="dxa"/>
            <w:tcMar>
              <w:top w:w="50" w:type="dxa"/>
              <w:left w:w="90" w:type="dxa"/>
              <w:bottom w:w="50" w:type="dxa"/>
              <w:right w:w="90" w:type="dxa"/>
            </w:tcMar>
          </w:tcPr>
          <w:p w14:paraId="75CC606A" w14:textId="77777777" w:rsidR="001C1323" w:rsidRPr="00CD5712" w:rsidRDefault="001C1323">
            <w:pPr>
              <w:rPr>
                <w:rFonts w:ascii="Times New Roman" w:hAnsi="Times New Roman" w:cs="Times New Roman"/>
              </w:rPr>
            </w:pPr>
          </w:p>
        </w:tc>
        <w:tc>
          <w:tcPr>
            <w:tcW w:w="1520" w:type="dxa"/>
            <w:tcMar>
              <w:top w:w="50" w:type="dxa"/>
              <w:left w:w="90" w:type="dxa"/>
              <w:bottom w:w="50" w:type="dxa"/>
              <w:right w:w="90" w:type="dxa"/>
            </w:tcMar>
          </w:tcPr>
          <w:p w14:paraId="3C9BB479" w14:textId="77777777" w:rsidR="001C1323" w:rsidRPr="00CD5712" w:rsidRDefault="001C1323">
            <w:pPr>
              <w:rPr>
                <w:rFonts w:ascii="Times New Roman" w:hAnsi="Times New Roman" w:cs="Times New Roman"/>
              </w:rPr>
            </w:pPr>
          </w:p>
        </w:tc>
        <w:tc>
          <w:tcPr>
            <w:tcW w:w="1524" w:type="dxa"/>
            <w:tcMar>
              <w:top w:w="50" w:type="dxa"/>
              <w:left w:w="90" w:type="dxa"/>
              <w:bottom w:w="50" w:type="dxa"/>
              <w:right w:w="90" w:type="dxa"/>
            </w:tcMar>
          </w:tcPr>
          <w:p w14:paraId="3C676A70" w14:textId="77777777" w:rsidR="001C1323" w:rsidRPr="00CD5712" w:rsidRDefault="001C1323">
            <w:pPr>
              <w:rPr>
                <w:rFonts w:ascii="Times New Roman" w:hAnsi="Times New Roman" w:cs="Times New Roman"/>
              </w:rPr>
            </w:pPr>
          </w:p>
        </w:tc>
        <w:tc>
          <w:tcPr>
            <w:tcW w:w="1309" w:type="dxa"/>
            <w:gridSpan w:val="2"/>
            <w:tcMar>
              <w:top w:w="50" w:type="dxa"/>
              <w:left w:w="90" w:type="dxa"/>
              <w:bottom w:w="50" w:type="dxa"/>
              <w:right w:w="90" w:type="dxa"/>
            </w:tcMar>
          </w:tcPr>
          <w:p w14:paraId="666B146A" w14:textId="77777777" w:rsidR="001C1323" w:rsidRPr="00CD5712" w:rsidRDefault="001C1323">
            <w:pPr>
              <w:rPr>
                <w:rFonts w:ascii="Times New Roman" w:hAnsi="Times New Roman" w:cs="Times New Roman"/>
              </w:rPr>
            </w:pPr>
          </w:p>
        </w:tc>
      </w:tr>
      <w:tr w:rsidR="001C1323" w:rsidRPr="00CD5712" w14:paraId="36939862" w14:textId="77777777" w:rsidTr="00C42630">
        <w:trPr>
          <w:cantSplit/>
          <w:trHeight w:val="624"/>
        </w:trPr>
        <w:tc>
          <w:tcPr>
            <w:tcW w:w="449" w:type="dxa"/>
            <w:tcMar>
              <w:top w:w="50" w:type="dxa"/>
              <w:left w:w="90" w:type="dxa"/>
              <w:bottom w:w="50" w:type="dxa"/>
              <w:right w:w="90" w:type="dxa"/>
            </w:tcMar>
          </w:tcPr>
          <w:p w14:paraId="2081F761" w14:textId="77777777" w:rsidR="001C1323" w:rsidRPr="00CD5712" w:rsidRDefault="001C1323">
            <w:pPr>
              <w:rPr>
                <w:rFonts w:ascii="Times New Roman" w:hAnsi="Times New Roman" w:cs="Times New Roman"/>
              </w:rPr>
            </w:pPr>
          </w:p>
        </w:tc>
        <w:tc>
          <w:tcPr>
            <w:tcW w:w="999" w:type="dxa"/>
            <w:tcMar>
              <w:top w:w="50" w:type="dxa"/>
              <w:left w:w="90" w:type="dxa"/>
              <w:bottom w:w="50" w:type="dxa"/>
              <w:right w:w="90" w:type="dxa"/>
            </w:tcMar>
          </w:tcPr>
          <w:p w14:paraId="34FC0EA5" w14:textId="77777777" w:rsidR="001C1323" w:rsidRPr="00CD5712" w:rsidRDefault="001C1323">
            <w:pPr>
              <w:rPr>
                <w:rFonts w:ascii="Times New Roman" w:hAnsi="Times New Roman" w:cs="Times New Roman"/>
              </w:rPr>
            </w:pPr>
          </w:p>
        </w:tc>
        <w:tc>
          <w:tcPr>
            <w:tcW w:w="1808" w:type="dxa"/>
            <w:tcMar>
              <w:top w:w="50" w:type="dxa"/>
              <w:left w:w="90" w:type="dxa"/>
              <w:bottom w:w="50" w:type="dxa"/>
              <w:right w:w="90" w:type="dxa"/>
            </w:tcMar>
          </w:tcPr>
          <w:p w14:paraId="44CA9194" w14:textId="77777777" w:rsidR="001C1323" w:rsidRPr="00CD5712" w:rsidRDefault="001C1323">
            <w:pPr>
              <w:rPr>
                <w:rFonts w:ascii="Times New Roman" w:hAnsi="Times New Roman" w:cs="Times New Roman"/>
              </w:rPr>
            </w:pPr>
          </w:p>
        </w:tc>
        <w:tc>
          <w:tcPr>
            <w:tcW w:w="1417" w:type="dxa"/>
            <w:tcMar>
              <w:top w:w="50" w:type="dxa"/>
              <w:left w:w="90" w:type="dxa"/>
              <w:bottom w:w="50" w:type="dxa"/>
              <w:right w:w="90" w:type="dxa"/>
            </w:tcMar>
          </w:tcPr>
          <w:p w14:paraId="2A3FB91A" w14:textId="77777777" w:rsidR="001C1323" w:rsidRPr="00C42630" w:rsidRDefault="001C1323">
            <w:pPr>
              <w:rPr>
                <w:rFonts w:ascii="Times New Roman" w:hAnsi="Times New Roman" w:cs="Times New Roman"/>
                <w:sz w:val="18"/>
                <w:szCs w:val="20"/>
              </w:rPr>
            </w:pPr>
          </w:p>
        </w:tc>
        <w:tc>
          <w:tcPr>
            <w:tcW w:w="1520" w:type="dxa"/>
            <w:tcMar>
              <w:top w:w="50" w:type="dxa"/>
              <w:left w:w="90" w:type="dxa"/>
              <w:bottom w:w="50" w:type="dxa"/>
              <w:right w:w="90" w:type="dxa"/>
            </w:tcMar>
          </w:tcPr>
          <w:p w14:paraId="69ACE838" w14:textId="77777777" w:rsidR="001C1323" w:rsidRPr="00CD5712" w:rsidRDefault="001C1323">
            <w:pPr>
              <w:rPr>
                <w:rFonts w:ascii="Times New Roman" w:hAnsi="Times New Roman" w:cs="Times New Roman"/>
              </w:rPr>
            </w:pPr>
          </w:p>
        </w:tc>
        <w:tc>
          <w:tcPr>
            <w:tcW w:w="1524" w:type="dxa"/>
            <w:tcMar>
              <w:top w:w="50" w:type="dxa"/>
              <w:left w:w="90" w:type="dxa"/>
              <w:bottom w:w="50" w:type="dxa"/>
              <w:right w:w="90" w:type="dxa"/>
            </w:tcMar>
          </w:tcPr>
          <w:p w14:paraId="29559B04" w14:textId="77777777" w:rsidR="001C1323" w:rsidRPr="00CD5712" w:rsidRDefault="001C1323">
            <w:pPr>
              <w:rPr>
                <w:rFonts w:ascii="Times New Roman" w:hAnsi="Times New Roman" w:cs="Times New Roman"/>
              </w:rPr>
            </w:pPr>
          </w:p>
        </w:tc>
        <w:tc>
          <w:tcPr>
            <w:tcW w:w="1309" w:type="dxa"/>
            <w:gridSpan w:val="2"/>
            <w:tcMar>
              <w:top w:w="50" w:type="dxa"/>
              <w:left w:w="90" w:type="dxa"/>
              <w:bottom w:w="50" w:type="dxa"/>
              <w:right w:w="90" w:type="dxa"/>
            </w:tcMar>
          </w:tcPr>
          <w:p w14:paraId="5428A6CB" w14:textId="77777777" w:rsidR="001C1323" w:rsidRPr="00CD5712" w:rsidRDefault="001C1323">
            <w:pPr>
              <w:rPr>
                <w:rFonts w:ascii="Times New Roman" w:hAnsi="Times New Roman" w:cs="Times New Roman"/>
              </w:rPr>
            </w:pPr>
          </w:p>
        </w:tc>
      </w:tr>
      <w:tr w:rsidR="001C1323" w:rsidRPr="00CD5712" w14:paraId="55C098D2" w14:textId="77777777" w:rsidTr="00C42630">
        <w:trPr>
          <w:cantSplit/>
          <w:trHeight w:val="624"/>
        </w:trPr>
        <w:tc>
          <w:tcPr>
            <w:tcW w:w="449" w:type="dxa"/>
            <w:tcMar>
              <w:top w:w="50" w:type="dxa"/>
              <w:left w:w="90" w:type="dxa"/>
              <w:bottom w:w="50" w:type="dxa"/>
              <w:right w:w="90" w:type="dxa"/>
            </w:tcMar>
          </w:tcPr>
          <w:p w14:paraId="5749AAE3" w14:textId="77777777" w:rsidR="001C1323" w:rsidRPr="00CD5712" w:rsidRDefault="001C1323">
            <w:pPr>
              <w:rPr>
                <w:rFonts w:ascii="Times New Roman" w:hAnsi="Times New Roman" w:cs="Times New Roman"/>
              </w:rPr>
            </w:pPr>
          </w:p>
        </w:tc>
        <w:tc>
          <w:tcPr>
            <w:tcW w:w="999" w:type="dxa"/>
            <w:tcMar>
              <w:top w:w="50" w:type="dxa"/>
              <w:left w:w="90" w:type="dxa"/>
              <w:bottom w:w="50" w:type="dxa"/>
              <w:right w:w="90" w:type="dxa"/>
            </w:tcMar>
          </w:tcPr>
          <w:p w14:paraId="402DA4A6" w14:textId="77777777" w:rsidR="001C1323" w:rsidRPr="00CD5712" w:rsidRDefault="001C1323">
            <w:pPr>
              <w:rPr>
                <w:rFonts w:ascii="Times New Roman" w:hAnsi="Times New Roman" w:cs="Times New Roman"/>
              </w:rPr>
            </w:pPr>
          </w:p>
        </w:tc>
        <w:tc>
          <w:tcPr>
            <w:tcW w:w="1808" w:type="dxa"/>
            <w:tcMar>
              <w:top w:w="50" w:type="dxa"/>
              <w:left w:w="90" w:type="dxa"/>
              <w:bottom w:w="50" w:type="dxa"/>
              <w:right w:w="90" w:type="dxa"/>
            </w:tcMar>
          </w:tcPr>
          <w:p w14:paraId="32125A82" w14:textId="77777777" w:rsidR="001C1323" w:rsidRPr="00CD5712" w:rsidRDefault="001C1323">
            <w:pPr>
              <w:rPr>
                <w:rFonts w:ascii="Times New Roman" w:hAnsi="Times New Roman" w:cs="Times New Roman"/>
              </w:rPr>
            </w:pPr>
          </w:p>
        </w:tc>
        <w:tc>
          <w:tcPr>
            <w:tcW w:w="1417" w:type="dxa"/>
            <w:tcMar>
              <w:top w:w="50" w:type="dxa"/>
              <w:left w:w="90" w:type="dxa"/>
              <w:bottom w:w="50" w:type="dxa"/>
              <w:right w:w="90" w:type="dxa"/>
            </w:tcMar>
          </w:tcPr>
          <w:p w14:paraId="0526FDC7" w14:textId="77777777" w:rsidR="001C1323" w:rsidRPr="00CD5712" w:rsidRDefault="001C1323">
            <w:pPr>
              <w:rPr>
                <w:rFonts w:ascii="Times New Roman" w:hAnsi="Times New Roman" w:cs="Times New Roman"/>
              </w:rPr>
            </w:pPr>
          </w:p>
        </w:tc>
        <w:tc>
          <w:tcPr>
            <w:tcW w:w="1520" w:type="dxa"/>
            <w:tcMar>
              <w:top w:w="50" w:type="dxa"/>
              <w:left w:w="90" w:type="dxa"/>
              <w:bottom w:w="50" w:type="dxa"/>
              <w:right w:w="90" w:type="dxa"/>
            </w:tcMar>
          </w:tcPr>
          <w:p w14:paraId="43E278E2" w14:textId="77777777" w:rsidR="001C1323" w:rsidRPr="00CD5712" w:rsidRDefault="001C1323">
            <w:pPr>
              <w:rPr>
                <w:rFonts w:ascii="Times New Roman" w:hAnsi="Times New Roman" w:cs="Times New Roman"/>
              </w:rPr>
            </w:pPr>
          </w:p>
        </w:tc>
        <w:tc>
          <w:tcPr>
            <w:tcW w:w="1524" w:type="dxa"/>
            <w:tcMar>
              <w:top w:w="50" w:type="dxa"/>
              <w:left w:w="90" w:type="dxa"/>
              <w:bottom w:w="50" w:type="dxa"/>
              <w:right w:w="90" w:type="dxa"/>
            </w:tcMar>
          </w:tcPr>
          <w:p w14:paraId="62445BC7" w14:textId="77777777" w:rsidR="001C1323" w:rsidRPr="00CD5712" w:rsidRDefault="001C1323">
            <w:pPr>
              <w:rPr>
                <w:rFonts w:ascii="Times New Roman" w:hAnsi="Times New Roman" w:cs="Times New Roman"/>
              </w:rPr>
            </w:pPr>
          </w:p>
        </w:tc>
        <w:tc>
          <w:tcPr>
            <w:tcW w:w="1309" w:type="dxa"/>
            <w:gridSpan w:val="2"/>
            <w:tcMar>
              <w:top w:w="50" w:type="dxa"/>
              <w:left w:w="90" w:type="dxa"/>
              <w:bottom w:w="50" w:type="dxa"/>
              <w:right w:w="90" w:type="dxa"/>
            </w:tcMar>
          </w:tcPr>
          <w:p w14:paraId="7381CDC9" w14:textId="77777777" w:rsidR="001C1323" w:rsidRPr="00CD5712" w:rsidRDefault="001C1323">
            <w:pPr>
              <w:rPr>
                <w:rFonts w:ascii="Times New Roman" w:hAnsi="Times New Roman" w:cs="Times New Roman"/>
              </w:rPr>
            </w:pPr>
          </w:p>
        </w:tc>
      </w:tr>
    </w:tbl>
    <w:p w14:paraId="4D5F0D04" w14:textId="77777777" w:rsidR="001C1323" w:rsidRPr="00CD5712" w:rsidRDefault="001C1323">
      <w:pPr>
        <w:spacing w:line="60" w:lineRule="exact"/>
        <w:rPr>
          <w:rFonts w:ascii="Times New Roman" w:hAnsi="Times New Roman" w:cs="Times New Roman"/>
        </w:rPr>
      </w:pPr>
    </w:p>
    <w:p w14:paraId="6F5F2E0F" w14:textId="77777777" w:rsidR="001C1323" w:rsidRPr="00CD5712" w:rsidRDefault="001C1323">
      <w:pPr>
        <w:spacing w:line="120" w:lineRule="exact"/>
        <w:rPr>
          <w:rFonts w:ascii="Times New Roman" w:hAnsi="Times New Roman" w:cs="Times New Roman"/>
        </w:rPr>
      </w:pP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9"/>
        <w:gridCol w:w="2523"/>
        <w:gridCol w:w="2835"/>
        <w:gridCol w:w="1134"/>
        <w:gridCol w:w="2069"/>
        <w:gridCol w:w="6"/>
      </w:tblGrid>
      <w:tr w:rsidR="001C1323" w:rsidRPr="00CD5712" w14:paraId="3A98868D" w14:textId="77777777" w:rsidTr="00101C69">
        <w:trPr>
          <w:cantSplit/>
        </w:trPr>
        <w:tc>
          <w:tcPr>
            <w:tcW w:w="9016" w:type="dxa"/>
            <w:gridSpan w:val="6"/>
            <w:shd w:val="clear" w:color="auto" w:fill="CAE9F7"/>
            <w:tcMar>
              <w:top w:w="70" w:type="dxa"/>
              <w:left w:w="100" w:type="dxa"/>
              <w:bottom w:w="70" w:type="dxa"/>
              <w:right w:w="100" w:type="dxa"/>
            </w:tcMar>
          </w:tcPr>
          <w:p w14:paraId="3176EE16" w14:textId="77C8E34D" w:rsidR="001C1323" w:rsidRPr="00CD5712" w:rsidRDefault="00000000">
            <w:pPr>
              <w:keepNext/>
              <w:rPr>
                <w:rFonts w:ascii="Times New Roman" w:hAnsi="Times New Roman" w:cs="Times New Roman"/>
              </w:rPr>
            </w:pPr>
            <w:r w:rsidRPr="00CD5712">
              <w:rPr>
                <w:rFonts w:ascii="Times New Roman" w:hAnsi="Times New Roman" w:cs="Times New Roman"/>
                <w:b/>
                <w:sz w:val="21"/>
              </w:rPr>
              <w:lastRenderedPageBreak/>
              <w:t xml:space="preserve">4.  </w:t>
            </w:r>
            <w:r w:rsidR="00C42630">
              <w:rPr>
                <w:rFonts w:ascii="Times New Roman" w:hAnsi="Times New Roman" w:cs="Times New Roman"/>
                <w:b/>
                <w:sz w:val="21"/>
              </w:rPr>
              <w:t>Hasil Penelitian</w:t>
            </w:r>
          </w:p>
        </w:tc>
      </w:tr>
      <w:tr w:rsidR="001C1323" w:rsidRPr="00CD5712" w14:paraId="5D686BD7" w14:textId="77777777" w:rsidTr="00530B40">
        <w:trPr>
          <w:trHeight w:val="1089"/>
        </w:trPr>
        <w:tc>
          <w:tcPr>
            <w:tcW w:w="9016" w:type="dxa"/>
            <w:gridSpan w:val="6"/>
            <w:tcMar>
              <w:top w:w="70" w:type="dxa"/>
              <w:left w:w="100" w:type="dxa"/>
              <w:bottom w:w="70" w:type="dxa"/>
              <w:right w:w="100" w:type="dxa"/>
            </w:tcMar>
          </w:tcPr>
          <w:p w14:paraId="086EB0C8" w14:textId="7C196C04" w:rsidR="001C1323" w:rsidRPr="001E74B7" w:rsidRDefault="00000000" w:rsidP="001E74B7">
            <w:pPr>
              <w:spacing w:after="30"/>
              <w:jc w:val="both"/>
              <w:rPr>
                <w:rFonts w:ascii="Times New Roman" w:hAnsi="Times New Roman" w:cs="Times New Roman"/>
                <w:i/>
                <w:iCs/>
                <w:szCs w:val="20"/>
              </w:rPr>
            </w:pPr>
            <w:r w:rsidRPr="001E74B7">
              <w:rPr>
                <w:rFonts w:ascii="Times New Roman" w:hAnsi="Times New Roman" w:cs="Times New Roman"/>
                <w:i/>
                <w:iCs/>
                <w:color w:val="595959"/>
                <w:szCs w:val="20"/>
              </w:rPr>
              <w:t xml:space="preserve">Uraikan </w:t>
            </w:r>
            <w:r w:rsidR="00C42630">
              <w:rPr>
                <w:rFonts w:ascii="Times New Roman" w:hAnsi="Times New Roman" w:cs="Times New Roman"/>
                <w:i/>
                <w:iCs/>
                <w:color w:val="595959"/>
                <w:szCs w:val="20"/>
              </w:rPr>
              <w:t xml:space="preserve">hasil </w:t>
            </w:r>
            <w:r w:rsidRPr="001E74B7">
              <w:rPr>
                <w:rFonts w:ascii="Times New Roman" w:hAnsi="Times New Roman" w:cs="Times New Roman"/>
                <w:i/>
                <w:iCs/>
                <w:color w:val="595959"/>
                <w:szCs w:val="20"/>
              </w:rPr>
              <w:t xml:space="preserve">penelitian yang telah </w:t>
            </w:r>
            <w:r w:rsidR="00C42630">
              <w:rPr>
                <w:rFonts w:ascii="Times New Roman" w:hAnsi="Times New Roman" w:cs="Times New Roman"/>
                <w:i/>
                <w:iCs/>
                <w:color w:val="595959"/>
                <w:szCs w:val="20"/>
              </w:rPr>
              <w:t>dicapai hingga</w:t>
            </w:r>
            <w:r w:rsidRPr="001E74B7">
              <w:rPr>
                <w:rFonts w:ascii="Times New Roman" w:hAnsi="Times New Roman" w:cs="Times New Roman"/>
                <w:i/>
                <w:iCs/>
                <w:color w:val="595959"/>
                <w:szCs w:val="20"/>
              </w:rPr>
              <w:t xml:space="preserve"> sampai periode pelaporan </w:t>
            </w:r>
            <w:r w:rsidR="00C42630">
              <w:rPr>
                <w:rFonts w:ascii="Times New Roman" w:hAnsi="Times New Roman" w:cs="Times New Roman"/>
                <w:i/>
                <w:iCs/>
                <w:color w:val="595959"/>
                <w:szCs w:val="20"/>
              </w:rPr>
              <w:t>kemajuan sesuai dengan target capaian luaran</w:t>
            </w:r>
            <w:r w:rsidRPr="001E74B7">
              <w:rPr>
                <w:rFonts w:ascii="Times New Roman" w:hAnsi="Times New Roman" w:cs="Times New Roman"/>
                <w:i/>
                <w:iCs/>
                <w:color w:val="595959"/>
                <w:szCs w:val="20"/>
              </w:rPr>
              <w:t>.</w:t>
            </w:r>
          </w:p>
          <w:p w14:paraId="1980AF2B" w14:textId="77777777" w:rsidR="001C1323" w:rsidRPr="001E74B7" w:rsidRDefault="00000000" w:rsidP="001E74B7">
            <w:pPr>
              <w:spacing w:after="30"/>
              <w:jc w:val="both"/>
              <w:rPr>
                <w:rFonts w:ascii="Times New Roman" w:hAnsi="Times New Roman" w:cs="Times New Roman"/>
                <w:i/>
                <w:iCs/>
                <w:szCs w:val="20"/>
              </w:rPr>
            </w:pPr>
            <w:r w:rsidRPr="001E74B7">
              <w:rPr>
                <w:rFonts w:ascii="Times New Roman" w:hAnsi="Times New Roman" w:cs="Times New Roman"/>
                <w:i/>
                <w:iCs/>
                <w:color w:val="595959"/>
                <w:szCs w:val="20"/>
              </w:rPr>
              <w:t>Ditulis dengan jenis huruf Times New Roman, ukuran font 12, spasi 1,15.</w:t>
            </w:r>
          </w:p>
          <w:p w14:paraId="604F4DCC" w14:textId="77777777" w:rsidR="001C1323" w:rsidRPr="00CD5712" w:rsidRDefault="001C1323" w:rsidP="001E74B7">
            <w:pPr>
              <w:pStyle w:val="Isian"/>
              <w:jc w:val="both"/>
            </w:pPr>
          </w:p>
        </w:tc>
      </w:tr>
      <w:tr w:rsidR="001C1323" w:rsidRPr="00CD5712" w14:paraId="70EE449B" w14:textId="77777777" w:rsidTr="00101C69">
        <w:trPr>
          <w:cantSplit/>
        </w:trPr>
        <w:tc>
          <w:tcPr>
            <w:tcW w:w="9016" w:type="dxa"/>
            <w:gridSpan w:val="6"/>
            <w:shd w:val="clear" w:color="auto" w:fill="FAE49E"/>
            <w:tcMar>
              <w:top w:w="70" w:type="dxa"/>
              <w:left w:w="100" w:type="dxa"/>
              <w:bottom w:w="70" w:type="dxa"/>
              <w:right w:w="100" w:type="dxa"/>
            </w:tcMar>
          </w:tcPr>
          <w:p w14:paraId="09FE040E" w14:textId="77777777" w:rsidR="001C1323" w:rsidRPr="00CD5712" w:rsidRDefault="00000000" w:rsidP="001E74B7">
            <w:pPr>
              <w:keepNext/>
              <w:jc w:val="both"/>
              <w:rPr>
                <w:rFonts w:ascii="Times New Roman" w:hAnsi="Times New Roman" w:cs="Times New Roman"/>
              </w:rPr>
            </w:pPr>
            <w:r w:rsidRPr="00CD5712">
              <w:rPr>
                <w:rFonts w:ascii="Times New Roman" w:hAnsi="Times New Roman" w:cs="Times New Roman"/>
                <w:b/>
                <w:sz w:val="19"/>
              </w:rPr>
              <w:t>4.1  Perbandingan Rencana dan Capaian Kegiatan</w:t>
            </w:r>
          </w:p>
        </w:tc>
      </w:tr>
      <w:tr w:rsidR="00101C69" w:rsidRPr="00CD5712" w14:paraId="575A1A4E" w14:textId="77777777" w:rsidTr="006A1BC8">
        <w:trPr>
          <w:gridAfter w:val="1"/>
          <w:wAfter w:w="6" w:type="dxa"/>
          <w:cantSplit/>
          <w:tblHeader/>
        </w:trPr>
        <w:tc>
          <w:tcPr>
            <w:tcW w:w="449" w:type="dxa"/>
            <w:shd w:val="clear" w:color="auto" w:fill="CAE9F7"/>
            <w:tcMar>
              <w:top w:w="50" w:type="dxa"/>
              <w:left w:w="90" w:type="dxa"/>
              <w:bottom w:w="50" w:type="dxa"/>
              <w:right w:w="90" w:type="dxa"/>
            </w:tcMar>
            <w:vAlign w:val="center"/>
          </w:tcPr>
          <w:p w14:paraId="7FCADEFF" w14:textId="77777777" w:rsidR="00101C69" w:rsidRPr="00CD5712" w:rsidRDefault="00101C69">
            <w:pPr>
              <w:jc w:val="center"/>
              <w:rPr>
                <w:rFonts w:ascii="Times New Roman" w:hAnsi="Times New Roman" w:cs="Times New Roman"/>
              </w:rPr>
            </w:pPr>
            <w:r w:rsidRPr="00CD5712">
              <w:rPr>
                <w:rFonts w:ascii="Times New Roman" w:hAnsi="Times New Roman" w:cs="Times New Roman"/>
                <w:b/>
                <w:sz w:val="18"/>
              </w:rPr>
              <w:t>No</w:t>
            </w:r>
          </w:p>
        </w:tc>
        <w:tc>
          <w:tcPr>
            <w:tcW w:w="2523" w:type="dxa"/>
            <w:shd w:val="clear" w:color="auto" w:fill="CAE9F7"/>
            <w:tcMar>
              <w:top w:w="50" w:type="dxa"/>
              <w:left w:w="90" w:type="dxa"/>
              <w:bottom w:w="50" w:type="dxa"/>
              <w:right w:w="90" w:type="dxa"/>
            </w:tcMar>
            <w:vAlign w:val="center"/>
          </w:tcPr>
          <w:p w14:paraId="560DE970" w14:textId="77777777" w:rsidR="00101C69" w:rsidRPr="00CD5712" w:rsidRDefault="00101C69">
            <w:pPr>
              <w:jc w:val="center"/>
              <w:rPr>
                <w:rFonts w:ascii="Times New Roman" w:hAnsi="Times New Roman" w:cs="Times New Roman"/>
              </w:rPr>
            </w:pPr>
            <w:r w:rsidRPr="00CD5712">
              <w:rPr>
                <w:rFonts w:ascii="Times New Roman" w:hAnsi="Times New Roman" w:cs="Times New Roman"/>
                <w:b/>
                <w:sz w:val="18"/>
              </w:rPr>
              <w:t>Target pada periode pelaporan</w:t>
            </w:r>
          </w:p>
        </w:tc>
        <w:tc>
          <w:tcPr>
            <w:tcW w:w="2835" w:type="dxa"/>
            <w:shd w:val="clear" w:color="auto" w:fill="CAE9F7"/>
            <w:tcMar>
              <w:top w:w="50" w:type="dxa"/>
              <w:left w:w="90" w:type="dxa"/>
              <w:bottom w:w="50" w:type="dxa"/>
              <w:right w:w="90" w:type="dxa"/>
            </w:tcMar>
            <w:vAlign w:val="center"/>
          </w:tcPr>
          <w:p w14:paraId="6EC1420E" w14:textId="77777777" w:rsidR="00101C69" w:rsidRPr="00CD5712" w:rsidRDefault="00101C69">
            <w:pPr>
              <w:jc w:val="center"/>
              <w:rPr>
                <w:rFonts w:ascii="Times New Roman" w:hAnsi="Times New Roman" w:cs="Times New Roman"/>
              </w:rPr>
            </w:pPr>
            <w:r w:rsidRPr="00CD5712">
              <w:rPr>
                <w:rFonts w:ascii="Times New Roman" w:hAnsi="Times New Roman" w:cs="Times New Roman"/>
                <w:b/>
                <w:sz w:val="18"/>
              </w:rPr>
              <w:t>Capaian sampai periode pelaporan</w:t>
            </w:r>
          </w:p>
        </w:tc>
        <w:tc>
          <w:tcPr>
            <w:tcW w:w="1134" w:type="dxa"/>
            <w:shd w:val="clear" w:color="auto" w:fill="CAE9F7"/>
            <w:tcMar>
              <w:top w:w="50" w:type="dxa"/>
              <w:left w:w="90" w:type="dxa"/>
              <w:bottom w:w="50" w:type="dxa"/>
              <w:right w:w="90" w:type="dxa"/>
            </w:tcMar>
            <w:vAlign w:val="center"/>
          </w:tcPr>
          <w:p w14:paraId="07100129" w14:textId="77777777" w:rsidR="00101C69" w:rsidRPr="00CD5712" w:rsidRDefault="00101C69">
            <w:pPr>
              <w:jc w:val="center"/>
              <w:rPr>
                <w:rFonts w:ascii="Times New Roman" w:hAnsi="Times New Roman" w:cs="Times New Roman"/>
              </w:rPr>
            </w:pPr>
            <w:r w:rsidRPr="00CD5712">
              <w:rPr>
                <w:rFonts w:ascii="Times New Roman" w:hAnsi="Times New Roman" w:cs="Times New Roman"/>
                <w:b/>
                <w:sz w:val="18"/>
              </w:rPr>
              <w:t>Capaian (%)</w:t>
            </w:r>
          </w:p>
        </w:tc>
        <w:tc>
          <w:tcPr>
            <w:tcW w:w="2069" w:type="dxa"/>
            <w:shd w:val="clear" w:color="auto" w:fill="CAE9F7"/>
            <w:tcMar>
              <w:top w:w="50" w:type="dxa"/>
              <w:left w:w="90" w:type="dxa"/>
              <w:bottom w:w="50" w:type="dxa"/>
              <w:right w:w="90" w:type="dxa"/>
            </w:tcMar>
            <w:vAlign w:val="center"/>
          </w:tcPr>
          <w:p w14:paraId="0C092EEE" w14:textId="4C5AC667" w:rsidR="00101C69" w:rsidRPr="00CD5712" w:rsidRDefault="00101C69">
            <w:pPr>
              <w:jc w:val="center"/>
              <w:rPr>
                <w:rFonts w:ascii="Times New Roman" w:hAnsi="Times New Roman" w:cs="Times New Roman"/>
              </w:rPr>
            </w:pPr>
            <w:r>
              <w:rPr>
                <w:rFonts w:ascii="Times New Roman" w:hAnsi="Times New Roman" w:cs="Times New Roman"/>
                <w:b/>
                <w:sz w:val="18"/>
              </w:rPr>
              <w:t>Catatan</w:t>
            </w:r>
          </w:p>
        </w:tc>
      </w:tr>
      <w:tr w:rsidR="00101C69" w:rsidRPr="00CD5712" w14:paraId="24AF4A8F" w14:textId="77777777" w:rsidTr="006A1BC8">
        <w:trPr>
          <w:gridAfter w:val="1"/>
          <w:wAfter w:w="6" w:type="dxa"/>
          <w:cantSplit/>
          <w:trHeight w:val="567"/>
        </w:trPr>
        <w:tc>
          <w:tcPr>
            <w:tcW w:w="449" w:type="dxa"/>
            <w:tcMar>
              <w:top w:w="50" w:type="dxa"/>
              <w:left w:w="90" w:type="dxa"/>
              <w:bottom w:w="50" w:type="dxa"/>
              <w:right w:w="90" w:type="dxa"/>
            </w:tcMar>
          </w:tcPr>
          <w:p w14:paraId="36B004DE" w14:textId="77777777" w:rsidR="00101C69" w:rsidRPr="00CD5712" w:rsidRDefault="00101C69">
            <w:pPr>
              <w:rPr>
                <w:rFonts w:ascii="Times New Roman" w:hAnsi="Times New Roman" w:cs="Times New Roman"/>
              </w:rPr>
            </w:pPr>
          </w:p>
        </w:tc>
        <w:tc>
          <w:tcPr>
            <w:tcW w:w="2523" w:type="dxa"/>
            <w:tcMar>
              <w:top w:w="50" w:type="dxa"/>
              <w:left w:w="90" w:type="dxa"/>
              <w:bottom w:w="50" w:type="dxa"/>
              <w:right w:w="90" w:type="dxa"/>
            </w:tcMar>
          </w:tcPr>
          <w:p w14:paraId="31A9C086" w14:textId="77777777" w:rsidR="00101C69" w:rsidRPr="00CD5712" w:rsidRDefault="00101C69">
            <w:pPr>
              <w:rPr>
                <w:rFonts w:ascii="Times New Roman" w:hAnsi="Times New Roman" w:cs="Times New Roman"/>
              </w:rPr>
            </w:pPr>
          </w:p>
        </w:tc>
        <w:tc>
          <w:tcPr>
            <w:tcW w:w="2835" w:type="dxa"/>
            <w:tcMar>
              <w:top w:w="50" w:type="dxa"/>
              <w:left w:w="90" w:type="dxa"/>
              <w:bottom w:w="50" w:type="dxa"/>
              <w:right w:w="90" w:type="dxa"/>
            </w:tcMar>
          </w:tcPr>
          <w:p w14:paraId="584BA800" w14:textId="77777777" w:rsidR="00101C69" w:rsidRPr="00CD5712" w:rsidRDefault="00101C69">
            <w:pPr>
              <w:rPr>
                <w:rFonts w:ascii="Times New Roman" w:hAnsi="Times New Roman" w:cs="Times New Roman"/>
              </w:rPr>
            </w:pPr>
          </w:p>
        </w:tc>
        <w:tc>
          <w:tcPr>
            <w:tcW w:w="1134" w:type="dxa"/>
            <w:tcMar>
              <w:top w:w="50" w:type="dxa"/>
              <w:left w:w="90" w:type="dxa"/>
              <w:bottom w:w="50" w:type="dxa"/>
              <w:right w:w="90" w:type="dxa"/>
            </w:tcMar>
          </w:tcPr>
          <w:p w14:paraId="6978E13D" w14:textId="77777777" w:rsidR="00101C69" w:rsidRPr="00CD5712" w:rsidRDefault="00101C69">
            <w:pPr>
              <w:rPr>
                <w:rFonts w:ascii="Times New Roman" w:hAnsi="Times New Roman" w:cs="Times New Roman"/>
              </w:rPr>
            </w:pPr>
          </w:p>
        </w:tc>
        <w:tc>
          <w:tcPr>
            <w:tcW w:w="2069" w:type="dxa"/>
            <w:tcMar>
              <w:top w:w="50" w:type="dxa"/>
              <w:left w:w="90" w:type="dxa"/>
              <w:bottom w:w="50" w:type="dxa"/>
              <w:right w:w="90" w:type="dxa"/>
            </w:tcMar>
          </w:tcPr>
          <w:p w14:paraId="5D65C7CF" w14:textId="77777777" w:rsidR="00101C69" w:rsidRPr="00CD5712" w:rsidRDefault="00101C69">
            <w:pPr>
              <w:rPr>
                <w:rFonts w:ascii="Times New Roman" w:hAnsi="Times New Roman" w:cs="Times New Roman"/>
              </w:rPr>
            </w:pPr>
          </w:p>
        </w:tc>
      </w:tr>
      <w:tr w:rsidR="00101C69" w:rsidRPr="00CD5712" w14:paraId="53C814CF" w14:textId="77777777" w:rsidTr="006A1BC8">
        <w:trPr>
          <w:gridAfter w:val="1"/>
          <w:wAfter w:w="6" w:type="dxa"/>
          <w:cantSplit/>
          <w:trHeight w:val="567"/>
        </w:trPr>
        <w:tc>
          <w:tcPr>
            <w:tcW w:w="449" w:type="dxa"/>
            <w:tcMar>
              <w:top w:w="50" w:type="dxa"/>
              <w:left w:w="90" w:type="dxa"/>
              <w:bottom w:w="50" w:type="dxa"/>
              <w:right w:w="90" w:type="dxa"/>
            </w:tcMar>
          </w:tcPr>
          <w:p w14:paraId="73CC1B2D" w14:textId="77777777" w:rsidR="00101C69" w:rsidRPr="00CD5712" w:rsidRDefault="00101C69">
            <w:pPr>
              <w:rPr>
                <w:rFonts w:ascii="Times New Roman" w:hAnsi="Times New Roman" w:cs="Times New Roman"/>
              </w:rPr>
            </w:pPr>
          </w:p>
        </w:tc>
        <w:tc>
          <w:tcPr>
            <w:tcW w:w="2523" w:type="dxa"/>
            <w:tcMar>
              <w:top w:w="50" w:type="dxa"/>
              <w:left w:w="90" w:type="dxa"/>
              <w:bottom w:w="50" w:type="dxa"/>
              <w:right w:w="90" w:type="dxa"/>
            </w:tcMar>
          </w:tcPr>
          <w:p w14:paraId="1C0ED5E0" w14:textId="77777777" w:rsidR="00101C69" w:rsidRPr="00CD5712" w:rsidRDefault="00101C69">
            <w:pPr>
              <w:rPr>
                <w:rFonts w:ascii="Times New Roman" w:hAnsi="Times New Roman" w:cs="Times New Roman"/>
              </w:rPr>
            </w:pPr>
          </w:p>
        </w:tc>
        <w:tc>
          <w:tcPr>
            <w:tcW w:w="2835" w:type="dxa"/>
            <w:tcMar>
              <w:top w:w="50" w:type="dxa"/>
              <w:left w:w="90" w:type="dxa"/>
              <w:bottom w:w="50" w:type="dxa"/>
              <w:right w:w="90" w:type="dxa"/>
            </w:tcMar>
          </w:tcPr>
          <w:p w14:paraId="002FA4F5" w14:textId="77777777" w:rsidR="00101C69" w:rsidRPr="00CD5712" w:rsidRDefault="00101C69">
            <w:pPr>
              <w:rPr>
                <w:rFonts w:ascii="Times New Roman" w:hAnsi="Times New Roman" w:cs="Times New Roman"/>
              </w:rPr>
            </w:pPr>
          </w:p>
        </w:tc>
        <w:tc>
          <w:tcPr>
            <w:tcW w:w="1134" w:type="dxa"/>
            <w:tcMar>
              <w:top w:w="50" w:type="dxa"/>
              <w:left w:w="90" w:type="dxa"/>
              <w:bottom w:w="50" w:type="dxa"/>
              <w:right w:w="90" w:type="dxa"/>
            </w:tcMar>
          </w:tcPr>
          <w:p w14:paraId="3ED7EF6B" w14:textId="77777777" w:rsidR="00101C69" w:rsidRPr="00CD5712" w:rsidRDefault="00101C69">
            <w:pPr>
              <w:rPr>
                <w:rFonts w:ascii="Times New Roman" w:hAnsi="Times New Roman" w:cs="Times New Roman"/>
              </w:rPr>
            </w:pPr>
          </w:p>
        </w:tc>
        <w:tc>
          <w:tcPr>
            <w:tcW w:w="2069" w:type="dxa"/>
            <w:tcMar>
              <w:top w:w="50" w:type="dxa"/>
              <w:left w:w="90" w:type="dxa"/>
              <w:bottom w:w="50" w:type="dxa"/>
              <w:right w:w="90" w:type="dxa"/>
            </w:tcMar>
          </w:tcPr>
          <w:p w14:paraId="7D08C059" w14:textId="77777777" w:rsidR="00101C69" w:rsidRPr="00CD5712" w:rsidRDefault="00101C69">
            <w:pPr>
              <w:rPr>
                <w:rFonts w:ascii="Times New Roman" w:hAnsi="Times New Roman" w:cs="Times New Roman"/>
              </w:rPr>
            </w:pPr>
          </w:p>
        </w:tc>
      </w:tr>
      <w:tr w:rsidR="00101C69" w:rsidRPr="00CD5712" w14:paraId="60F87E81" w14:textId="77777777" w:rsidTr="006A1BC8">
        <w:trPr>
          <w:gridAfter w:val="1"/>
          <w:wAfter w:w="6" w:type="dxa"/>
          <w:cantSplit/>
          <w:trHeight w:val="567"/>
        </w:trPr>
        <w:tc>
          <w:tcPr>
            <w:tcW w:w="449" w:type="dxa"/>
            <w:tcMar>
              <w:top w:w="50" w:type="dxa"/>
              <w:left w:w="90" w:type="dxa"/>
              <w:bottom w:w="50" w:type="dxa"/>
              <w:right w:w="90" w:type="dxa"/>
            </w:tcMar>
          </w:tcPr>
          <w:p w14:paraId="3DD33A6B" w14:textId="77777777" w:rsidR="00101C69" w:rsidRPr="00CD5712" w:rsidRDefault="00101C69">
            <w:pPr>
              <w:rPr>
                <w:rFonts w:ascii="Times New Roman" w:hAnsi="Times New Roman" w:cs="Times New Roman"/>
              </w:rPr>
            </w:pPr>
          </w:p>
        </w:tc>
        <w:tc>
          <w:tcPr>
            <w:tcW w:w="2523" w:type="dxa"/>
            <w:tcMar>
              <w:top w:w="50" w:type="dxa"/>
              <w:left w:w="90" w:type="dxa"/>
              <w:bottom w:w="50" w:type="dxa"/>
              <w:right w:w="90" w:type="dxa"/>
            </w:tcMar>
          </w:tcPr>
          <w:p w14:paraId="7DC07F9C" w14:textId="77777777" w:rsidR="00101C69" w:rsidRPr="00CD5712" w:rsidRDefault="00101C69">
            <w:pPr>
              <w:rPr>
                <w:rFonts w:ascii="Times New Roman" w:hAnsi="Times New Roman" w:cs="Times New Roman"/>
              </w:rPr>
            </w:pPr>
          </w:p>
        </w:tc>
        <w:tc>
          <w:tcPr>
            <w:tcW w:w="2835" w:type="dxa"/>
            <w:tcMar>
              <w:top w:w="50" w:type="dxa"/>
              <w:left w:w="90" w:type="dxa"/>
              <w:bottom w:w="50" w:type="dxa"/>
              <w:right w:w="90" w:type="dxa"/>
            </w:tcMar>
          </w:tcPr>
          <w:p w14:paraId="5CEC7A22" w14:textId="77777777" w:rsidR="00101C69" w:rsidRPr="00CD5712" w:rsidRDefault="00101C69">
            <w:pPr>
              <w:rPr>
                <w:rFonts w:ascii="Times New Roman" w:hAnsi="Times New Roman" w:cs="Times New Roman"/>
              </w:rPr>
            </w:pPr>
          </w:p>
        </w:tc>
        <w:tc>
          <w:tcPr>
            <w:tcW w:w="1134" w:type="dxa"/>
            <w:tcMar>
              <w:top w:w="50" w:type="dxa"/>
              <w:left w:w="90" w:type="dxa"/>
              <w:bottom w:w="50" w:type="dxa"/>
              <w:right w:w="90" w:type="dxa"/>
            </w:tcMar>
          </w:tcPr>
          <w:p w14:paraId="77164AEE" w14:textId="77777777" w:rsidR="00101C69" w:rsidRPr="00CD5712" w:rsidRDefault="00101C69">
            <w:pPr>
              <w:rPr>
                <w:rFonts w:ascii="Times New Roman" w:hAnsi="Times New Roman" w:cs="Times New Roman"/>
              </w:rPr>
            </w:pPr>
          </w:p>
        </w:tc>
        <w:tc>
          <w:tcPr>
            <w:tcW w:w="2069" w:type="dxa"/>
            <w:tcMar>
              <w:top w:w="50" w:type="dxa"/>
              <w:left w:w="90" w:type="dxa"/>
              <w:bottom w:w="50" w:type="dxa"/>
              <w:right w:w="90" w:type="dxa"/>
            </w:tcMar>
          </w:tcPr>
          <w:p w14:paraId="2D4591D6" w14:textId="77777777" w:rsidR="00101C69" w:rsidRPr="00CD5712" w:rsidRDefault="00101C69">
            <w:pPr>
              <w:rPr>
                <w:rFonts w:ascii="Times New Roman" w:hAnsi="Times New Roman" w:cs="Times New Roman"/>
              </w:rPr>
            </w:pPr>
          </w:p>
        </w:tc>
      </w:tr>
      <w:tr w:rsidR="00101C69" w:rsidRPr="00CD5712" w14:paraId="239B9B64" w14:textId="77777777" w:rsidTr="006A1BC8">
        <w:trPr>
          <w:gridAfter w:val="1"/>
          <w:wAfter w:w="6" w:type="dxa"/>
          <w:cantSplit/>
          <w:trHeight w:val="567"/>
        </w:trPr>
        <w:tc>
          <w:tcPr>
            <w:tcW w:w="449" w:type="dxa"/>
            <w:tcMar>
              <w:top w:w="50" w:type="dxa"/>
              <w:left w:w="90" w:type="dxa"/>
              <w:bottom w:w="50" w:type="dxa"/>
              <w:right w:w="90" w:type="dxa"/>
            </w:tcMar>
          </w:tcPr>
          <w:p w14:paraId="381A0ACF" w14:textId="77777777" w:rsidR="00101C69" w:rsidRPr="00CD5712" w:rsidRDefault="00101C69">
            <w:pPr>
              <w:rPr>
                <w:rFonts w:ascii="Times New Roman" w:hAnsi="Times New Roman" w:cs="Times New Roman"/>
              </w:rPr>
            </w:pPr>
          </w:p>
        </w:tc>
        <w:tc>
          <w:tcPr>
            <w:tcW w:w="2523" w:type="dxa"/>
            <w:tcMar>
              <w:top w:w="50" w:type="dxa"/>
              <w:left w:w="90" w:type="dxa"/>
              <w:bottom w:w="50" w:type="dxa"/>
              <w:right w:w="90" w:type="dxa"/>
            </w:tcMar>
          </w:tcPr>
          <w:p w14:paraId="354E97F3" w14:textId="77777777" w:rsidR="00101C69" w:rsidRPr="00CD5712" w:rsidRDefault="00101C69">
            <w:pPr>
              <w:rPr>
                <w:rFonts w:ascii="Times New Roman" w:hAnsi="Times New Roman" w:cs="Times New Roman"/>
              </w:rPr>
            </w:pPr>
          </w:p>
        </w:tc>
        <w:tc>
          <w:tcPr>
            <w:tcW w:w="2835" w:type="dxa"/>
            <w:tcMar>
              <w:top w:w="50" w:type="dxa"/>
              <w:left w:w="90" w:type="dxa"/>
              <w:bottom w:w="50" w:type="dxa"/>
              <w:right w:w="90" w:type="dxa"/>
            </w:tcMar>
          </w:tcPr>
          <w:p w14:paraId="23280EEF" w14:textId="77777777" w:rsidR="00101C69" w:rsidRPr="00CD5712" w:rsidRDefault="00101C69">
            <w:pPr>
              <w:rPr>
                <w:rFonts w:ascii="Times New Roman" w:hAnsi="Times New Roman" w:cs="Times New Roman"/>
              </w:rPr>
            </w:pPr>
          </w:p>
        </w:tc>
        <w:tc>
          <w:tcPr>
            <w:tcW w:w="1134" w:type="dxa"/>
            <w:tcMar>
              <w:top w:w="50" w:type="dxa"/>
              <w:left w:w="90" w:type="dxa"/>
              <w:bottom w:w="50" w:type="dxa"/>
              <w:right w:w="90" w:type="dxa"/>
            </w:tcMar>
          </w:tcPr>
          <w:p w14:paraId="52D1AF81" w14:textId="77777777" w:rsidR="00101C69" w:rsidRPr="00CD5712" w:rsidRDefault="00101C69">
            <w:pPr>
              <w:rPr>
                <w:rFonts w:ascii="Times New Roman" w:hAnsi="Times New Roman" w:cs="Times New Roman"/>
              </w:rPr>
            </w:pPr>
          </w:p>
        </w:tc>
        <w:tc>
          <w:tcPr>
            <w:tcW w:w="2069" w:type="dxa"/>
            <w:tcMar>
              <w:top w:w="50" w:type="dxa"/>
              <w:left w:w="90" w:type="dxa"/>
              <w:bottom w:w="50" w:type="dxa"/>
              <w:right w:w="90" w:type="dxa"/>
            </w:tcMar>
          </w:tcPr>
          <w:p w14:paraId="5146C90B" w14:textId="77777777" w:rsidR="00101C69" w:rsidRPr="00CD5712" w:rsidRDefault="00101C69">
            <w:pPr>
              <w:rPr>
                <w:rFonts w:ascii="Times New Roman" w:hAnsi="Times New Roman" w:cs="Times New Roman"/>
              </w:rPr>
            </w:pPr>
          </w:p>
        </w:tc>
      </w:tr>
    </w:tbl>
    <w:p w14:paraId="23A5107D" w14:textId="77777777" w:rsidR="001C1323" w:rsidRPr="00CD5712" w:rsidRDefault="001C1323">
      <w:pPr>
        <w:spacing w:line="60" w:lineRule="exact"/>
        <w:rPr>
          <w:rFonts w:ascii="Times New Roman" w:hAnsi="Times New Roman" w:cs="Times New Roman"/>
        </w:rPr>
      </w:pPr>
    </w:p>
    <w:tbl>
      <w:tblPr>
        <w:tblW w:w="9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1"/>
        <w:gridCol w:w="4321"/>
        <w:gridCol w:w="985"/>
        <w:gridCol w:w="992"/>
        <w:gridCol w:w="1134"/>
        <w:gridCol w:w="1083"/>
        <w:gridCol w:w="10"/>
      </w:tblGrid>
      <w:tr w:rsidR="001C1323" w:rsidRPr="00CD5712" w14:paraId="6D1A50CF" w14:textId="77777777" w:rsidTr="00101C69">
        <w:trPr>
          <w:gridAfter w:val="1"/>
          <w:wAfter w:w="10" w:type="dxa"/>
          <w:cantSplit/>
        </w:trPr>
        <w:tc>
          <w:tcPr>
            <w:tcW w:w="9016" w:type="dxa"/>
            <w:gridSpan w:val="6"/>
            <w:shd w:val="clear" w:color="auto" w:fill="FAE49E"/>
            <w:tcMar>
              <w:top w:w="70" w:type="dxa"/>
              <w:left w:w="100" w:type="dxa"/>
              <w:bottom w:w="70" w:type="dxa"/>
              <w:right w:w="100" w:type="dxa"/>
            </w:tcMar>
          </w:tcPr>
          <w:p w14:paraId="0E7657FD" w14:textId="7AE8BD5D" w:rsidR="001C1323" w:rsidRPr="00CD5712" w:rsidRDefault="00000000">
            <w:pPr>
              <w:keepNext/>
              <w:rPr>
                <w:rFonts w:ascii="Times New Roman" w:hAnsi="Times New Roman" w:cs="Times New Roman"/>
              </w:rPr>
            </w:pPr>
            <w:r w:rsidRPr="00CD5712">
              <w:rPr>
                <w:rFonts w:ascii="Times New Roman" w:hAnsi="Times New Roman" w:cs="Times New Roman"/>
                <w:b/>
                <w:sz w:val="19"/>
              </w:rPr>
              <w:t xml:space="preserve">4.2 Jadwal </w:t>
            </w:r>
            <w:r w:rsidR="00101C69">
              <w:rPr>
                <w:rFonts w:ascii="Times New Roman" w:hAnsi="Times New Roman" w:cs="Times New Roman"/>
                <w:b/>
                <w:sz w:val="19"/>
              </w:rPr>
              <w:t xml:space="preserve">Realisasi </w:t>
            </w:r>
            <w:r w:rsidRPr="00CD5712">
              <w:rPr>
                <w:rFonts w:ascii="Times New Roman" w:hAnsi="Times New Roman" w:cs="Times New Roman"/>
                <w:b/>
                <w:sz w:val="19"/>
              </w:rPr>
              <w:t>Kegiatan</w:t>
            </w:r>
          </w:p>
        </w:tc>
      </w:tr>
      <w:tr w:rsidR="001C1323" w:rsidRPr="00CD5712" w14:paraId="0D0EAC45" w14:textId="77777777" w:rsidTr="00101C69">
        <w:trPr>
          <w:cantSplit/>
          <w:tblHeader/>
        </w:trPr>
        <w:tc>
          <w:tcPr>
            <w:tcW w:w="501" w:type="dxa"/>
            <w:vMerge w:val="restart"/>
            <w:shd w:val="clear" w:color="auto" w:fill="CAE9F7"/>
            <w:tcMar>
              <w:top w:w="50" w:type="dxa"/>
              <w:left w:w="90" w:type="dxa"/>
              <w:bottom w:w="50" w:type="dxa"/>
              <w:right w:w="90" w:type="dxa"/>
            </w:tcMar>
            <w:vAlign w:val="center"/>
          </w:tcPr>
          <w:p w14:paraId="4484CFA3" w14:textId="77777777" w:rsidR="001C1323" w:rsidRPr="00CD5712" w:rsidRDefault="00000000">
            <w:pPr>
              <w:jc w:val="center"/>
              <w:rPr>
                <w:rFonts w:ascii="Times New Roman" w:hAnsi="Times New Roman" w:cs="Times New Roman"/>
              </w:rPr>
            </w:pPr>
            <w:r w:rsidRPr="00CD5712">
              <w:rPr>
                <w:rFonts w:ascii="Times New Roman" w:hAnsi="Times New Roman" w:cs="Times New Roman"/>
                <w:b/>
                <w:sz w:val="18"/>
              </w:rPr>
              <w:t>No</w:t>
            </w:r>
          </w:p>
        </w:tc>
        <w:tc>
          <w:tcPr>
            <w:tcW w:w="4321" w:type="dxa"/>
            <w:vMerge w:val="restart"/>
            <w:shd w:val="clear" w:color="auto" w:fill="CAE9F7"/>
            <w:tcMar>
              <w:top w:w="50" w:type="dxa"/>
              <w:left w:w="90" w:type="dxa"/>
              <w:bottom w:w="50" w:type="dxa"/>
              <w:right w:w="90" w:type="dxa"/>
            </w:tcMar>
            <w:vAlign w:val="center"/>
          </w:tcPr>
          <w:p w14:paraId="361E6ED1" w14:textId="77777777" w:rsidR="001C1323" w:rsidRPr="00CD5712" w:rsidRDefault="00000000">
            <w:pPr>
              <w:jc w:val="center"/>
              <w:rPr>
                <w:rFonts w:ascii="Times New Roman" w:hAnsi="Times New Roman" w:cs="Times New Roman"/>
              </w:rPr>
            </w:pPr>
            <w:r w:rsidRPr="00CD5712">
              <w:rPr>
                <w:rFonts w:ascii="Times New Roman" w:hAnsi="Times New Roman" w:cs="Times New Roman"/>
                <w:b/>
                <w:sz w:val="18"/>
              </w:rPr>
              <w:t>Nama Kegiatan</w:t>
            </w:r>
          </w:p>
        </w:tc>
        <w:tc>
          <w:tcPr>
            <w:tcW w:w="4204" w:type="dxa"/>
            <w:gridSpan w:val="5"/>
            <w:shd w:val="clear" w:color="auto" w:fill="CAE9F7"/>
            <w:tcMar>
              <w:top w:w="50" w:type="dxa"/>
              <w:left w:w="90" w:type="dxa"/>
              <w:bottom w:w="50" w:type="dxa"/>
              <w:right w:w="90" w:type="dxa"/>
            </w:tcMar>
            <w:vAlign w:val="center"/>
          </w:tcPr>
          <w:p w14:paraId="488E1028" w14:textId="77777777" w:rsidR="001C1323" w:rsidRPr="00CD5712" w:rsidRDefault="00000000">
            <w:pPr>
              <w:jc w:val="center"/>
              <w:rPr>
                <w:rFonts w:ascii="Times New Roman" w:hAnsi="Times New Roman" w:cs="Times New Roman"/>
              </w:rPr>
            </w:pPr>
            <w:r w:rsidRPr="00CD5712">
              <w:rPr>
                <w:rFonts w:ascii="Times New Roman" w:hAnsi="Times New Roman" w:cs="Times New Roman"/>
                <w:b/>
                <w:sz w:val="18"/>
              </w:rPr>
              <w:t>Bulan (Tahun 2026)</w:t>
            </w:r>
          </w:p>
        </w:tc>
      </w:tr>
      <w:tr w:rsidR="00101C69" w:rsidRPr="00CD5712" w14:paraId="186726F0" w14:textId="77777777" w:rsidTr="00734578">
        <w:trPr>
          <w:cantSplit/>
          <w:tblHeader/>
        </w:trPr>
        <w:tc>
          <w:tcPr>
            <w:tcW w:w="501" w:type="dxa"/>
            <w:vMerge/>
          </w:tcPr>
          <w:p w14:paraId="06F38F76" w14:textId="77777777" w:rsidR="00101C69" w:rsidRPr="00CD5712" w:rsidRDefault="00101C69">
            <w:pPr>
              <w:rPr>
                <w:rFonts w:ascii="Times New Roman" w:hAnsi="Times New Roman" w:cs="Times New Roman"/>
              </w:rPr>
            </w:pPr>
          </w:p>
        </w:tc>
        <w:tc>
          <w:tcPr>
            <w:tcW w:w="4321" w:type="dxa"/>
            <w:vMerge/>
          </w:tcPr>
          <w:p w14:paraId="48D364C7" w14:textId="77777777" w:rsidR="00101C69" w:rsidRPr="00CD5712" w:rsidRDefault="00101C69">
            <w:pPr>
              <w:rPr>
                <w:rFonts w:ascii="Times New Roman" w:hAnsi="Times New Roman" w:cs="Times New Roman"/>
              </w:rPr>
            </w:pPr>
          </w:p>
        </w:tc>
        <w:tc>
          <w:tcPr>
            <w:tcW w:w="985" w:type="dxa"/>
            <w:shd w:val="clear" w:color="auto" w:fill="CAE9F7"/>
            <w:tcMar>
              <w:top w:w="50" w:type="dxa"/>
              <w:left w:w="90" w:type="dxa"/>
              <w:bottom w:w="50" w:type="dxa"/>
              <w:right w:w="90" w:type="dxa"/>
            </w:tcMar>
            <w:vAlign w:val="center"/>
          </w:tcPr>
          <w:p w14:paraId="7BEB3029" w14:textId="77777777" w:rsidR="00101C69" w:rsidRPr="00CD5712" w:rsidRDefault="00101C69">
            <w:pPr>
              <w:jc w:val="center"/>
              <w:rPr>
                <w:rFonts w:ascii="Times New Roman" w:hAnsi="Times New Roman" w:cs="Times New Roman"/>
              </w:rPr>
            </w:pPr>
            <w:r w:rsidRPr="00CD5712">
              <w:rPr>
                <w:rFonts w:ascii="Times New Roman" w:hAnsi="Times New Roman" w:cs="Times New Roman"/>
                <w:b/>
                <w:sz w:val="17"/>
              </w:rPr>
              <w:t>Sep</w:t>
            </w:r>
          </w:p>
        </w:tc>
        <w:tc>
          <w:tcPr>
            <w:tcW w:w="992" w:type="dxa"/>
            <w:shd w:val="clear" w:color="auto" w:fill="CAE9F7"/>
            <w:tcMar>
              <w:top w:w="50" w:type="dxa"/>
              <w:left w:w="90" w:type="dxa"/>
              <w:bottom w:w="50" w:type="dxa"/>
              <w:right w:w="90" w:type="dxa"/>
            </w:tcMar>
            <w:vAlign w:val="center"/>
          </w:tcPr>
          <w:p w14:paraId="08A3916E" w14:textId="77777777" w:rsidR="00101C69" w:rsidRPr="00CD5712" w:rsidRDefault="00101C69">
            <w:pPr>
              <w:jc w:val="center"/>
              <w:rPr>
                <w:rFonts w:ascii="Times New Roman" w:hAnsi="Times New Roman" w:cs="Times New Roman"/>
              </w:rPr>
            </w:pPr>
            <w:r w:rsidRPr="00CD5712">
              <w:rPr>
                <w:rFonts w:ascii="Times New Roman" w:hAnsi="Times New Roman" w:cs="Times New Roman"/>
                <w:b/>
                <w:sz w:val="17"/>
              </w:rPr>
              <w:t>Okt</w:t>
            </w:r>
          </w:p>
        </w:tc>
        <w:tc>
          <w:tcPr>
            <w:tcW w:w="1134" w:type="dxa"/>
            <w:shd w:val="clear" w:color="auto" w:fill="CAE9F7"/>
            <w:tcMar>
              <w:top w:w="50" w:type="dxa"/>
              <w:left w:w="90" w:type="dxa"/>
              <w:bottom w:w="50" w:type="dxa"/>
              <w:right w:w="90" w:type="dxa"/>
            </w:tcMar>
            <w:vAlign w:val="center"/>
          </w:tcPr>
          <w:p w14:paraId="060ED83F" w14:textId="77777777" w:rsidR="00101C69" w:rsidRPr="00CD5712" w:rsidRDefault="00101C69">
            <w:pPr>
              <w:jc w:val="center"/>
              <w:rPr>
                <w:rFonts w:ascii="Times New Roman" w:hAnsi="Times New Roman" w:cs="Times New Roman"/>
              </w:rPr>
            </w:pPr>
            <w:r w:rsidRPr="00CD5712">
              <w:rPr>
                <w:rFonts w:ascii="Times New Roman" w:hAnsi="Times New Roman" w:cs="Times New Roman"/>
                <w:b/>
                <w:sz w:val="17"/>
              </w:rPr>
              <w:t>Nov</w:t>
            </w:r>
          </w:p>
        </w:tc>
        <w:tc>
          <w:tcPr>
            <w:tcW w:w="1093" w:type="dxa"/>
            <w:gridSpan w:val="2"/>
            <w:shd w:val="clear" w:color="auto" w:fill="CAE9F7"/>
            <w:tcMar>
              <w:top w:w="50" w:type="dxa"/>
              <w:left w:w="90" w:type="dxa"/>
              <w:bottom w:w="50" w:type="dxa"/>
              <w:right w:w="90" w:type="dxa"/>
            </w:tcMar>
            <w:vAlign w:val="center"/>
          </w:tcPr>
          <w:p w14:paraId="028A8D9B" w14:textId="77777777" w:rsidR="00101C69" w:rsidRPr="00CD5712" w:rsidRDefault="00101C69">
            <w:pPr>
              <w:jc w:val="center"/>
              <w:rPr>
                <w:rFonts w:ascii="Times New Roman" w:hAnsi="Times New Roman" w:cs="Times New Roman"/>
              </w:rPr>
            </w:pPr>
            <w:r w:rsidRPr="00CD5712">
              <w:rPr>
                <w:rFonts w:ascii="Times New Roman" w:hAnsi="Times New Roman" w:cs="Times New Roman"/>
                <w:b/>
                <w:sz w:val="17"/>
              </w:rPr>
              <w:t>Des</w:t>
            </w:r>
          </w:p>
        </w:tc>
      </w:tr>
      <w:tr w:rsidR="00101C69" w:rsidRPr="00CD5712" w14:paraId="28B6E55E" w14:textId="77777777" w:rsidTr="00734578">
        <w:trPr>
          <w:cantSplit/>
          <w:trHeight w:val="454"/>
        </w:trPr>
        <w:tc>
          <w:tcPr>
            <w:tcW w:w="501" w:type="dxa"/>
            <w:tcMar>
              <w:top w:w="50" w:type="dxa"/>
              <w:left w:w="90" w:type="dxa"/>
              <w:bottom w:w="50" w:type="dxa"/>
              <w:right w:w="90" w:type="dxa"/>
            </w:tcMar>
            <w:vAlign w:val="center"/>
          </w:tcPr>
          <w:p w14:paraId="484D7E6F" w14:textId="77777777" w:rsidR="00101C69" w:rsidRPr="00CD5712" w:rsidRDefault="00101C69">
            <w:pPr>
              <w:jc w:val="center"/>
              <w:rPr>
                <w:rFonts w:ascii="Times New Roman" w:hAnsi="Times New Roman" w:cs="Times New Roman"/>
              </w:rPr>
            </w:pPr>
            <w:r w:rsidRPr="00CD5712">
              <w:rPr>
                <w:rFonts w:ascii="Times New Roman" w:hAnsi="Times New Roman" w:cs="Times New Roman"/>
                <w:sz w:val="18"/>
              </w:rPr>
              <w:t>1</w:t>
            </w:r>
          </w:p>
        </w:tc>
        <w:tc>
          <w:tcPr>
            <w:tcW w:w="4321" w:type="dxa"/>
            <w:tcMar>
              <w:top w:w="50" w:type="dxa"/>
              <w:left w:w="90" w:type="dxa"/>
              <w:bottom w:w="50" w:type="dxa"/>
              <w:right w:w="90" w:type="dxa"/>
            </w:tcMar>
            <w:vAlign w:val="center"/>
          </w:tcPr>
          <w:p w14:paraId="5FF85079" w14:textId="77777777" w:rsidR="00101C69" w:rsidRPr="00CD5712" w:rsidRDefault="00101C69">
            <w:pPr>
              <w:rPr>
                <w:rFonts w:ascii="Times New Roman" w:hAnsi="Times New Roman" w:cs="Times New Roman"/>
              </w:rPr>
            </w:pPr>
          </w:p>
        </w:tc>
        <w:tc>
          <w:tcPr>
            <w:tcW w:w="985" w:type="dxa"/>
            <w:tcMar>
              <w:top w:w="50" w:type="dxa"/>
              <w:left w:w="90" w:type="dxa"/>
              <w:bottom w:w="50" w:type="dxa"/>
              <w:right w:w="90" w:type="dxa"/>
            </w:tcMar>
            <w:vAlign w:val="center"/>
          </w:tcPr>
          <w:p w14:paraId="20452D27" w14:textId="77777777" w:rsidR="00101C69" w:rsidRPr="00CD5712" w:rsidRDefault="00101C69">
            <w:pPr>
              <w:rPr>
                <w:rFonts w:ascii="Times New Roman" w:hAnsi="Times New Roman" w:cs="Times New Roman"/>
              </w:rPr>
            </w:pPr>
          </w:p>
        </w:tc>
        <w:tc>
          <w:tcPr>
            <w:tcW w:w="992" w:type="dxa"/>
            <w:tcMar>
              <w:top w:w="50" w:type="dxa"/>
              <w:left w:w="90" w:type="dxa"/>
              <w:bottom w:w="50" w:type="dxa"/>
              <w:right w:w="90" w:type="dxa"/>
            </w:tcMar>
            <w:vAlign w:val="center"/>
          </w:tcPr>
          <w:p w14:paraId="18E1E88B" w14:textId="77777777" w:rsidR="00101C69" w:rsidRPr="00CD5712" w:rsidRDefault="00101C69">
            <w:pPr>
              <w:rPr>
                <w:rFonts w:ascii="Times New Roman" w:hAnsi="Times New Roman" w:cs="Times New Roman"/>
              </w:rPr>
            </w:pPr>
          </w:p>
        </w:tc>
        <w:tc>
          <w:tcPr>
            <w:tcW w:w="1134" w:type="dxa"/>
            <w:tcMar>
              <w:top w:w="50" w:type="dxa"/>
              <w:left w:w="90" w:type="dxa"/>
              <w:bottom w:w="50" w:type="dxa"/>
              <w:right w:w="90" w:type="dxa"/>
            </w:tcMar>
            <w:vAlign w:val="center"/>
          </w:tcPr>
          <w:p w14:paraId="2DA2D8E4" w14:textId="77777777" w:rsidR="00101C69" w:rsidRPr="00CD5712" w:rsidRDefault="00101C69">
            <w:pPr>
              <w:rPr>
                <w:rFonts w:ascii="Times New Roman" w:hAnsi="Times New Roman" w:cs="Times New Roman"/>
              </w:rPr>
            </w:pPr>
          </w:p>
        </w:tc>
        <w:tc>
          <w:tcPr>
            <w:tcW w:w="1093" w:type="dxa"/>
            <w:gridSpan w:val="2"/>
            <w:tcMar>
              <w:top w:w="50" w:type="dxa"/>
              <w:left w:w="90" w:type="dxa"/>
              <w:bottom w:w="50" w:type="dxa"/>
              <w:right w:w="90" w:type="dxa"/>
            </w:tcMar>
            <w:vAlign w:val="center"/>
          </w:tcPr>
          <w:p w14:paraId="5B6765BD" w14:textId="77777777" w:rsidR="00101C69" w:rsidRPr="00CD5712" w:rsidRDefault="00101C69">
            <w:pPr>
              <w:rPr>
                <w:rFonts w:ascii="Times New Roman" w:hAnsi="Times New Roman" w:cs="Times New Roman"/>
              </w:rPr>
            </w:pPr>
          </w:p>
        </w:tc>
      </w:tr>
      <w:tr w:rsidR="00101C69" w:rsidRPr="00CD5712" w14:paraId="7C935A17" w14:textId="77777777" w:rsidTr="00734578">
        <w:trPr>
          <w:cantSplit/>
          <w:trHeight w:val="454"/>
        </w:trPr>
        <w:tc>
          <w:tcPr>
            <w:tcW w:w="501" w:type="dxa"/>
            <w:tcMar>
              <w:top w:w="50" w:type="dxa"/>
              <w:left w:w="90" w:type="dxa"/>
              <w:bottom w:w="50" w:type="dxa"/>
              <w:right w:w="90" w:type="dxa"/>
            </w:tcMar>
            <w:vAlign w:val="center"/>
          </w:tcPr>
          <w:p w14:paraId="0B8A1B99" w14:textId="77777777" w:rsidR="00101C69" w:rsidRPr="00CD5712" w:rsidRDefault="00101C69">
            <w:pPr>
              <w:jc w:val="center"/>
              <w:rPr>
                <w:rFonts w:ascii="Times New Roman" w:hAnsi="Times New Roman" w:cs="Times New Roman"/>
              </w:rPr>
            </w:pPr>
            <w:r w:rsidRPr="00CD5712">
              <w:rPr>
                <w:rFonts w:ascii="Times New Roman" w:hAnsi="Times New Roman" w:cs="Times New Roman"/>
                <w:sz w:val="18"/>
              </w:rPr>
              <w:t>2</w:t>
            </w:r>
          </w:p>
        </w:tc>
        <w:tc>
          <w:tcPr>
            <w:tcW w:w="4321" w:type="dxa"/>
            <w:tcMar>
              <w:top w:w="50" w:type="dxa"/>
              <w:left w:w="90" w:type="dxa"/>
              <w:bottom w:w="50" w:type="dxa"/>
              <w:right w:w="90" w:type="dxa"/>
            </w:tcMar>
            <w:vAlign w:val="center"/>
          </w:tcPr>
          <w:p w14:paraId="4C5164E5" w14:textId="77777777" w:rsidR="00101C69" w:rsidRPr="00CD5712" w:rsidRDefault="00101C69">
            <w:pPr>
              <w:rPr>
                <w:rFonts w:ascii="Times New Roman" w:hAnsi="Times New Roman" w:cs="Times New Roman"/>
              </w:rPr>
            </w:pPr>
          </w:p>
        </w:tc>
        <w:tc>
          <w:tcPr>
            <w:tcW w:w="985" w:type="dxa"/>
            <w:tcMar>
              <w:top w:w="50" w:type="dxa"/>
              <w:left w:w="90" w:type="dxa"/>
              <w:bottom w:w="50" w:type="dxa"/>
              <w:right w:w="90" w:type="dxa"/>
            </w:tcMar>
            <w:vAlign w:val="center"/>
          </w:tcPr>
          <w:p w14:paraId="184275AF" w14:textId="77777777" w:rsidR="00101C69" w:rsidRPr="00CD5712" w:rsidRDefault="00101C69">
            <w:pPr>
              <w:rPr>
                <w:rFonts w:ascii="Times New Roman" w:hAnsi="Times New Roman" w:cs="Times New Roman"/>
              </w:rPr>
            </w:pPr>
          </w:p>
        </w:tc>
        <w:tc>
          <w:tcPr>
            <w:tcW w:w="992" w:type="dxa"/>
            <w:tcMar>
              <w:top w:w="50" w:type="dxa"/>
              <w:left w:w="90" w:type="dxa"/>
              <w:bottom w:w="50" w:type="dxa"/>
              <w:right w:w="90" w:type="dxa"/>
            </w:tcMar>
            <w:vAlign w:val="center"/>
          </w:tcPr>
          <w:p w14:paraId="48A979F7" w14:textId="77777777" w:rsidR="00101C69" w:rsidRPr="00CD5712" w:rsidRDefault="00101C69">
            <w:pPr>
              <w:rPr>
                <w:rFonts w:ascii="Times New Roman" w:hAnsi="Times New Roman" w:cs="Times New Roman"/>
              </w:rPr>
            </w:pPr>
          </w:p>
        </w:tc>
        <w:tc>
          <w:tcPr>
            <w:tcW w:w="1134" w:type="dxa"/>
            <w:tcMar>
              <w:top w:w="50" w:type="dxa"/>
              <w:left w:w="90" w:type="dxa"/>
              <w:bottom w:w="50" w:type="dxa"/>
              <w:right w:w="90" w:type="dxa"/>
            </w:tcMar>
            <w:vAlign w:val="center"/>
          </w:tcPr>
          <w:p w14:paraId="28B8C5D5" w14:textId="77777777" w:rsidR="00101C69" w:rsidRPr="00CD5712" w:rsidRDefault="00101C69">
            <w:pPr>
              <w:rPr>
                <w:rFonts w:ascii="Times New Roman" w:hAnsi="Times New Roman" w:cs="Times New Roman"/>
              </w:rPr>
            </w:pPr>
          </w:p>
        </w:tc>
        <w:tc>
          <w:tcPr>
            <w:tcW w:w="1093" w:type="dxa"/>
            <w:gridSpan w:val="2"/>
            <w:tcMar>
              <w:top w:w="50" w:type="dxa"/>
              <w:left w:w="90" w:type="dxa"/>
              <w:bottom w:w="50" w:type="dxa"/>
              <w:right w:w="90" w:type="dxa"/>
            </w:tcMar>
            <w:vAlign w:val="center"/>
          </w:tcPr>
          <w:p w14:paraId="538A52B2" w14:textId="77777777" w:rsidR="00101C69" w:rsidRPr="00CD5712" w:rsidRDefault="00101C69">
            <w:pPr>
              <w:rPr>
                <w:rFonts w:ascii="Times New Roman" w:hAnsi="Times New Roman" w:cs="Times New Roman"/>
              </w:rPr>
            </w:pPr>
          </w:p>
        </w:tc>
      </w:tr>
      <w:tr w:rsidR="00101C69" w:rsidRPr="00CD5712" w14:paraId="0D29D25E" w14:textId="77777777" w:rsidTr="00734578">
        <w:trPr>
          <w:cantSplit/>
          <w:trHeight w:val="454"/>
        </w:trPr>
        <w:tc>
          <w:tcPr>
            <w:tcW w:w="501" w:type="dxa"/>
            <w:tcMar>
              <w:top w:w="50" w:type="dxa"/>
              <w:left w:w="90" w:type="dxa"/>
              <w:bottom w:w="50" w:type="dxa"/>
              <w:right w:w="90" w:type="dxa"/>
            </w:tcMar>
            <w:vAlign w:val="center"/>
          </w:tcPr>
          <w:p w14:paraId="3BF425FB" w14:textId="77777777" w:rsidR="00101C69" w:rsidRPr="00CD5712" w:rsidRDefault="00101C69">
            <w:pPr>
              <w:jc w:val="center"/>
              <w:rPr>
                <w:rFonts w:ascii="Times New Roman" w:hAnsi="Times New Roman" w:cs="Times New Roman"/>
              </w:rPr>
            </w:pPr>
            <w:r w:rsidRPr="00CD5712">
              <w:rPr>
                <w:rFonts w:ascii="Times New Roman" w:hAnsi="Times New Roman" w:cs="Times New Roman"/>
                <w:sz w:val="18"/>
              </w:rPr>
              <w:t>3</w:t>
            </w:r>
          </w:p>
        </w:tc>
        <w:tc>
          <w:tcPr>
            <w:tcW w:w="4321" w:type="dxa"/>
            <w:tcMar>
              <w:top w:w="50" w:type="dxa"/>
              <w:left w:w="90" w:type="dxa"/>
              <w:bottom w:w="50" w:type="dxa"/>
              <w:right w:w="90" w:type="dxa"/>
            </w:tcMar>
            <w:vAlign w:val="center"/>
          </w:tcPr>
          <w:p w14:paraId="2061F151" w14:textId="77777777" w:rsidR="00101C69" w:rsidRPr="00CD5712" w:rsidRDefault="00101C69">
            <w:pPr>
              <w:rPr>
                <w:rFonts w:ascii="Times New Roman" w:hAnsi="Times New Roman" w:cs="Times New Roman"/>
              </w:rPr>
            </w:pPr>
          </w:p>
        </w:tc>
        <w:tc>
          <w:tcPr>
            <w:tcW w:w="985" w:type="dxa"/>
            <w:tcMar>
              <w:top w:w="50" w:type="dxa"/>
              <w:left w:w="90" w:type="dxa"/>
              <w:bottom w:w="50" w:type="dxa"/>
              <w:right w:w="90" w:type="dxa"/>
            </w:tcMar>
            <w:vAlign w:val="center"/>
          </w:tcPr>
          <w:p w14:paraId="13444CDD" w14:textId="77777777" w:rsidR="00101C69" w:rsidRPr="00CD5712" w:rsidRDefault="00101C69">
            <w:pPr>
              <w:rPr>
                <w:rFonts w:ascii="Times New Roman" w:hAnsi="Times New Roman" w:cs="Times New Roman"/>
              </w:rPr>
            </w:pPr>
          </w:p>
        </w:tc>
        <w:tc>
          <w:tcPr>
            <w:tcW w:w="992" w:type="dxa"/>
            <w:tcMar>
              <w:top w:w="50" w:type="dxa"/>
              <w:left w:w="90" w:type="dxa"/>
              <w:bottom w:w="50" w:type="dxa"/>
              <w:right w:w="90" w:type="dxa"/>
            </w:tcMar>
            <w:vAlign w:val="center"/>
          </w:tcPr>
          <w:p w14:paraId="3E45775A" w14:textId="77777777" w:rsidR="00101C69" w:rsidRPr="00CD5712" w:rsidRDefault="00101C69">
            <w:pPr>
              <w:rPr>
                <w:rFonts w:ascii="Times New Roman" w:hAnsi="Times New Roman" w:cs="Times New Roman"/>
              </w:rPr>
            </w:pPr>
          </w:p>
        </w:tc>
        <w:tc>
          <w:tcPr>
            <w:tcW w:w="1134" w:type="dxa"/>
            <w:tcMar>
              <w:top w:w="50" w:type="dxa"/>
              <w:left w:w="90" w:type="dxa"/>
              <w:bottom w:w="50" w:type="dxa"/>
              <w:right w:w="90" w:type="dxa"/>
            </w:tcMar>
            <w:vAlign w:val="center"/>
          </w:tcPr>
          <w:p w14:paraId="0A0092F6" w14:textId="77777777" w:rsidR="00101C69" w:rsidRPr="00CD5712" w:rsidRDefault="00101C69">
            <w:pPr>
              <w:rPr>
                <w:rFonts w:ascii="Times New Roman" w:hAnsi="Times New Roman" w:cs="Times New Roman"/>
              </w:rPr>
            </w:pPr>
          </w:p>
        </w:tc>
        <w:tc>
          <w:tcPr>
            <w:tcW w:w="1093" w:type="dxa"/>
            <w:gridSpan w:val="2"/>
            <w:tcMar>
              <w:top w:w="50" w:type="dxa"/>
              <w:left w:w="90" w:type="dxa"/>
              <w:bottom w:w="50" w:type="dxa"/>
              <w:right w:w="90" w:type="dxa"/>
            </w:tcMar>
            <w:vAlign w:val="center"/>
          </w:tcPr>
          <w:p w14:paraId="5312A3FC" w14:textId="77777777" w:rsidR="00101C69" w:rsidRPr="00CD5712" w:rsidRDefault="00101C69">
            <w:pPr>
              <w:rPr>
                <w:rFonts w:ascii="Times New Roman" w:hAnsi="Times New Roman" w:cs="Times New Roman"/>
              </w:rPr>
            </w:pPr>
          </w:p>
        </w:tc>
      </w:tr>
      <w:tr w:rsidR="00101C69" w:rsidRPr="00CD5712" w14:paraId="1EF8402F" w14:textId="77777777" w:rsidTr="00734578">
        <w:trPr>
          <w:cantSplit/>
          <w:trHeight w:val="454"/>
        </w:trPr>
        <w:tc>
          <w:tcPr>
            <w:tcW w:w="501" w:type="dxa"/>
            <w:tcMar>
              <w:top w:w="50" w:type="dxa"/>
              <w:left w:w="90" w:type="dxa"/>
              <w:bottom w:w="50" w:type="dxa"/>
              <w:right w:w="90" w:type="dxa"/>
            </w:tcMar>
            <w:vAlign w:val="center"/>
          </w:tcPr>
          <w:p w14:paraId="18780F22" w14:textId="77777777" w:rsidR="00101C69" w:rsidRPr="00CD5712" w:rsidRDefault="00101C69">
            <w:pPr>
              <w:jc w:val="center"/>
              <w:rPr>
                <w:rFonts w:ascii="Times New Roman" w:hAnsi="Times New Roman" w:cs="Times New Roman"/>
              </w:rPr>
            </w:pPr>
            <w:r w:rsidRPr="00CD5712">
              <w:rPr>
                <w:rFonts w:ascii="Times New Roman" w:hAnsi="Times New Roman" w:cs="Times New Roman"/>
                <w:sz w:val="18"/>
              </w:rPr>
              <w:t>4</w:t>
            </w:r>
          </w:p>
        </w:tc>
        <w:tc>
          <w:tcPr>
            <w:tcW w:w="4321" w:type="dxa"/>
            <w:tcMar>
              <w:top w:w="50" w:type="dxa"/>
              <w:left w:w="90" w:type="dxa"/>
              <w:bottom w:w="50" w:type="dxa"/>
              <w:right w:w="90" w:type="dxa"/>
            </w:tcMar>
            <w:vAlign w:val="center"/>
          </w:tcPr>
          <w:p w14:paraId="50E93A8E" w14:textId="77777777" w:rsidR="00101C69" w:rsidRPr="00CD5712" w:rsidRDefault="00101C69">
            <w:pPr>
              <w:rPr>
                <w:rFonts w:ascii="Times New Roman" w:hAnsi="Times New Roman" w:cs="Times New Roman"/>
              </w:rPr>
            </w:pPr>
          </w:p>
        </w:tc>
        <w:tc>
          <w:tcPr>
            <w:tcW w:w="985" w:type="dxa"/>
            <w:tcMar>
              <w:top w:w="50" w:type="dxa"/>
              <w:left w:w="90" w:type="dxa"/>
              <w:bottom w:w="50" w:type="dxa"/>
              <w:right w:w="90" w:type="dxa"/>
            </w:tcMar>
            <w:vAlign w:val="center"/>
          </w:tcPr>
          <w:p w14:paraId="208F3A2F" w14:textId="77777777" w:rsidR="00101C69" w:rsidRPr="00CD5712" w:rsidRDefault="00101C69">
            <w:pPr>
              <w:rPr>
                <w:rFonts w:ascii="Times New Roman" w:hAnsi="Times New Roman" w:cs="Times New Roman"/>
              </w:rPr>
            </w:pPr>
          </w:p>
        </w:tc>
        <w:tc>
          <w:tcPr>
            <w:tcW w:w="992" w:type="dxa"/>
            <w:tcMar>
              <w:top w:w="50" w:type="dxa"/>
              <w:left w:w="90" w:type="dxa"/>
              <w:bottom w:w="50" w:type="dxa"/>
              <w:right w:w="90" w:type="dxa"/>
            </w:tcMar>
            <w:vAlign w:val="center"/>
          </w:tcPr>
          <w:p w14:paraId="31B7F1BF" w14:textId="77777777" w:rsidR="00101C69" w:rsidRPr="00CD5712" w:rsidRDefault="00101C69">
            <w:pPr>
              <w:rPr>
                <w:rFonts w:ascii="Times New Roman" w:hAnsi="Times New Roman" w:cs="Times New Roman"/>
              </w:rPr>
            </w:pPr>
          </w:p>
        </w:tc>
        <w:tc>
          <w:tcPr>
            <w:tcW w:w="1134" w:type="dxa"/>
            <w:tcMar>
              <w:top w:w="50" w:type="dxa"/>
              <w:left w:w="90" w:type="dxa"/>
              <w:bottom w:w="50" w:type="dxa"/>
              <w:right w:w="90" w:type="dxa"/>
            </w:tcMar>
            <w:vAlign w:val="center"/>
          </w:tcPr>
          <w:p w14:paraId="78C1E99A" w14:textId="77777777" w:rsidR="00101C69" w:rsidRPr="00CD5712" w:rsidRDefault="00101C69">
            <w:pPr>
              <w:rPr>
                <w:rFonts w:ascii="Times New Roman" w:hAnsi="Times New Roman" w:cs="Times New Roman"/>
              </w:rPr>
            </w:pPr>
          </w:p>
        </w:tc>
        <w:tc>
          <w:tcPr>
            <w:tcW w:w="1093" w:type="dxa"/>
            <w:gridSpan w:val="2"/>
            <w:tcMar>
              <w:top w:w="50" w:type="dxa"/>
              <w:left w:w="90" w:type="dxa"/>
              <w:bottom w:w="50" w:type="dxa"/>
              <w:right w:w="90" w:type="dxa"/>
            </w:tcMar>
            <w:vAlign w:val="center"/>
          </w:tcPr>
          <w:p w14:paraId="422BA225" w14:textId="77777777" w:rsidR="00101C69" w:rsidRPr="00CD5712" w:rsidRDefault="00101C69">
            <w:pPr>
              <w:rPr>
                <w:rFonts w:ascii="Times New Roman" w:hAnsi="Times New Roman" w:cs="Times New Roman"/>
              </w:rPr>
            </w:pPr>
          </w:p>
        </w:tc>
      </w:tr>
      <w:tr w:rsidR="00101C69" w:rsidRPr="00CD5712" w14:paraId="174D908A" w14:textId="77777777" w:rsidTr="00734578">
        <w:trPr>
          <w:cantSplit/>
          <w:trHeight w:val="454"/>
        </w:trPr>
        <w:tc>
          <w:tcPr>
            <w:tcW w:w="501" w:type="dxa"/>
            <w:tcMar>
              <w:top w:w="50" w:type="dxa"/>
              <w:left w:w="90" w:type="dxa"/>
              <w:bottom w:w="50" w:type="dxa"/>
              <w:right w:w="90" w:type="dxa"/>
            </w:tcMar>
            <w:vAlign w:val="center"/>
          </w:tcPr>
          <w:p w14:paraId="34C2FD47" w14:textId="77777777" w:rsidR="00101C69" w:rsidRPr="00CD5712" w:rsidRDefault="00101C69">
            <w:pPr>
              <w:jc w:val="center"/>
              <w:rPr>
                <w:rFonts w:ascii="Times New Roman" w:hAnsi="Times New Roman" w:cs="Times New Roman"/>
              </w:rPr>
            </w:pPr>
            <w:r w:rsidRPr="00CD5712">
              <w:rPr>
                <w:rFonts w:ascii="Times New Roman" w:hAnsi="Times New Roman" w:cs="Times New Roman"/>
                <w:sz w:val="18"/>
              </w:rPr>
              <w:t>dst.</w:t>
            </w:r>
          </w:p>
        </w:tc>
        <w:tc>
          <w:tcPr>
            <w:tcW w:w="4321" w:type="dxa"/>
            <w:tcMar>
              <w:top w:w="50" w:type="dxa"/>
              <w:left w:w="90" w:type="dxa"/>
              <w:bottom w:w="50" w:type="dxa"/>
              <w:right w:w="90" w:type="dxa"/>
            </w:tcMar>
            <w:vAlign w:val="center"/>
          </w:tcPr>
          <w:p w14:paraId="377B5B18" w14:textId="77777777" w:rsidR="00101C69" w:rsidRPr="00CD5712" w:rsidRDefault="00101C69">
            <w:pPr>
              <w:rPr>
                <w:rFonts w:ascii="Times New Roman" w:hAnsi="Times New Roman" w:cs="Times New Roman"/>
              </w:rPr>
            </w:pPr>
          </w:p>
        </w:tc>
        <w:tc>
          <w:tcPr>
            <w:tcW w:w="985" w:type="dxa"/>
            <w:tcMar>
              <w:top w:w="50" w:type="dxa"/>
              <w:left w:w="90" w:type="dxa"/>
              <w:bottom w:w="50" w:type="dxa"/>
              <w:right w:w="90" w:type="dxa"/>
            </w:tcMar>
            <w:vAlign w:val="center"/>
          </w:tcPr>
          <w:p w14:paraId="07628D8B" w14:textId="77777777" w:rsidR="00101C69" w:rsidRPr="00CD5712" w:rsidRDefault="00101C69">
            <w:pPr>
              <w:rPr>
                <w:rFonts w:ascii="Times New Roman" w:hAnsi="Times New Roman" w:cs="Times New Roman"/>
              </w:rPr>
            </w:pPr>
          </w:p>
        </w:tc>
        <w:tc>
          <w:tcPr>
            <w:tcW w:w="992" w:type="dxa"/>
            <w:tcMar>
              <w:top w:w="50" w:type="dxa"/>
              <w:left w:w="90" w:type="dxa"/>
              <w:bottom w:w="50" w:type="dxa"/>
              <w:right w:w="90" w:type="dxa"/>
            </w:tcMar>
            <w:vAlign w:val="center"/>
          </w:tcPr>
          <w:p w14:paraId="6ADCB821" w14:textId="77777777" w:rsidR="00101C69" w:rsidRPr="00CD5712" w:rsidRDefault="00101C69">
            <w:pPr>
              <w:rPr>
                <w:rFonts w:ascii="Times New Roman" w:hAnsi="Times New Roman" w:cs="Times New Roman"/>
              </w:rPr>
            </w:pPr>
          </w:p>
        </w:tc>
        <w:tc>
          <w:tcPr>
            <w:tcW w:w="1134" w:type="dxa"/>
            <w:tcMar>
              <w:top w:w="50" w:type="dxa"/>
              <w:left w:w="90" w:type="dxa"/>
              <w:bottom w:w="50" w:type="dxa"/>
              <w:right w:w="90" w:type="dxa"/>
            </w:tcMar>
            <w:vAlign w:val="center"/>
          </w:tcPr>
          <w:p w14:paraId="3090B164" w14:textId="77777777" w:rsidR="00101C69" w:rsidRPr="00CD5712" w:rsidRDefault="00101C69">
            <w:pPr>
              <w:rPr>
                <w:rFonts w:ascii="Times New Roman" w:hAnsi="Times New Roman" w:cs="Times New Roman"/>
              </w:rPr>
            </w:pPr>
          </w:p>
        </w:tc>
        <w:tc>
          <w:tcPr>
            <w:tcW w:w="1093" w:type="dxa"/>
            <w:gridSpan w:val="2"/>
            <w:tcMar>
              <w:top w:w="50" w:type="dxa"/>
              <w:left w:w="90" w:type="dxa"/>
              <w:bottom w:w="50" w:type="dxa"/>
              <w:right w:w="90" w:type="dxa"/>
            </w:tcMar>
            <w:vAlign w:val="center"/>
          </w:tcPr>
          <w:p w14:paraId="39F21648" w14:textId="77777777" w:rsidR="00101C69" w:rsidRPr="00CD5712" w:rsidRDefault="00101C69">
            <w:pPr>
              <w:rPr>
                <w:rFonts w:ascii="Times New Roman" w:hAnsi="Times New Roman" w:cs="Times New Roman"/>
              </w:rPr>
            </w:pPr>
          </w:p>
        </w:tc>
      </w:tr>
    </w:tbl>
    <w:p w14:paraId="15AEC372" w14:textId="77777777" w:rsidR="001C1323" w:rsidRPr="00CD5712" w:rsidRDefault="001C1323">
      <w:pPr>
        <w:spacing w:line="120" w:lineRule="exact"/>
        <w:rPr>
          <w:rFonts w:ascii="Times New Roman" w:hAnsi="Times New Roman" w:cs="Times New Roman"/>
        </w:rPr>
      </w:pPr>
    </w:p>
    <w:tbl>
      <w:tblPr>
        <w:tblW w:w="9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99"/>
        <w:gridCol w:w="2597"/>
        <w:gridCol w:w="2423"/>
        <w:gridCol w:w="1498"/>
        <w:gridCol w:w="999"/>
        <w:gridCol w:w="10"/>
      </w:tblGrid>
      <w:tr w:rsidR="001C1323" w:rsidRPr="00CD5712" w14:paraId="69F89E55" w14:textId="77777777">
        <w:trPr>
          <w:gridAfter w:val="1"/>
          <w:wAfter w:w="10" w:type="dxa"/>
          <w:cantSplit/>
        </w:trPr>
        <w:tc>
          <w:tcPr>
            <w:tcW w:w="9026" w:type="dxa"/>
            <w:gridSpan w:val="5"/>
            <w:shd w:val="clear" w:color="auto" w:fill="CAE9F7"/>
            <w:tcMar>
              <w:top w:w="70" w:type="dxa"/>
              <w:left w:w="100" w:type="dxa"/>
              <w:bottom w:w="70" w:type="dxa"/>
              <w:right w:w="100" w:type="dxa"/>
            </w:tcMar>
          </w:tcPr>
          <w:p w14:paraId="6C8CA090" w14:textId="77777777" w:rsidR="001C1323" w:rsidRPr="00CD5712" w:rsidRDefault="00000000">
            <w:pPr>
              <w:keepNext/>
              <w:rPr>
                <w:rFonts w:ascii="Times New Roman" w:hAnsi="Times New Roman" w:cs="Times New Roman"/>
              </w:rPr>
            </w:pPr>
            <w:r w:rsidRPr="00CD5712">
              <w:rPr>
                <w:rFonts w:ascii="Times New Roman" w:hAnsi="Times New Roman" w:cs="Times New Roman"/>
                <w:b/>
                <w:sz w:val="21"/>
              </w:rPr>
              <w:t>5.  Status Capaian Luaran Wajib</w:t>
            </w:r>
          </w:p>
        </w:tc>
      </w:tr>
      <w:tr w:rsidR="001C1323" w:rsidRPr="00CD5712" w14:paraId="4BE5900D" w14:textId="77777777">
        <w:trPr>
          <w:gridAfter w:val="1"/>
          <w:wAfter w:w="10" w:type="dxa"/>
          <w:trHeight w:val="907"/>
        </w:trPr>
        <w:tc>
          <w:tcPr>
            <w:tcW w:w="9026" w:type="dxa"/>
            <w:gridSpan w:val="5"/>
            <w:tcMar>
              <w:top w:w="70" w:type="dxa"/>
              <w:left w:w="100" w:type="dxa"/>
              <w:bottom w:w="70" w:type="dxa"/>
              <w:right w:w="100" w:type="dxa"/>
            </w:tcMar>
          </w:tcPr>
          <w:p w14:paraId="01DF23FC" w14:textId="29632A0C" w:rsidR="001C1323" w:rsidRPr="001E74B7" w:rsidRDefault="00000000" w:rsidP="001E74B7">
            <w:pPr>
              <w:spacing w:after="30"/>
              <w:jc w:val="both"/>
              <w:rPr>
                <w:rFonts w:ascii="Times New Roman" w:hAnsi="Times New Roman" w:cs="Times New Roman"/>
                <w:i/>
                <w:iCs/>
                <w:szCs w:val="20"/>
              </w:rPr>
            </w:pPr>
            <w:r w:rsidRPr="001E74B7">
              <w:rPr>
                <w:rFonts w:ascii="Times New Roman" w:hAnsi="Times New Roman" w:cs="Times New Roman"/>
                <w:i/>
                <w:iCs/>
                <w:color w:val="595959"/>
                <w:szCs w:val="20"/>
              </w:rPr>
              <w:t>Isi bagian sesuai kategori luaran yang dipilih. Tabel 5.1 membandingkan target Tahap I</w:t>
            </w:r>
            <w:r w:rsidR="001E74B7" w:rsidRPr="001E74B7">
              <w:rPr>
                <w:rFonts w:ascii="Times New Roman" w:hAnsi="Times New Roman" w:cs="Times New Roman"/>
                <w:i/>
                <w:iCs/>
                <w:color w:val="595959"/>
                <w:szCs w:val="20"/>
              </w:rPr>
              <w:t xml:space="preserve"> </w:t>
            </w:r>
            <w:r w:rsidRPr="001E74B7">
              <w:rPr>
                <w:rFonts w:ascii="Times New Roman" w:hAnsi="Times New Roman" w:cs="Times New Roman"/>
                <w:i/>
                <w:iCs/>
                <w:color w:val="595959"/>
                <w:szCs w:val="20"/>
              </w:rPr>
              <w:t>dengan capaian sampai periode pelaporan; bagian 5.2 (Kategori A) atau 5.3 (Kategori B) merinci status luaran. Hapus bagian yang tidak sesuai kategori.</w:t>
            </w:r>
          </w:p>
          <w:p w14:paraId="68742CBF" w14:textId="77777777" w:rsidR="001C1323" w:rsidRPr="00CD5712" w:rsidRDefault="00000000" w:rsidP="001E74B7">
            <w:pPr>
              <w:spacing w:after="30"/>
              <w:jc w:val="both"/>
              <w:rPr>
                <w:rFonts w:ascii="Times New Roman" w:hAnsi="Times New Roman" w:cs="Times New Roman"/>
              </w:rPr>
            </w:pPr>
            <w:r w:rsidRPr="001E74B7">
              <w:rPr>
                <w:rFonts w:ascii="Times New Roman" w:hAnsi="Times New Roman" w:cs="Times New Roman"/>
                <w:i/>
                <w:iCs/>
                <w:color w:val="595959"/>
                <w:szCs w:val="20"/>
              </w:rPr>
              <w:t>Ditulis dengan jenis huruf Times New Roman, ukuran font 12, spasi 1,15.</w:t>
            </w:r>
          </w:p>
        </w:tc>
      </w:tr>
      <w:tr w:rsidR="001C1323" w:rsidRPr="00CD5712" w14:paraId="26B9F692" w14:textId="77777777">
        <w:trPr>
          <w:gridAfter w:val="1"/>
          <w:wAfter w:w="10" w:type="dxa"/>
          <w:cantSplit/>
        </w:trPr>
        <w:tc>
          <w:tcPr>
            <w:tcW w:w="9026" w:type="dxa"/>
            <w:gridSpan w:val="5"/>
            <w:shd w:val="clear" w:color="auto" w:fill="FAE49E"/>
            <w:tcMar>
              <w:top w:w="70" w:type="dxa"/>
              <w:left w:w="100" w:type="dxa"/>
              <w:bottom w:w="70" w:type="dxa"/>
              <w:right w:w="100" w:type="dxa"/>
            </w:tcMar>
          </w:tcPr>
          <w:p w14:paraId="40D42C72" w14:textId="77777777" w:rsidR="001C1323" w:rsidRPr="00CD5712" w:rsidRDefault="00000000">
            <w:pPr>
              <w:keepNext/>
              <w:rPr>
                <w:rFonts w:ascii="Times New Roman" w:hAnsi="Times New Roman" w:cs="Times New Roman"/>
              </w:rPr>
            </w:pPr>
            <w:r w:rsidRPr="00CD5712">
              <w:rPr>
                <w:rFonts w:ascii="Times New Roman" w:hAnsi="Times New Roman" w:cs="Times New Roman"/>
                <w:b/>
                <w:sz w:val="19"/>
              </w:rPr>
              <w:t>5.1  Perbandingan Target Tahap I dan Capaian Sementara</w:t>
            </w:r>
          </w:p>
        </w:tc>
      </w:tr>
      <w:tr w:rsidR="001C1323" w:rsidRPr="00CD5712" w14:paraId="212228EB" w14:textId="77777777">
        <w:trPr>
          <w:cantSplit/>
          <w:tblHeader/>
        </w:trPr>
        <w:tc>
          <w:tcPr>
            <w:tcW w:w="1500" w:type="dxa"/>
            <w:shd w:val="clear" w:color="auto" w:fill="CAE9F7"/>
            <w:tcMar>
              <w:top w:w="50" w:type="dxa"/>
              <w:left w:w="90" w:type="dxa"/>
              <w:bottom w:w="50" w:type="dxa"/>
              <w:right w:w="90" w:type="dxa"/>
            </w:tcMar>
            <w:vAlign w:val="center"/>
          </w:tcPr>
          <w:p w14:paraId="4734FAC2" w14:textId="364B2A94" w:rsidR="001C1323" w:rsidRPr="00CD5712" w:rsidRDefault="00000000">
            <w:pPr>
              <w:jc w:val="center"/>
              <w:rPr>
                <w:rFonts w:ascii="Times New Roman" w:hAnsi="Times New Roman" w:cs="Times New Roman"/>
              </w:rPr>
            </w:pPr>
            <w:r w:rsidRPr="00CD5712">
              <w:rPr>
                <w:rFonts w:ascii="Times New Roman" w:hAnsi="Times New Roman" w:cs="Times New Roman"/>
                <w:b/>
                <w:sz w:val="17"/>
              </w:rPr>
              <w:t>Kategori/ Jenis Luaran</w:t>
            </w:r>
            <w:r w:rsidR="001E74B7">
              <w:rPr>
                <w:rFonts w:ascii="Times New Roman" w:hAnsi="Times New Roman" w:cs="Times New Roman"/>
                <w:b/>
                <w:sz w:val="17"/>
              </w:rPr>
              <w:t xml:space="preserve"> (</w:t>
            </w:r>
            <w:r w:rsidR="001E74B7" w:rsidRPr="001E74B7">
              <w:rPr>
                <w:rFonts w:ascii="Times New Roman" w:hAnsi="Times New Roman" w:cs="Times New Roman"/>
                <w:b/>
                <w:i/>
                <w:iCs/>
                <w:sz w:val="17"/>
              </w:rPr>
              <w:t>Pilih salah satu</w:t>
            </w:r>
            <w:r w:rsidR="001E74B7">
              <w:rPr>
                <w:rFonts w:ascii="Times New Roman" w:hAnsi="Times New Roman" w:cs="Times New Roman"/>
                <w:b/>
                <w:sz w:val="17"/>
              </w:rPr>
              <w:t>)</w:t>
            </w:r>
          </w:p>
        </w:tc>
        <w:tc>
          <w:tcPr>
            <w:tcW w:w="2600" w:type="dxa"/>
            <w:shd w:val="clear" w:color="auto" w:fill="CAE9F7"/>
            <w:tcMar>
              <w:top w:w="50" w:type="dxa"/>
              <w:left w:w="90" w:type="dxa"/>
              <w:bottom w:w="50" w:type="dxa"/>
              <w:right w:w="90" w:type="dxa"/>
            </w:tcMar>
            <w:vAlign w:val="center"/>
          </w:tcPr>
          <w:p w14:paraId="5684B566" w14:textId="77777777" w:rsidR="001C1323" w:rsidRPr="00CD5712" w:rsidRDefault="00000000">
            <w:pPr>
              <w:jc w:val="center"/>
              <w:rPr>
                <w:rFonts w:ascii="Times New Roman" w:hAnsi="Times New Roman" w:cs="Times New Roman"/>
              </w:rPr>
            </w:pPr>
            <w:r w:rsidRPr="00CD5712">
              <w:rPr>
                <w:rFonts w:ascii="Times New Roman" w:hAnsi="Times New Roman" w:cs="Times New Roman"/>
                <w:b/>
                <w:sz w:val="17"/>
              </w:rPr>
              <w:t>Target Tahap I</w:t>
            </w:r>
          </w:p>
        </w:tc>
        <w:tc>
          <w:tcPr>
            <w:tcW w:w="2426" w:type="dxa"/>
            <w:shd w:val="clear" w:color="auto" w:fill="CAE9F7"/>
            <w:tcMar>
              <w:top w:w="50" w:type="dxa"/>
              <w:left w:w="90" w:type="dxa"/>
              <w:bottom w:w="50" w:type="dxa"/>
              <w:right w:w="90" w:type="dxa"/>
            </w:tcMar>
            <w:vAlign w:val="center"/>
          </w:tcPr>
          <w:p w14:paraId="3C2FEA7D" w14:textId="77777777" w:rsidR="001C1323" w:rsidRPr="00CD5712" w:rsidRDefault="00000000">
            <w:pPr>
              <w:jc w:val="center"/>
              <w:rPr>
                <w:rFonts w:ascii="Times New Roman" w:hAnsi="Times New Roman" w:cs="Times New Roman"/>
              </w:rPr>
            </w:pPr>
            <w:r w:rsidRPr="00CD5712">
              <w:rPr>
                <w:rFonts w:ascii="Times New Roman" w:hAnsi="Times New Roman" w:cs="Times New Roman"/>
                <w:b/>
                <w:sz w:val="17"/>
              </w:rPr>
              <w:t>Capaian sampai periode pelaporan</w:t>
            </w:r>
          </w:p>
        </w:tc>
        <w:tc>
          <w:tcPr>
            <w:tcW w:w="1500" w:type="dxa"/>
            <w:shd w:val="clear" w:color="auto" w:fill="CAE9F7"/>
            <w:tcMar>
              <w:top w:w="50" w:type="dxa"/>
              <w:left w:w="90" w:type="dxa"/>
              <w:bottom w:w="50" w:type="dxa"/>
              <w:right w:w="90" w:type="dxa"/>
            </w:tcMar>
            <w:vAlign w:val="center"/>
          </w:tcPr>
          <w:p w14:paraId="15438E7C" w14:textId="77777777" w:rsidR="001C1323" w:rsidRPr="00CD5712" w:rsidRDefault="00000000">
            <w:pPr>
              <w:jc w:val="center"/>
              <w:rPr>
                <w:rFonts w:ascii="Times New Roman" w:hAnsi="Times New Roman" w:cs="Times New Roman"/>
              </w:rPr>
            </w:pPr>
            <w:r w:rsidRPr="00CD5712">
              <w:rPr>
                <w:rFonts w:ascii="Times New Roman" w:hAnsi="Times New Roman" w:cs="Times New Roman"/>
                <w:b/>
                <w:sz w:val="17"/>
              </w:rPr>
              <w:t>Status</w:t>
            </w:r>
          </w:p>
        </w:tc>
        <w:tc>
          <w:tcPr>
            <w:tcW w:w="1000" w:type="dxa"/>
            <w:gridSpan w:val="2"/>
            <w:shd w:val="clear" w:color="auto" w:fill="CAE9F7"/>
            <w:tcMar>
              <w:top w:w="50" w:type="dxa"/>
              <w:left w:w="90" w:type="dxa"/>
              <w:bottom w:w="50" w:type="dxa"/>
              <w:right w:w="90" w:type="dxa"/>
            </w:tcMar>
            <w:vAlign w:val="center"/>
          </w:tcPr>
          <w:p w14:paraId="5BBDF30D" w14:textId="5DF633B7" w:rsidR="001C1323" w:rsidRPr="00CD5712" w:rsidRDefault="00000000">
            <w:pPr>
              <w:jc w:val="center"/>
              <w:rPr>
                <w:rFonts w:ascii="Times New Roman" w:hAnsi="Times New Roman" w:cs="Times New Roman"/>
              </w:rPr>
            </w:pPr>
            <w:r w:rsidRPr="00CD5712">
              <w:rPr>
                <w:rFonts w:ascii="Times New Roman" w:hAnsi="Times New Roman" w:cs="Times New Roman"/>
                <w:b/>
                <w:sz w:val="17"/>
              </w:rPr>
              <w:t>Bukti</w:t>
            </w:r>
            <w:r w:rsidR="00101C69">
              <w:rPr>
                <w:rFonts w:ascii="Times New Roman" w:hAnsi="Times New Roman" w:cs="Times New Roman"/>
                <w:b/>
                <w:sz w:val="17"/>
              </w:rPr>
              <w:t xml:space="preserve"> (</w:t>
            </w:r>
            <w:r w:rsidR="00101C69" w:rsidRPr="00101C69">
              <w:rPr>
                <w:rFonts w:ascii="Times New Roman" w:hAnsi="Times New Roman" w:cs="Times New Roman"/>
                <w:b/>
                <w:i/>
                <w:iCs/>
                <w:sz w:val="17"/>
              </w:rPr>
              <w:t>tautan</w:t>
            </w:r>
            <w:r w:rsidR="00101C69">
              <w:rPr>
                <w:rFonts w:ascii="Times New Roman" w:hAnsi="Times New Roman" w:cs="Times New Roman"/>
                <w:b/>
                <w:sz w:val="17"/>
              </w:rPr>
              <w:t>)</w:t>
            </w:r>
          </w:p>
        </w:tc>
      </w:tr>
      <w:tr w:rsidR="001C1323" w:rsidRPr="00CD5712" w14:paraId="198E55C3" w14:textId="77777777">
        <w:trPr>
          <w:cantSplit/>
          <w:trHeight w:val="1020"/>
        </w:trPr>
        <w:tc>
          <w:tcPr>
            <w:tcW w:w="1500" w:type="dxa"/>
            <w:tcMar>
              <w:top w:w="50" w:type="dxa"/>
              <w:left w:w="90" w:type="dxa"/>
              <w:bottom w:w="50" w:type="dxa"/>
              <w:right w:w="90" w:type="dxa"/>
            </w:tcMar>
          </w:tcPr>
          <w:p w14:paraId="36888821" w14:textId="77777777" w:rsidR="001C1323" w:rsidRPr="00CD5712" w:rsidRDefault="00000000">
            <w:pPr>
              <w:rPr>
                <w:rFonts w:ascii="Times New Roman" w:hAnsi="Times New Roman" w:cs="Times New Roman"/>
              </w:rPr>
            </w:pPr>
            <w:r w:rsidRPr="00CD5712">
              <w:rPr>
                <w:rFonts w:ascii="Times New Roman" w:hAnsi="Times New Roman" w:cs="Times New Roman"/>
                <w:sz w:val="17"/>
              </w:rPr>
              <w:t>Kategori A</w:t>
            </w:r>
          </w:p>
          <w:p w14:paraId="2EDB1BC7" w14:textId="77777777" w:rsidR="001C1323" w:rsidRPr="00CD5712" w:rsidRDefault="00000000">
            <w:pPr>
              <w:spacing w:before="20"/>
              <w:rPr>
                <w:rFonts w:ascii="Times New Roman" w:hAnsi="Times New Roman" w:cs="Times New Roman"/>
              </w:rPr>
            </w:pPr>
            <w:r w:rsidRPr="00CD5712">
              <w:rPr>
                <w:rFonts w:ascii="Times New Roman" w:hAnsi="Times New Roman" w:cs="Times New Roman"/>
                <w:sz w:val="17"/>
              </w:rPr>
              <w:t>Publikasi Ilmiah</w:t>
            </w:r>
          </w:p>
        </w:tc>
        <w:tc>
          <w:tcPr>
            <w:tcW w:w="2600" w:type="dxa"/>
            <w:tcMar>
              <w:top w:w="50" w:type="dxa"/>
              <w:left w:w="90" w:type="dxa"/>
              <w:bottom w:w="50" w:type="dxa"/>
              <w:right w:w="90" w:type="dxa"/>
            </w:tcMar>
          </w:tcPr>
          <w:p w14:paraId="26C56734" w14:textId="77777777" w:rsidR="001C1323" w:rsidRPr="00CD5712" w:rsidRDefault="00000000">
            <w:pPr>
              <w:rPr>
                <w:rFonts w:ascii="Times New Roman" w:hAnsi="Times New Roman" w:cs="Times New Roman"/>
              </w:rPr>
            </w:pPr>
            <w:r w:rsidRPr="00CD5712">
              <w:rPr>
                <w:rFonts w:ascii="Times New Roman" w:hAnsi="Times New Roman" w:cs="Times New Roman"/>
                <w:sz w:val="17"/>
              </w:rPr>
              <w:t>Draf artikel ilmiah dan peta jalan penelitian siap dilaksanakan</w:t>
            </w:r>
          </w:p>
        </w:tc>
        <w:tc>
          <w:tcPr>
            <w:tcW w:w="2426" w:type="dxa"/>
            <w:tcMar>
              <w:top w:w="50" w:type="dxa"/>
              <w:left w:w="90" w:type="dxa"/>
              <w:bottom w:w="50" w:type="dxa"/>
              <w:right w:w="90" w:type="dxa"/>
            </w:tcMar>
          </w:tcPr>
          <w:p w14:paraId="7E14FB6C" w14:textId="77777777" w:rsidR="001C1323" w:rsidRPr="00CD5712" w:rsidRDefault="001C1323">
            <w:pPr>
              <w:rPr>
                <w:rFonts w:ascii="Times New Roman" w:hAnsi="Times New Roman" w:cs="Times New Roman"/>
              </w:rPr>
            </w:pPr>
          </w:p>
        </w:tc>
        <w:tc>
          <w:tcPr>
            <w:tcW w:w="1500" w:type="dxa"/>
            <w:tcMar>
              <w:top w:w="50" w:type="dxa"/>
              <w:left w:w="90" w:type="dxa"/>
              <w:bottom w:w="50" w:type="dxa"/>
              <w:right w:w="90" w:type="dxa"/>
            </w:tcMar>
          </w:tcPr>
          <w:p w14:paraId="05FE4DA8" w14:textId="77777777" w:rsidR="001C1323" w:rsidRPr="00CD5712" w:rsidRDefault="00000000">
            <w:pPr>
              <w:rPr>
                <w:rFonts w:ascii="Times New Roman" w:hAnsi="Times New Roman" w:cs="Times New Roman"/>
              </w:rPr>
            </w:pPr>
            <w:r w:rsidRPr="00CD5712">
              <w:rPr>
                <w:rFonts w:ascii="Segoe UI Symbol" w:hAnsi="Segoe UI Symbol" w:cs="Segoe UI Symbol"/>
                <w:sz w:val="17"/>
              </w:rPr>
              <w:t>☐</w:t>
            </w:r>
            <w:r w:rsidRPr="00CD5712">
              <w:rPr>
                <w:rFonts w:ascii="Times New Roman" w:hAnsi="Times New Roman" w:cs="Times New Roman"/>
                <w:sz w:val="17"/>
              </w:rPr>
              <w:t xml:space="preserve"> Tercapai</w:t>
            </w:r>
          </w:p>
          <w:p w14:paraId="07F5DD68" w14:textId="77777777" w:rsidR="001C1323" w:rsidRPr="00CD5712" w:rsidRDefault="00000000">
            <w:pPr>
              <w:spacing w:before="20"/>
              <w:rPr>
                <w:rFonts w:ascii="Times New Roman" w:hAnsi="Times New Roman" w:cs="Times New Roman"/>
              </w:rPr>
            </w:pPr>
            <w:r w:rsidRPr="00CD5712">
              <w:rPr>
                <w:rFonts w:ascii="Segoe UI Symbol" w:hAnsi="Segoe UI Symbol" w:cs="Segoe UI Symbol"/>
                <w:sz w:val="17"/>
              </w:rPr>
              <w:t>☐</w:t>
            </w:r>
            <w:r w:rsidRPr="00CD5712">
              <w:rPr>
                <w:rFonts w:ascii="Times New Roman" w:hAnsi="Times New Roman" w:cs="Times New Roman"/>
                <w:sz w:val="17"/>
              </w:rPr>
              <w:t xml:space="preserve"> Sebagian</w:t>
            </w:r>
          </w:p>
          <w:p w14:paraId="7E3B9B2C" w14:textId="77777777" w:rsidR="001C1323" w:rsidRPr="00CD5712" w:rsidRDefault="00000000">
            <w:pPr>
              <w:spacing w:before="20"/>
              <w:rPr>
                <w:rFonts w:ascii="Times New Roman" w:hAnsi="Times New Roman" w:cs="Times New Roman"/>
              </w:rPr>
            </w:pPr>
            <w:r w:rsidRPr="00CD5712">
              <w:rPr>
                <w:rFonts w:ascii="Segoe UI Symbol" w:hAnsi="Segoe UI Symbol" w:cs="Segoe UI Symbol"/>
                <w:sz w:val="17"/>
              </w:rPr>
              <w:t>☐</w:t>
            </w:r>
            <w:r w:rsidRPr="00CD5712">
              <w:rPr>
                <w:rFonts w:ascii="Times New Roman" w:hAnsi="Times New Roman" w:cs="Times New Roman"/>
                <w:sz w:val="17"/>
              </w:rPr>
              <w:t xml:space="preserve"> Belum</w:t>
            </w:r>
          </w:p>
        </w:tc>
        <w:tc>
          <w:tcPr>
            <w:tcW w:w="1000" w:type="dxa"/>
            <w:gridSpan w:val="2"/>
            <w:tcMar>
              <w:top w:w="50" w:type="dxa"/>
              <w:left w:w="90" w:type="dxa"/>
              <w:bottom w:w="50" w:type="dxa"/>
              <w:right w:w="90" w:type="dxa"/>
            </w:tcMar>
          </w:tcPr>
          <w:p w14:paraId="4FBCD042" w14:textId="77777777" w:rsidR="001C1323" w:rsidRPr="00CD5712" w:rsidRDefault="001C1323">
            <w:pPr>
              <w:rPr>
                <w:rFonts w:ascii="Times New Roman" w:hAnsi="Times New Roman" w:cs="Times New Roman"/>
              </w:rPr>
            </w:pPr>
          </w:p>
        </w:tc>
      </w:tr>
      <w:tr w:rsidR="001C1323" w:rsidRPr="00CD5712" w14:paraId="2BD28003" w14:textId="77777777">
        <w:trPr>
          <w:cantSplit/>
          <w:trHeight w:val="1020"/>
        </w:trPr>
        <w:tc>
          <w:tcPr>
            <w:tcW w:w="1500" w:type="dxa"/>
            <w:tcMar>
              <w:top w:w="50" w:type="dxa"/>
              <w:left w:w="90" w:type="dxa"/>
              <w:bottom w:w="50" w:type="dxa"/>
              <w:right w:w="90" w:type="dxa"/>
            </w:tcMar>
          </w:tcPr>
          <w:p w14:paraId="047CCEE5" w14:textId="77777777" w:rsidR="001C1323" w:rsidRPr="00CD5712" w:rsidRDefault="00000000">
            <w:pPr>
              <w:rPr>
                <w:rFonts w:ascii="Times New Roman" w:hAnsi="Times New Roman" w:cs="Times New Roman"/>
              </w:rPr>
            </w:pPr>
            <w:r w:rsidRPr="00CD5712">
              <w:rPr>
                <w:rFonts w:ascii="Times New Roman" w:hAnsi="Times New Roman" w:cs="Times New Roman"/>
                <w:sz w:val="17"/>
              </w:rPr>
              <w:lastRenderedPageBreak/>
              <w:t>Kategori B</w:t>
            </w:r>
          </w:p>
          <w:p w14:paraId="4319CB62" w14:textId="77777777" w:rsidR="001C1323" w:rsidRPr="00CD5712" w:rsidRDefault="00000000">
            <w:pPr>
              <w:spacing w:before="20"/>
              <w:rPr>
                <w:rFonts w:ascii="Times New Roman" w:hAnsi="Times New Roman" w:cs="Times New Roman"/>
              </w:rPr>
            </w:pPr>
            <w:r w:rsidRPr="00CD5712">
              <w:rPr>
                <w:rFonts w:ascii="Times New Roman" w:hAnsi="Times New Roman" w:cs="Times New Roman"/>
                <w:sz w:val="17"/>
              </w:rPr>
              <w:t>Teknologi/ produk</w:t>
            </w:r>
          </w:p>
        </w:tc>
        <w:tc>
          <w:tcPr>
            <w:tcW w:w="2600" w:type="dxa"/>
            <w:tcMar>
              <w:top w:w="50" w:type="dxa"/>
              <w:left w:w="90" w:type="dxa"/>
              <w:bottom w:w="50" w:type="dxa"/>
              <w:right w:w="90" w:type="dxa"/>
            </w:tcMar>
          </w:tcPr>
          <w:p w14:paraId="4F9C3E2D" w14:textId="77777777" w:rsidR="001C1323" w:rsidRPr="00CD5712" w:rsidRDefault="00000000">
            <w:pPr>
              <w:rPr>
                <w:rFonts w:ascii="Times New Roman" w:hAnsi="Times New Roman" w:cs="Times New Roman"/>
              </w:rPr>
            </w:pPr>
            <w:r w:rsidRPr="00CD5712">
              <w:rPr>
                <w:rFonts w:ascii="Times New Roman" w:hAnsi="Times New Roman" w:cs="Times New Roman"/>
                <w:sz w:val="17"/>
              </w:rPr>
              <w:t>Desain teknis atau konsep purwarupa tervalidasi awal</w:t>
            </w:r>
          </w:p>
        </w:tc>
        <w:tc>
          <w:tcPr>
            <w:tcW w:w="2426" w:type="dxa"/>
            <w:tcMar>
              <w:top w:w="50" w:type="dxa"/>
              <w:left w:w="90" w:type="dxa"/>
              <w:bottom w:w="50" w:type="dxa"/>
              <w:right w:w="90" w:type="dxa"/>
            </w:tcMar>
          </w:tcPr>
          <w:p w14:paraId="380A1A71" w14:textId="77777777" w:rsidR="001C1323" w:rsidRPr="00CD5712" w:rsidRDefault="001C1323">
            <w:pPr>
              <w:rPr>
                <w:rFonts w:ascii="Times New Roman" w:hAnsi="Times New Roman" w:cs="Times New Roman"/>
              </w:rPr>
            </w:pPr>
          </w:p>
        </w:tc>
        <w:tc>
          <w:tcPr>
            <w:tcW w:w="1500" w:type="dxa"/>
            <w:tcMar>
              <w:top w:w="50" w:type="dxa"/>
              <w:left w:w="90" w:type="dxa"/>
              <w:bottom w:w="50" w:type="dxa"/>
              <w:right w:w="90" w:type="dxa"/>
            </w:tcMar>
          </w:tcPr>
          <w:p w14:paraId="76A52F93" w14:textId="77777777" w:rsidR="001C1323" w:rsidRPr="00CD5712" w:rsidRDefault="00000000">
            <w:pPr>
              <w:rPr>
                <w:rFonts w:ascii="Times New Roman" w:hAnsi="Times New Roman" w:cs="Times New Roman"/>
              </w:rPr>
            </w:pPr>
            <w:r w:rsidRPr="00CD5712">
              <w:rPr>
                <w:rFonts w:ascii="Segoe UI Symbol" w:hAnsi="Segoe UI Symbol" w:cs="Segoe UI Symbol"/>
                <w:sz w:val="17"/>
              </w:rPr>
              <w:t>☐</w:t>
            </w:r>
            <w:r w:rsidRPr="00CD5712">
              <w:rPr>
                <w:rFonts w:ascii="Times New Roman" w:hAnsi="Times New Roman" w:cs="Times New Roman"/>
                <w:sz w:val="17"/>
              </w:rPr>
              <w:t xml:space="preserve"> Tercapai</w:t>
            </w:r>
          </w:p>
          <w:p w14:paraId="3A1F0207" w14:textId="77777777" w:rsidR="001C1323" w:rsidRPr="00CD5712" w:rsidRDefault="00000000">
            <w:pPr>
              <w:spacing w:before="20"/>
              <w:rPr>
                <w:rFonts w:ascii="Times New Roman" w:hAnsi="Times New Roman" w:cs="Times New Roman"/>
              </w:rPr>
            </w:pPr>
            <w:r w:rsidRPr="00CD5712">
              <w:rPr>
                <w:rFonts w:ascii="Segoe UI Symbol" w:hAnsi="Segoe UI Symbol" w:cs="Segoe UI Symbol"/>
                <w:sz w:val="17"/>
              </w:rPr>
              <w:t>☐</w:t>
            </w:r>
            <w:r w:rsidRPr="00CD5712">
              <w:rPr>
                <w:rFonts w:ascii="Times New Roman" w:hAnsi="Times New Roman" w:cs="Times New Roman"/>
                <w:sz w:val="17"/>
              </w:rPr>
              <w:t xml:space="preserve"> Sebagian</w:t>
            </w:r>
          </w:p>
          <w:p w14:paraId="529DA879" w14:textId="77777777" w:rsidR="001C1323" w:rsidRPr="00CD5712" w:rsidRDefault="00000000">
            <w:pPr>
              <w:spacing w:before="20"/>
              <w:rPr>
                <w:rFonts w:ascii="Times New Roman" w:hAnsi="Times New Roman" w:cs="Times New Roman"/>
              </w:rPr>
            </w:pPr>
            <w:r w:rsidRPr="00CD5712">
              <w:rPr>
                <w:rFonts w:ascii="Segoe UI Symbol" w:hAnsi="Segoe UI Symbol" w:cs="Segoe UI Symbol"/>
                <w:sz w:val="17"/>
              </w:rPr>
              <w:t>☐</w:t>
            </w:r>
            <w:r w:rsidRPr="00CD5712">
              <w:rPr>
                <w:rFonts w:ascii="Times New Roman" w:hAnsi="Times New Roman" w:cs="Times New Roman"/>
                <w:sz w:val="17"/>
              </w:rPr>
              <w:t xml:space="preserve"> Belum</w:t>
            </w:r>
          </w:p>
        </w:tc>
        <w:tc>
          <w:tcPr>
            <w:tcW w:w="1000" w:type="dxa"/>
            <w:gridSpan w:val="2"/>
            <w:tcMar>
              <w:top w:w="50" w:type="dxa"/>
              <w:left w:w="90" w:type="dxa"/>
              <w:bottom w:w="50" w:type="dxa"/>
              <w:right w:w="90" w:type="dxa"/>
            </w:tcMar>
          </w:tcPr>
          <w:p w14:paraId="0555134F" w14:textId="77777777" w:rsidR="001C1323" w:rsidRPr="00CD5712" w:rsidRDefault="001C1323">
            <w:pPr>
              <w:rPr>
                <w:rFonts w:ascii="Times New Roman" w:hAnsi="Times New Roman" w:cs="Times New Roman"/>
              </w:rPr>
            </w:pPr>
          </w:p>
        </w:tc>
      </w:tr>
      <w:tr w:rsidR="001C1323" w:rsidRPr="00CD5712" w14:paraId="06C175C9" w14:textId="77777777">
        <w:trPr>
          <w:cantSplit/>
          <w:trHeight w:val="1020"/>
        </w:trPr>
        <w:tc>
          <w:tcPr>
            <w:tcW w:w="1500" w:type="dxa"/>
            <w:tcMar>
              <w:top w:w="50" w:type="dxa"/>
              <w:left w:w="90" w:type="dxa"/>
              <w:bottom w:w="50" w:type="dxa"/>
              <w:right w:w="90" w:type="dxa"/>
            </w:tcMar>
          </w:tcPr>
          <w:p w14:paraId="4585C36A" w14:textId="77777777" w:rsidR="001C1323" w:rsidRPr="00CD5712" w:rsidRDefault="00000000">
            <w:pPr>
              <w:rPr>
                <w:rFonts w:ascii="Times New Roman" w:hAnsi="Times New Roman" w:cs="Times New Roman"/>
              </w:rPr>
            </w:pPr>
            <w:r w:rsidRPr="00CD5712">
              <w:rPr>
                <w:rFonts w:ascii="Times New Roman" w:hAnsi="Times New Roman" w:cs="Times New Roman"/>
                <w:sz w:val="17"/>
              </w:rPr>
              <w:t>Kategori B</w:t>
            </w:r>
          </w:p>
          <w:p w14:paraId="37A6888F" w14:textId="77777777" w:rsidR="001C1323" w:rsidRPr="00CD5712" w:rsidRDefault="00000000">
            <w:pPr>
              <w:spacing w:before="20"/>
              <w:rPr>
                <w:rFonts w:ascii="Times New Roman" w:hAnsi="Times New Roman" w:cs="Times New Roman"/>
              </w:rPr>
            </w:pPr>
            <w:r w:rsidRPr="00CD5712">
              <w:rPr>
                <w:rFonts w:ascii="Times New Roman" w:hAnsi="Times New Roman" w:cs="Times New Roman"/>
                <w:sz w:val="17"/>
              </w:rPr>
              <w:t>Model kebijakan/ naskah akademik</w:t>
            </w:r>
          </w:p>
        </w:tc>
        <w:tc>
          <w:tcPr>
            <w:tcW w:w="2600" w:type="dxa"/>
            <w:tcMar>
              <w:top w:w="50" w:type="dxa"/>
              <w:left w:w="90" w:type="dxa"/>
              <w:bottom w:w="50" w:type="dxa"/>
              <w:right w:w="90" w:type="dxa"/>
            </w:tcMar>
          </w:tcPr>
          <w:p w14:paraId="0AD1A1A1" w14:textId="77777777" w:rsidR="001C1323" w:rsidRPr="00CD5712" w:rsidRDefault="00000000">
            <w:pPr>
              <w:rPr>
                <w:rFonts w:ascii="Times New Roman" w:hAnsi="Times New Roman" w:cs="Times New Roman"/>
              </w:rPr>
            </w:pPr>
            <w:r w:rsidRPr="00CD5712">
              <w:rPr>
                <w:rFonts w:ascii="Times New Roman" w:hAnsi="Times New Roman" w:cs="Times New Roman"/>
                <w:sz w:val="17"/>
              </w:rPr>
              <w:t>Hasil identifikasi masalah dan kerangka penelitian kebijakan</w:t>
            </w:r>
          </w:p>
        </w:tc>
        <w:tc>
          <w:tcPr>
            <w:tcW w:w="2426" w:type="dxa"/>
            <w:tcMar>
              <w:top w:w="50" w:type="dxa"/>
              <w:left w:w="90" w:type="dxa"/>
              <w:bottom w:w="50" w:type="dxa"/>
              <w:right w:w="90" w:type="dxa"/>
            </w:tcMar>
          </w:tcPr>
          <w:p w14:paraId="27326280" w14:textId="77777777" w:rsidR="001C1323" w:rsidRPr="00CD5712" w:rsidRDefault="001C1323">
            <w:pPr>
              <w:rPr>
                <w:rFonts w:ascii="Times New Roman" w:hAnsi="Times New Roman" w:cs="Times New Roman"/>
              </w:rPr>
            </w:pPr>
          </w:p>
        </w:tc>
        <w:tc>
          <w:tcPr>
            <w:tcW w:w="1500" w:type="dxa"/>
            <w:tcMar>
              <w:top w:w="50" w:type="dxa"/>
              <w:left w:w="90" w:type="dxa"/>
              <w:bottom w:w="50" w:type="dxa"/>
              <w:right w:w="90" w:type="dxa"/>
            </w:tcMar>
          </w:tcPr>
          <w:p w14:paraId="52F98724" w14:textId="77777777" w:rsidR="001C1323" w:rsidRPr="00CD5712" w:rsidRDefault="00000000">
            <w:pPr>
              <w:rPr>
                <w:rFonts w:ascii="Times New Roman" w:hAnsi="Times New Roman" w:cs="Times New Roman"/>
              </w:rPr>
            </w:pPr>
            <w:r w:rsidRPr="00CD5712">
              <w:rPr>
                <w:rFonts w:ascii="Segoe UI Symbol" w:hAnsi="Segoe UI Symbol" w:cs="Segoe UI Symbol"/>
                <w:sz w:val="17"/>
              </w:rPr>
              <w:t>☐</w:t>
            </w:r>
            <w:r w:rsidRPr="00CD5712">
              <w:rPr>
                <w:rFonts w:ascii="Times New Roman" w:hAnsi="Times New Roman" w:cs="Times New Roman"/>
                <w:sz w:val="17"/>
              </w:rPr>
              <w:t xml:space="preserve"> Tercapai</w:t>
            </w:r>
          </w:p>
          <w:p w14:paraId="49C24439" w14:textId="77777777" w:rsidR="001C1323" w:rsidRPr="00CD5712" w:rsidRDefault="00000000">
            <w:pPr>
              <w:spacing w:before="20"/>
              <w:rPr>
                <w:rFonts w:ascii="Times New Roman" w:hAnsi="Times New Roman" w:cs="Times New Roman"/>
              </w:rPr>
            </w:pPr>
            <w:r w:rsidRPr="00CD5712">
              <w:rPr>
                <w:rFonts w:ascii="Segoe UI Symbol" w:hAnsi="Segoe UI Symbol" w:cs="Segoe UI Symbol"/>
                <w:sz w:val="17"/>
              </w:rPr>
              <w:t>☐</w:t>
            </w:r>
            <w:r w:rsidRPr="00CD5712">
              <w:rPr>
                <w:rFonts w:ascii="Times New Roman" w:hAnsi="Times New Roman" w:cs="Times New Roman"/>
                <w:sz w:val="17"/>
              </w:rPr>
              <w:t xml:space="preserve"> Sebagian</w:t>
            </w:r>
          </w:p>
          <w:p w14:paraId="3CC017DF" w14:textId="77777777" w:rsidR="001C1323" w:rsidRPr="00CD5712" w:rsidRDefault="00000000">
            <w:pPr>
              <w:spacing w:before="20"/>
              <w:rPr>
                <w:rFonts w:ascii="Times New Roman" w:hAnsi="Times New Roman" w:cs="Times New Roman"/>
              </w:rPr>
            </w:pPr>
            <w:r w:rsidRPr="00CD5712">
              <w:rPr>
                <w:rFonts w:ascii="Segoe UI Symbol" w:hAnsi="Segoe UI Symbol" w:cs="Segoe UI Symbol"/>
                <w:sz w:val="17"/>
              </w:rPr>
              <w:t>☐</w:t>
            </w:r>
            <w:r w:rsidRPr="00CD5712">
              <w:rPr>
                <w:rFonts w:ascii="Times New Roman" w:hAnsi="Times New Roman" w:cs="Times New Roman"/>
                <w:sz w:val="17"/>
              </w:rPr>
              <w:t xml:space="preserve"> Belum</w:t>
            </w:r>
          </w:p>
        </w:tc>
        <w:tc>
          <w:tcPr>
            <w:tcW w:w="1000" w:type="dxa"/>
            <w:gridSpan w:val="2"/>
            <w:tcMar>
              <w:top w:w="50" w:type="dxa"/>
              <w:left w:w="90" w:type="dxa"/>
              <w:bottom w:w="50" w:type="dxa"/>
              <w:right w:w="90" w:type="dxa"/>
            </w:tcMar>
          </w:tcPr>
          <w:p w14:paraId="3060A5B2" w14:textId="77777777" w:rsidR="001C1323" w:rsidRPr="00CD5712" w:rsidRDefault="001C1323">
            <w:pPr>
              <w:rPr>
                <w:rFonts w:ascii="Times New Roman" w:hAnsi="Times New Roman" w:cs="Times New Roman"/>
              </w:rPr>
            </w:pPr>
          </w:p>
        </w:tc>
      </w:tr>
      <w:tr w:rsidR="001C1323" w:rsidRPr="00CD5712" w14:paraId="1D15E7BB" w14:textId="77777777">
        <w:trPr>
          <w:cantSplit/>
          <w:trHeight w:val="1020"/>
        </w:trPr>
        <w:tc>
          <w:tcPr>
            <w:tcW w:w="1500" w:type="dxa"/>
            <w:tcMar>
              <w:top w:w="50" w:type="dxa"/>
              <w:left w:w="90" w:type="dxa"/>
              <w:bottom w:w="50" w:type="dxa"/>
              <w:right w:w="90" w:type="dxa"/>
            </w:tcMar>
          </w:tcPr>
          <w:p w14:paraId="46D04482" w14:textId="77777777" w:rsidR="001C1323" w:rsidRPr="00CD5712" w:rsidRDefault="00000000">
            <w:pPr>
              <w:rPr>
                <w:rFonts w:ascii="Times New Roman" w:hAnsi="Times New Roman" w:cs="Times New Roman"/>
              </w:rPr>
            </w:pPr>
            <w:r w:rsidRPr="00CD5712">
              <w:rPr>
                <w:rFonts w:ascii="Times New Roman" w:hAnsi="Times New Roman" w:cs="Times New Roman"/>
                <w:sz w:val="17"/>
              </w:rPr>
              <w:t>Kategori B</w:t>
            </w:r>
          </w:p>
          <w:p w14:paraId="3EE11AAD" w14:textId="77777777" w:rsidR="001C1323" w:rsidRPr="00CD5712" w:rsidRDefault="00000000">
            <w:pPr>
              <w:spacing w:before="20"/>
              <w:rPr>
                <w:rFonts w:ascii="Times New Roman" w:hAnsi="Times New Roman" w:cs="Times New Roman"/>
              </w:rPr>
            </w:pPr>
            <w:r w:rsidRPr="00CD5712">
              <w:rPr>
                <w:rFonts w:ascii="Times New Roman" w:hAnsi="Times New Roman" w:cs="Times New Roman"/>
                <w:sz w:val="17"/>
              </w:rPr>
              <w:t>Karya seni/ karya terapan</w:t>
            </w:r>
          </w:p>
        </w:tc>
        <w:tc>
          <w:tcPr>
            <w:tcW w:w="2600" w:type="dxa"/>
            <w:tcMar>
              <w:top w:w="50" w:type="dxa"/>
              <w:left w:w="90" w:type="dxa"/>
              <w:bottom w:w="50" w:type="dxa"/>
              <w:right w:w="90" w:type="dxa"/>
            </w:tcMar>
          </w:tcPr>
          <w:p w14:paraId="5CC92474" w14:textId="77777777" w:rsidR="001C1323" w:rsidRPr="00CD5712" w:rsidRDefault="00000000">
            <w:pPr>
              <w:rPr>
                <w:rFonts w:ascii="Times New Roman" w:hAnsi="Times New Roman" w:cs="Times New Roman"/>
              </w:rPr>
            </w:pPr>
            <w:r w:rsidRPr="00CD5712">
              <w:rPr>
                <w:rFonts w:ascii="Times New Roman" w:hAnsi="Times New Roman" w:cs="Times New Roman"/>
                <w:sz w:val="17"/>
              </w:rPr>
              <w:t>Konsep karya, desain artistik, atau rancangan pertunjukan/pameran</w:t>
            </w:r>
          </w:p>
        </w:tc>
        <w:tc>
          <w:tcPr>
            <w:tcW w:w="2426" w:type="dxa"/>
            <w:tcMar>
              <w:top w:w="50" w:type="dxa"/>
              <w:left w:w="90" w:type="dxa"/>
              <w:bottom w:w="50" w:type="dxa"/>
              <w:right w:w="90" w:type="dxa"/>
            </w:tcMar>
          </w:tcPr>
          <w:p w14:paraId="2B886C87" w14:textId="77777777" w:rsidR="001C1323" w:rsidRPr="00CD5712" w:rsidRDefault="001C1323">
            <w:pPr>
              <w:rPr>
                <w:rFonts w:ascii="Times New Roman" w:hAnsi="Times New Roman" w:cs="Times New Roman"/>
              </w:rPr>
            </w:pPr>
          </w:p>
        </w:tc>
        <w:tc>
          <w:tcPr>
            <w:tcW w:w="1500" w:type="dxa"/>
            <w:tcMar>
              <w:top w:w="50" w:type="dxa"/>
              <w:left w:w="90" w:type="dxa"/>
              <w:bottom w:w="50" w:type="dxa"/>
              <w:right w:w="90" w:type="dxa"/>
            </w:tcMar>
          </w:tcPr>
          <w:p w14:paraId="2BB85095" w14:textId="77777777" w:rsidR="001C1323" w:rsidRPr="00CD5712" w:rsidRDefault="00000000">
            <w:pPr>
              <w:rPr>
                <w:rFonts w:ascii="Times New Roman" w:hAnsi="Times New Roman" w:cs="Times New Roman"/>
              </w:rPr>
            </w:pPr>
            <w:r w:rsidRPr="00CD5712">
              <w:rPr>
                <w:rFonts w:ascii="Segoe UI Symbol" w:hAnsi="Segoe UI Symbol" w:cs="Segoe UI Symbol"/>
                <w:sz w:val="17"/>
              </w:rPr>
              <w:t>☐</w:t>
            </w:r>
            <w:r w:rsidRPr="00CD5712">
              <w:rPr>
                <w:rFonts w:ascii="Times New Roman" w:hAnsi="Times New Roman" w:cs="Times New Roman"/>
                <w:sz w:val="17"/>
              </w:rPr>
              <w:t xml:space="preserve"> Tercapai</w:t>
            </w:r>
          </w:p>
          <w:p w14:paraId="58F8404A" w14:textId="77777777" w:rsidR="001C1323" w:rsidRPr="00CD5712" w:rsidRDefault="00000000">
            <w:pPr>
              <w:spacing w:before="20"/>
              <w:rPr>
                <w:rFonts w:ascii="Times New Roman" w:hAnsi="Times New Roman" w:cs="Times New Roman"/>
              </w:rPr>
            </w:pPr>
            <w:r w:rsidRPr="00CD5712">
              <w:rPr>
                <w:rFonts w:ascii="Segoe UI Symbol" w:hAnsi="Segoe UI Symbol" w:cs="Segoe UI Symbol"/>
                <w:sz w:val="17"/>
              </w:rPr>
              <w:t>☐</w:t>
            </w:r>
            <w:r w:rsidRPr="00CD5712">
              <w:rPr>
                <w:rFonts w:ascii="Times New Roman" w:hAnsi="Times New Roman" w:cs="Times New Roman"/>
                <w:sz w:val="17"/>
              </w:rPr>
              <w:t xml:space="preserve"> Sebagian</w:t>
            </w:r>
          </w:p>
          <w:p w14:paraId="46C740C2" w14:textId="77777777" w:rsidR="001C1323" w:rsidRPr="00CD5712" w:rsidRDefault="00000000">
            <w:pPr>
              <w:spacing w:before="20"/>
              <w:rPr>
                <w:rFonts w:ascii="Times New Roman" w:hAnsi="Times New Roman" w:cs="Times New Roman"/>
              </w:rPr>
            </w:pPr>
            <w:r w:rsidRPr="00CD5712">
              <w:rPr>
                <w:rFonts w:ascii="Segoe UI Symbol" w:hAnsi="Segoe UI Symbol" w:cs="Segoe UI Symbol"/>
                <w:sz w:val="17"/>
              </w:rPr>
              <w:t>☐</w:t>
            </w:r>
            <w:r w:rsidRPr="00CD5712">
              <w:rPr>
                <w:rFonts w:ascii="Times New Roman" w:hAnsi="Times New Roman" w:cs="Times New Roman"/>
                <w:sz w:val="17"/>
              </w:rPr>
              <w:t xml:space="preserve"> Belum</w:t>
            </w:r>
          </w:p>
        </w:tc>
        <w:tc>
          <w:tcPr>
            <w:tcW w:w="1000" w:type="dxa"/>
            <w:gridSpan w:val="2"/>
            <w:tcMar>
              <w:top w:w="50" w:type="dxa"/>
              <w:left w:w="90" w:type="dxa"/>
              <w:bottom w:w="50" w:type="dxa"/>
              <w:right w:w="90" w:type="dxa"/>
            </w:tcMar>
          </w:tcPr>
          <w:p w14:paraId="650C1F34" w14:textId="77777777" w:rsidR="001C1323" w:rsidRPr="00CD5712" w:rsidRDefault="001C1323">
            <w:pPr>
              <w:rPr>
                <w:rFonts w:ascii="Times New Roman" w:hAnsi="Times New Roman" w:cs="Times New Roman"/>
              </w:rPr>
            </w:pPr>
          </w:p>
        </w:tc>
      </w:tr>
    </w:tbl>
    <w:p w14:paraId="6C67C29A" w14:textId="77777777" w:rsidR="001C1323" w:rsidRPr="00CD5712" w:rsidRDefault="001C1323">
      <w:pPr>
        <w:spacing w:line="60" w:lineRule="exact"/>
        <w:rPr>
          <w:rFonts w:ascii="Times New Roman" w:hAnsi="Times New Roman" w:cs="Times New Roman"/>
        </w:rPr>
      </w:pPr>
    </w:p>
    <w:tbl>
      <w:tblPr>
        <w:tblW w:w="9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96"/>
        <w:gridCol w:w="5520"/>
        <w:gridCol w:w="10"/>
      </w:tblGrid>
      <w:tr w:rsidR="001C1323" w:rsidRPr="00CD5712" w14:paraId="47C5DA54" w14:textId="77777777" w:rsidTr="00101C69">
        <w:trPr>
          <w:gridAfter w:val="1"/>
          <w:wAfter w:w="10" w:type="dxa"/>
          <w:cantSplit/>
        </w:trPr>
        <w:tc>
          <w:tcPr>
            <w:tcW w:w="9016" w:type="dxa"/>
            <w:gridSpan w:val="2"/>
            <w:shd w:val="clear" w:color="auto" w:fill="FAE49E"/>
            <w:tcMar>
              <w:top w:w="70" w:type="dxa"/>
              <w:left w:w="100" w:type="dxa"/>
              <w:bottom w:w="70" w:type="dxa"/>
              <w:right w:w="100" w:type="dxa"/>
            </w:tcMar>
          </w:tcPr>
          <w:p w14:paraId="63A18DB2" w14:textId="77777777" w:rsidR="001C1323" w:rsidRPr="00CD5712" w:rsidRDefault="00000000">
            <w:pPr>
              <w:keepNext/>
              <w:rPr>
                <w:rFonts w:ascii="Times New Roman" w:hAnsi="Times New Roman" w:cs="Times New Roman"/>
              </w:rPr>
            </w:pPr>
            <w:r w:rsidRPr="00CD5712">
              <w:rPr>
                <w:rFonts w:ascii="Times New Roman" w:hAnsi="Times New Roman" w:cs="Times New Roman"/>
                <w:b/>
                <w:sz w:val="19"/>
              </w:rPr>
              <w:t>5.2  Kategori A – Publikasi Ilmiah (isi jika memilih Kategori A)</w:t>
            </w:r>
          </w:p>
        </w:tc>
      </w:tr>
      <w:tr w:rsidR="001C1323" w:rsidRPr="00CD5712" w14:paraId="3AB1E9B6" w14:textId="77777777" w:rsidTr="00101C69">
        <w:trPr>
          <w:cantSplit/>
          <w:trHeight w:val="351"/>
        </w:trPr>
        <w:tc>
          <w:tcPr>
            <w:tcW w:w="3496" w:type="dxa"/>
            <w:tcMar>
              <w:top w:w="50" w:type="dxa"/>
              <w:left w:w="90" w:type="dxa"/>
              <w:bottom w:w="50" w:type="dxa"/>
              <w:right w:w="90" w:type="dxa"/>
            </w:tcMar>
          </w:tcPr>
          <w:p w14:paraId="0C559B3D" w14:textId="77777777" w:rsidR="001C1323" w:rsidRPr="00CD5712" w:rsidRDefault="00000000">
            <w:pPr>
              <w:rPr>
                <w:rFonts w:ascii="Times New Roman" w:hAnsi="Times New Roman" w:cs="Times New Roman"/>
              </w:rPr>
            </w:pPr>
            <w:r w:rsidRPr="00CD5712">
              <w:rPr>
                <w:rFonts w:ascii="Times New Roman" w:hAnsi="Times New Roman" w:cs="Times New Roman"/>
                <w:sz w:val="19"/>
              </w:rPr>
              <w:t>Judul draf artikel</w:t>
            </w:r>
          </w:p>
        </w:tc>
        <w:tc>
          <w:tcPr>
            <w:tcW w:w="5530" w:type="dxa"/>
            <w:gridSpan w:val="2"/>
            <w:tcMar>
              <w:top w:w="50" w:type="dxa"/>
              <w:left w:w="90" w:type="dxa"/>
              <w:bottom w:w="50" w:type="dxa"/>
              <w:right w:w="90" w:type="dxa"/>
            </w:tcMar>
          </w:tcPr>
          <w:p w14:paraId="4B313B04" w14:textId="77777777" w:rsidR="001C1323" w:rsidRPr="00CD5712" w:rsidRDefault="00000000">
            <w:pPr>
              <w:rPr>
                <w:rFonts w:ascii="Times New Roman" w:hAnsi="Times New Roman" w:cs="Times New Roman"/>
              </w:rPr>
            </w:pPr>
            <w:r w:rsidRPr="00CD5712">
              <w:rPr>
                <w:rFonts w:ascii="Times New Roman" w:hAnsi="Times New Roman" w:cs="Times New Roman"/>
                <w:color w:val="595959"/>
                <w:sz w:val="19"/>
              </w:rPr>
              <w:t>[Judul Draf Artikel]</w:t>
            </w:r>
          </w:p>
        </w:tc>
      </w:tr>
      <w:tr w:rsidR="001C1323" w:rsidRPr="00CD5712" w14:paraId="24AD8476" w14:textId="77777777" w:rsidTr="00101C69">
        <w:trPr>
          <w:cantSplit/>
          <w:trHeight w:val="351"/>
        </w:trPr>
        <w:tc>
          <w:tcPr>
            <w:tcW w:w="3496" w:type="dxa"/>
            <w:tcMar>
              <w:top w:w="50" w:type="dxa"/>
              <w:left w:w="90" w:type="dxa"/>
              <w:bottom w:w="50" w:type="dxa"/>
              <w:right w:w="90" w:type="dxa"/>
            </w:tcMar>
          </w:tcPr>
          <w:p w14:paraId="565FBC1D" w14:textId="77777777" w:rsidR="001C1323" w:rsidRPr="00CD5712" w:rsidRDefault="00000000">
            <w:pPr>
              <w:rPr>
                <w:rFonts w:ascii="Times New Roman" w:hAnsi="Times New Roman" w:cs="Times New Roman"/>
              </w:rPr>
            </w:pPr>
            <w:r w:rsidRPr="00CD5712">
              <w:rPr>
                <w:rFonts w:ascii="Times New Roman" w:hAnsi="Times New Roman" w:cs="Times New Roman"/>
                <w:sz w:val="19"/>
              </w:rPr>
              <w:t>Penulis dan afiliasi (termasuk mitra luar negeri sebagai penulis bersama)</w:t>
            </w:r>
          </w:p>
        </w:tc>
        <w:tc>
          <w:tcPr>
            <w:tcW w:w="5530" w:type="dxa"/>
            <w:gridSpan w:val="2"/>
            <w:tcMar>
              <w:top w:w="50" w:type="dxa"/>
              <w:left w:w="90" w:type="dxa"/>
              <w:bottom w:w="50" w:type="dxa"/>
              <w:right w:w="90" w:type="dxa"/>
            </w:tcMar>
          </w:tcPr>
          <w:p w14:paraId="31C08BF0" w14:textId="77777777" w:rsidR="001C1323" w:rsidRPr="00CD5712" w:rsidRDefault="00000000">
            <w:pPr>
              <w:rPr>
                <w:rFonts w:ascii="Times New Roman" w:hAnsi="Times New Roman" w:cs="Times New Roman"/>
              </w:rPr>
            </w:pPr>
            <w:r w:rsidRPr="00CD5712">
              <w:rPr>
                <w:rFonts w:ascii="Times New Roman" w:hAnsi="Times New Roman" w:cs="Times New Roman"/>
                <w:color w:val="595959"/>
                <w:sz w:val="19"/>
              </w:rPr>
              <w:t>[Nama Penulis 1 – Afiliasi]</w:t>
            </w:r>
          </w:p>
          <w:p w14:paraId="42C54324" w14:textId="77777777" w:rsidR="001C1323" w:rsidRPr="00CD5712" w:rsidRDefault="00000000">
            <w:pPr>
              <w:rPr>
                <w:rFonts w:ascii="Times New Roman" w:hAnsi="Times New Roman" w:cs="Times New Roman"/>
              </w:rPr>
            </w:pPr>
            <w:r w:rsidRPr="00CD5712">
              <w:rPr>
                <w:rFonts w:ascii="Times New Roman" w:hAnsi="Times New Roman" w:cs="Times New Roman"/>
                <w:color w:val="595959"/>
                <w:sz w:val="19"/>
              </w:rPr>
              <w:t>[Nama Penulis 2 – Afiliasi]</w:t>
            </w:r>
          </w:p>
        </w:tc>
      </w:tr>
      <w:tr w:rsidR="001C1323" w:rsidRPr="00CD5712" w14:paraId="3EECC1F2" w14:textId="77777777" w:rsidTr="00101C69">
        <w:trPr>
          <w:cantSplit/>
          <w:trHeight w:val="351"/>
        </w:trPr>
        <w:tc>
          <w:tcPr>
            <w:tcW w:w="3496" w:type="dxa"/>
            <w:tcMar>
              <w:top w:w="50" w:type="dxa"/>
              <w:left w:w="90" w:type="dxa"/>
              <w:bottom w:w="50" w:type="dxa"/>
              <w:right w:w="90" w:type="dxa"/>
            </w:tcMar>
          </w:tcPr>
          <w:p w14:paraId="2FBF682D" w14:textId="77777777" w:rsidR="001C1323" w:rsidRPr="00CD5712" w:rsidRDefault="00000000">
            <w:pPr>
              <w:rPr>
                <w:rFonts w:ascii="Times New Roman" w:hAnsi="Times New Roman" w:cs="Times New Roman"/>
              </w:rPr>
            </w:pPr>
            <w:r w:rsidRPr="00CD5712">
              <w:rPr>
                <w:rFonts w:ascii="Times New Roman" w:hAnsi="Times New Roman" w:cs="Times New Roman"/>
                <w:sz w:val="19"/>
              </w:rPr>
              <w:t>Jurnal target (nama, penerbit, pengindeks, kuartil Q1/Q2)</w:t>
            </w:r>
          </w:p>
        </w:tc>
        <w:tc>
          <w:tcPr>
            <w:tcW w:w="5530" w:type="dxa"/>
            <w:gridSpan w:val="2"/>
            <w:tcMar>
              <w:top w:w="50" w:type="dxa"/>
              <w:left w:w="90" w:type="dxa"/>
              <w:bottom w:w="50" w:type="dxa"/>
              <w:right w:w="90" w:type="dxa"/>
            </w:tcMar>
          </w:tcPr>
          <w:p w14:paraId="5D0C60DC" w14:textId="77777777" w:rsidR="001C1323" w:rsidRPr="00CD5712" w:rsidRDefault="00000000">
            <w:pPr>
              <w:rPr>
                <w:rFonts w:ascii="Times New Roman" w:hAnsi="Times New Roman" w:cs="Times New Roman"/>
              </w:rPr>
            </w:pPr>
            <w:r w:rsidRPr="00CD5712">
              <w:rPr>
                <w:rFonts w:ascii="Times New Roman" w:hAnsi="Times New Roman" w:cs="Times New Roman"/>
                <w:color w:val="595959"/>
                <w:sz w:val="19"/>
              </w:rPr>
              <w:t>[Nama Jurnal], [Penerbit], [Pengindeks], [Q1/Q2]</w:t>
            </w:r>
          </w:p>
        </w:tc>
      </w:tr>
      <w:tr w:rsidR="001C1323" w:rsidRPr="00CD5712" w14:paraId="5CDA2E66" w14:textId="77777777" w:rsidTr="00101C69">
        <w:trPr>
          <w:cantSplit/>
          <w:trHeight w:val="351"/>
        </w:trPr>
        <w:tc>
          <w:tcPr>
            <w:tcW w:w="3496" w:type="dxa"/>
            <w:tcMar>
              <w:top w:w="50" w:type="dxa"/>
              <w:left w:w="90" w:type="dxa"/>
              <w:bottom w:w="50" w:type="dxa"/>
              <w:right w:w="90" w:type="dxa"/>
            </w:tcMar>
          </w:tcPr>
          <w:p w14:paraId="1BD93B94" w14:textId="77777777" w:rsidR="001C1323" w:rsidRPr="00CD5712" w:rsidRDefault="00000000">
            <w:pPr>
              <w:rPr>
                <w:rFonts w:ascii="Times New Roman" w:hAnsi="Times New Roman" w:cs="Times New Roman"/>
              </w:rPr>
            </w:pPr>
            <w:r w:rsidRPr="00CD5712">
              <w:rPr>
                <w:rFonts w:ascii="Times New Roman" w:hAnsi="Times New Roman" w:cs="Times New Roman"/>
                <w:sz w:val="19"/>
              </w:rPr>
              <w:t>Status artikel pada periode pelaporan</w:t>
            </w:r>
          </w:p>
        </w:tc>
        <w:tc>
          <w:tcPr>
            <w:tcW w:w="5530" w:type="dxa"/>
            <w:gridSpan w:val="2"/>
            <w:tcMar>
              <w:top w:w="50" w:type="dxa"/>
              <w:left w:w="90" w:type="dxa"/>
              <w:bottom w:w="50" w:type="dxa"/>
              <w:right w:w="90" w:type="dxa"/>
            </w:tcMar>
          </w:tcPr>
          <w:p w14:paraId="6D2A4D66" w14:textId="77777777" w:rsidR="006A1BC8" w:rsidRDefault="00000000">
            <w:pPr>
              <w:rPr>
                <w:rFonts w:ascii="Times New Roman" w:hAnsi="Times New Roman" w:cs="Times New Roman"/>
                <w:sz w:val="19"/>
              </w:rPr>
            </w:pPr>
            <w:r w:rsidRPr="00CD5712">
              <w:rPr>
                <w:rFonts w:ascii="Segoe UI Symbol" w:hAnsi="Segoe UI Symbol" w:cs="Segoe UI Symbol"/>
                <w:sz w:val="19"/>
              </w:rPr>
              <w:t>☐</w:t>
            </w:r>
            <w:r w:rsidRPr="00CD5712">
              <w:rPr>
                <w:rFonts w:ascii="Times New Roman" w:hAnsi="Times New Roman" w:cs="Times New Roman"/>
                <w:sz w:val="19"/>
              </w:rPr>
              <w:t xml:space="preserve"> Draf manuskrip   </w:t>
            </w:r>
          </w:p>
          <w:p w14:paraId="77CF6E5C" w14:textId="22FA08A4" w:rsidR="001C1323" w:rsidRPr="00CD5712" w:rsidRDefault="00000000">
            <w:pPr>
              <w:rPr>
                <w:rFonts w:ascii="Times New Roman" w:hAnsi="Times New Roman" w:cs="Times New Roman"/>
              </w:rPr>
            </w:pPr>
            <w:r w:rsidRPr="00CD5712">
              <w:rPr>
                <w:rFonts w:ascii="Segoe UI Symbol" w:hAnsi="Segoe UI Symbol" w:cs="Segoe UI Symbol"/>
                <w:sz w:val="19"/>
              </w:rPr>
              <w:t>☐</w:t>
            </w:r>
            <w:r w:rsidRPr="00CD5712">
              <w:rPr>
                <w:rFonts w:ascii="Times New Roman" w:hAnsi="Times New Roman" w:cs="Times New Roman"/>
                <w:sz w:val="19"/>
              </w:rPr>
              <w:t xml:space="preserve"> Sudah dikirim (submisi)</w:t>
            </w:r>
          </w:p>
          <w:p w14:paraId="07885AAA" w14:textId="77777777" w:rsidR="006A1BC8" w:rsidRPr="006A1BC8" w:rsidRDefault="006A1BC8">
            <w:pPr>
              <w:rPr>
                <w:rFonts w:ascii="Times New Roman" w:hAnsi="Times New Roman" w:cs="Times New Roman"/>
                <w:sz w:val="8"/>
                <w:szCs w:val="8"/>
              </w:rPr>
            </w:pPr>
          </w:p>
          <w:p w14:paraId="6BC9B834" w14:textId="0AE82962" w:rsidR="001C1323" w:rsidRPr="00CD5712" w:rsidRDefault="00000000">
            <w:pPr>
              <w:rPr>
                <w:rFonts w:ascii="Times New Roman" w:hAnsi="Times New Roman" w:cs="Times New Roman"/>
              </w:rPr>
            </w:pPr>
            <w:r w:rsidRPr="00CD5712">
              <w:rPr>
                <w:rFonts w:ascii="Times New Roman" w:hAnsi="Times New Roman" w:cs="Times New Roman"/>
                <w:sz w:val="19"/>
              </w:rPr>
              <w:t>Tanggal submisi (jika sudah): [Tanggal Submisi]</w:t>
            </w:r>
          </w:p>
          <w:p w14:paraId="34AC9B9A" w14:textId="77777777" w:rsidR="001C1323" w:rsidRPr="00CD5712" w:rsidRDefault="00000000">
            <w:pPr>
              <w:rPr>
                <w:rFonts w:ascii="Times New Roman" w:hAnsi="Times New Roman" w:cs="Times New Roman"/>
              </w:rPr>
            </w:pPr>
            <w:r w:rsidRPr="00CD5712">
              <w:rPr>
                <w:rFonts w:ascii="Times New Roman" w:hAnsi="Times New Roman" w:cs="Times New Roman"/>
                <w:sz w:val="19"/>
              </w:rPr>
              <w:t>Nomor/ID submisi: [ID Submisi]</w:t>
            </w:r>
          </w:p>
        </w:tc>
      </w:tr>
      <w:tr w:rsidR="001C1323" w:rsidRPr="00CD5712" w14:paraId="325C4C99" w14:textId="77777777" w:rsidTr="00101C69">
        <w:trPr>
          <w:cantSplit/>
          <w:trHeight w:val="351"/>
        </w:trPr>
        <w:tc>
          <w:tcPr>
            <w:tcW w:w="3496" w:type="dxa"/>
            <w:tcMar>
              <w:top w:w="50" w:type="dxa"/>
              <w:left w:w="90" w:type="dxa"/>
              <w:bottom w:w="50" w:type="dxa"/>
              <w:right w:w="90" w:type="dxa"/>
            </w:tcMar>
          </w:tcPr>
          <w:p w14:paraId="3932D586" w14:textId="77777777" w:rsidR="001C1323" w:rsidRPr="00CD5712" w:rsidRDefault="00000000">
            <w:pPr>
              <w:rPr>
                <w:rFonts w:ascii="Times New Roman" w:hAnsi="Times New Roman" w:cs="Times New Roman"/>
              </w:rPr>
            </w:pPr>
            <w:r w:rsidRPr="00CD5712">
              <w:rPr>
                <w:rFonts w:ascii="Times New Roman" w:hAnsi="Times New Roman" w:cs="Times New Roman"/>
                <w:sz w:val="19"/>
              </w:rPr>
              <w:t>Peta jalan penelitian</w:t>
            </w:r>
          </w:p>
        </w:tc>
        <w:tc>
          <w:tcPr>
            <w:tcW w:w="5530" w:type="dxa"/>
            <w:gridSpan w:val="2"/>
            <w:tcMar>
              <w:top w:w="50" w:type="dxa"/>
              <w:left w:w="90" w:type="dxa"/>
              <w:bottom w:w="50" w:type="dxa"/>
              <w:right w:w="90" w:type="dxa"/>
            </w:tcMar>
          </w:tcPr>
          <w:p w14:paraId="6E3640AE" w14:textId="77777777" w:rsidR="001C1323" w:rsidRPr="00CD5712" w:rsidRDefault="00000000">
            <w:pPr>
              <w:rPr>
                <w:rFonts w:ascii="Times New Roman" w:hAnsi="Times New Roman" w:cs="Times New Roman"/>
              </w:rPr>
            </w:pPr>
            <w:r w:rsidRPr="00CD5712">
              <w:rPr>
                <w:rFonts w:ascii="Times New Roman" w:hAnsi="Times New Roman" w:cs="Times New Roman"/>
                <w:color w:val="595959"/>
                <w:sz w:val="19"/>
              </w:rPr>
              <w:t>[Ringkasan peta jalan penelitian dan tahapan berikutnya]</w:t>
            </w:r>
          </w:p>
        </w:tc>
      </w:tr>
      <w:tr w:rsidR="001C1323" w:rsidRPr="00CD5712" w14:paraId="7F632A37" w14:textId="77777777" w:rsidTr="00101C69">
        <w:trPr>
          <w:cantSplit/>
          <w:trHeight w:val="351"/>
        </w:trPr>
        <w:tc>
          <w:tcPr>
            <w:tcW w:w="3496" w:type="dxa"/>
            <w:tcMar>
              <w:top w:w="50" w:type="dxa"/>
              <w:left w:w="90" w:type="dxa"/>
              <w:bottom w:w="50" w:type="dxa"/>
              <w:right w:w="90" w:type="dxa"/>
            </w:tcMar>
          </w:tcPr>
          <w:p w14:paraId="19F346F3" w14:textId="77777777" w:rsidR="001C1323" w:rsidRPr="00CD5712" w:rsidRDefault="00000000">
            <w:pPr>
              <w:rPr>
                <w:rFonts w:ascii="Times New Roman" w:hAnsi="Times New Roman" w:cs="Times New Roman"/>
              </w:rPr>
            </w:pPr>
            <w:r w:rsidRPr="00CD5712">
              <w:rPr>
                <w:rFonts w:ascii="Times New Roman" w:hAnsi="Times New Roman" w:cs="Times New Roman"/>
                <w:sz w:val="19"/>
              </w:rPr>
              <w:t>Kontribusi mitra dalam penulisan bersama</w:t>
            </w:r>
          </w:p>
        </w:tc>
        <w:tc>
          <w:tcPr>
            <w:tcW w:w="5530" w:type="dxa"/>
            <w:gridSpan w:val="2"/>
            <w:tcMar>
              <w:top w:w="50" w:type="dxa"/>
              <w:left w:w="90" w:type="dxa"/>
              <w:bottom w:w="50" w:type="dxa"/>
              <w:right w:w="90" w:type="dxa"/>
            </w:tcMar>
          </w:tcPr>
          <w:p w14:paraId="24F5A90D" w14:textId="77777777" w:rsidR="001C1323" w:rsidRPr="00CD5712" w:rsidRDefault="00000000">
            <w:pPr>
              <w:rPr>
                <w:rFonts w:ascii="Times New Roman" w:hAnsi="Times New Roman" w:cs="Times New Roman"/>
              </w:rPr>
            </w:pPr>
            <w:r w:rsidRPr="00CD5712">
              <w:rPr>
                <w:rFonts w:ascii="Times New Roman" w:hAnsi="Times New Roman" w:cs="Times New Roman"/>
                <w:color w:val="595959"/>
                <w:sz w:val="19"/>
              </w:rPr>
              <w:t>[Uraikan kontribusi intelektual mitra]</w:t>
            </w:r>
          </w:p>
        </w:tc>
      </w:tr>
      <w:tr w:rsidR="001C1323" w:rsidRPr="00CD5712" w14:paraId="284EFF8B" w14:textId="77777777" w:rsidTr="00101C69">
        <w:trPr>
          <w:cantSplit/>
          <w:trHeight w:val="351"/>
        </w:trPr>
        <w:tc>
          <w:tcPr>
            <w:tcW w:w="3496" w:type="dxa"/>
            <w:tcMar>
              <w:top w:w="50" w:type="dxa"/>
              <w:left w:w="90" w:type="dxa"/>
              <w:bottom w:w="50" w:type="dxa"/>
              <w:right w:w="90" w:type="dxa"/>
            </w:tcMar>
          </w:tcPr>
          <w:p w14:paraId="1A577FA9" w14:textId="77777777" w:rsidR="001C1323" w:rsidRPr="00CD5712" w:rsidRDefault="00000000">
            <w:pPr>
              <w:rPr>
                <w:rFonts w:ascii="Times New Roman" w:hAnsi="Times New Roman" w:cs="Times New Roman"/>
              </w:rPr>
            </w:pPr>
            <w:r w:rsidRPr="00CD5712">
              <w:rPr>
                <w:rFonts w:ascii="Times New Roman" w:hAnsi="Times New Roman" w:cs="Times New Roman"/>
                <w:sz w:val="19"/>
              </w:rPr>
              <w:t>TKT yang dicapai (pencapaian TKT Kategori A maksimum level 4)</w:t>
            </w:r>
          </w:p>
        </w:tc>
        <w:tc>
          <w:tcPr>
            <w:tcW w:w="5530" w:type="dxa"/>
            <w:gridSpan w:val="2"/>
            <w:tcMar>
              <w:top w:w="50" w:type="dxa"/>
              <w:left w:w="90" w:type="dxa"/>
              <w:bottom w:w="50" w:type="dxa"/>
              <w:right w:w="90" w:type="dxa"/>
            </w:tcMar>
          </w:tcPr>
          <w:p w14:paraId="29C93DA7" w14:textId="77777777" w:rsidR="001C1323" w:rsidRPr="00CD5712" w:rsidRDefault="00000000">
            <w:pPr>
              <w:rPr>
                <w:rFonts w:ascii="Times New Roman" w:hAnsi="Times New Roman" w:cs="Times New Roman"/>
              </w:rPr>
            </w:pPr>
            <w:r w:rsidRPr="00CD5712">
              <w:rPr>
                <w:rFonts w:ascii="Times New Roman" w:hAnsi="Times New Roman" w:cs="Times New Roman"/>
                <w:color w:val="595959"/>
                <w:sz w:val="19"/>
              </w:rPr>
              <w:t>[Level TKT]</w:t>
            </w:r>
          </w:p>
        </w:tc>
      </w:tr>
      <w:tr w:rsidR="00101C69" w:rsidRPr="00CD5712" w14:paraId="4477CC3D" w14:textId="77777777" w:rsidTr="00101C69">
        <w:trPr>
          <w:cantSplit/>
          <w:trHeight w:val="351"/>
        </w:trPr>
        <w:tc>
          <w:tcPr>
            <w:tcW w:w="3496" w:type="dxa"/>
            <w:tcMar>
              <w:top w:w="50" w:type="dxa"/>
              <w:left w:w="90" w:type="dxa"/>
              <w:bottom w:w="50" w:type="dxa"/>
              <w:right w:w="90" w:type="dxa"/>
            </w:tcMar>
          </w:tcPr>
          <w:p w14:paraId="5F5A0D6A" w14:textId="58D51989" w:rsidR="00101C69" w:rsidRPr="00CD5712" w:rsidRDefault="00101C69">
            <w:pPr>
              <w:rPr>
                <w:rFonts w:ascii="Times New Roman" w:hAnsi="Times New Roman" w:cs="Times New Roman"/>
                <w:sz w:val="19"/>
              </w:rPr>
            </w:pPr>
            <w:r>
              <w:rPr>
                <w:rFonts w:ascii="Times New Roman" w:hAnsi="Times New Roman" w:cs="Times New Roman"/>
                <w:sz w:val="19"/>
              </w:rPr>
              <w:t>Acknowledgement</w:t>
            </w:r>
          </w:p>
        </w:tc>
        <w:tc>
          <w:tcPr>
            <w:tcW w:w="5530" w:type="dxa"/>
            <w:gridSpan w:val="2"/>
            <w:tcMar>
              <w:top w:w="50" w:type="dxa"/>
              <w:left w:w="90" w:type="dxa"/>
              <w:bottom w:w="50" w:type="dxa"/>
              <w:right w:w="90" w:type="dxa"/>
            </w:tcMar>
          </w:tcPr>
          <w:p w14:paraId="1CC1737A" w14:textId="36E5A50F" w:rsidR="00101C69" w:rsidRPr="00CD5712" w:rsidRDefault="006A1BC8">
            <w:pPr>
              <w:rPr>
                <w:rFonts w:ascii="Times New Roman" w:hAnsi="Times New Roman" w:cs="Times New Roman"/>
                <w:color w:val="595959"/>
                <w:sz w:val="19"/>
              </w:rPr>
            </w:pPr>
            <w:r>
              <w:rPr>
                <w:rFonts w:ascii="Times New Roman" w:hAnsi="Times New Roman" w:cs="Times New Roman"/>
                <w:color w:val="595959"/>
                <w:sz w:val="19"/>
              </w:rPr>
              <w:t>[</w:t>
            </w:r>
            <w:r w:rsidR="00101C69" w:rsidRPr="00101C69">
              <w:rPr>
                <w:rFonts w:ascii="Times New Roman" w:hAnsi="Times New Roman" w:cs="Times New Roman"/>
                <w:color w:val="595959"/>
                <w:sz w:val="19"/>
              </w:rPr>
              <w:t xml:space="preserve">menyebut data wajib: nama program, </w:t>
            </w:r>
            <w:r w:rsidR="00101C69">
              <w:rPr>
                <w:rFonts w:ascii="Times New Roman" w:hAnsi="Times New Roman" w:cs="Times New Roman"/>
                <w:color w:val="595959"/>
                <w:sz w:val="19"/>
              </w:rPr>
              <w:t xml:space="preserve">nama </w:t>
            </w:r>
            <w:r w:rsidR="00101C69" w:rsidRPr="00101C69">
              <w:rPr>
                <w:rFonts w:ascii="Times New Roman" w:hAnsi="Times New Roman" w:cs="Times New Roman"/>
                <w:color w:val="595959"/>
                <w:sz w:val="19"/>
              </w:rPr>
              <w:t>kementerian,</w:t>
            </w:r>
            <w:r w:rsidR="00101C69">
              <w:rPr>
                <w:rFonts w:ascii="Times New Roman" w:hAnsi="Times New Roman" w:cs="Times New Roman"/>
                <w:color w:val="595959"/>
                <w:sz w:val="19"/>
              </w:rPr>
              <w:t xml:space="preserve"> nama direktorat,</w:t>
            </w:r>
            <w:r w:rsidR="00101C69" w:rsidRPr="00101C69">
              <w:rPr>
                <w:rFonts w:ascii="Times New Roman" w:hAnsi="Times New Roman" w:cs="Times New Roman"/>
                <w:color w:val="595959"/>
                <w:sz w:val="19"/>
              </w:rPr>
              <w:t xml:space="preserve"> sumber pendanaan, dan nomor kontrak</w:t>
            </w:r>
            <w:r>
              <w:rPr>
                <w:rFonts w:ascii="Times New Roman" w:hAnsi="Times New Roman" w:cs="Times New Roman"/>
                <w:color w:val="595959"/>
                <w:sz w:val="19"/>
              </w:rPr>
              <w:t>]</w:t>
            </w:r>
          </w:p>
        </w:tc>
      </w:tr>
    </w:tbl>
    <w:p w14:paraId="79AE4318" w14:textId="77777777" w:rsidR="001C1323" w:rsidRPr="00CD5712" w:rsidRDefault="001C1323">
      <w:pPr>
        <w:spacing w:line="60" w:lineRule="exact"/>
        <w:rPr>
          <w:rFonts w:ascii="Times New Roman" w:hAnsi="Times New Roman" w:cs="Times New Roman"/>
        </w:rPr>
      </w:pPr>
    </w:p>
    <w:tbl>
      <w:tblPr>
        <w:tblW w:w="9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96"/>
        <w:gridCol w:w="5520"/>
        <w:gridCol w:w="10"/>
      </w:tblGrid>
      <w:tr w:rsidR="001C1323" w:rsidRPr="00CD5712" w14:paraId="16A6502D" w14:textId="77777777">
        <w:trPr>
          <w:gridAfter w:val="1"/>
          <w:wAfter w:w="10" w:type="dxa"/>
          <w:cantSplit/>
        </w:trPr>
        <w:tc>
          <w:tcPr>
            <w:tcW w:w="9026" w:type="dxa"/>
            <w:gridSpan w:val="2"/>
            <w:shd w:val="clear" w:color="auto" w:fill="FAE49E"/>
            <w:tcMar>
              <w:top w:w="70" w:type="dxa"/>
              <w:left w:w="100" w:type="dxa"/>
              <w:bottom w:w="70" w:type="dxa"/>
              <w:right w:w="100" w:type="dxa"/>
            </w:tcMar>
          </w:tcPr>
          <w:p w14:paraId="2D50FA7D" w14:textId="77777777" w:rsidR="001C1323" w:rsidRPr="00CD5712" w:rsidRDefault="00000000">
            <w:pPr>
              <w:keepNext/>
              <w:rPr>
                <w:rFonts w:ascii="Times New Roman" w:hAnsi="Times New Roman" w:cs="Times New Roman"/>
              </w:rPr>
            </w:pPr>
            <w:r w:rsidRPr="00CD5712">
              <w:rPr>
                <w:rFonts w:ascii="Times New Roman" w:hAnsi="Times New Roman" w:cs="Times New Roman"/>
                <w:b/>
                <w:sz w:val="19"/>
              </w:rPr>
              <w:t>5.3  Kategori B – Inovasi Terapan dan Purwarupa (isi jika memilih Kategori B)</w:t>
            </w:r>
          </w:p>
        </w:tc>
      </w:tr>
      <w:tr w:rsidR="001C1323" w:rsidRPr="00CD5712" w14:paraId="6A06C165" w14:textId="77777777">
        <w:trPr>
          <w:cantSplit/>
          <w:trHeight w:val="351"/>
        </w:trPr>
        <w:tc>
          <w:tcPr>
            <w:tcW w:w="3500" w:type="dxa"/>
            <w:tcMar>
              <w:top w:w="50" w:type="dxa"/>
              <w:left w:w="90" w:type="dxa"/>
              <w:bottom w:w="50" w:type="dxa"/>
              <w:right w:w="90" w:type="dxa"/>
            </w:tcMar>
          </w:tcPr>
          <w:p w14:paraId="055E7BC2" w14:textId="77777777" w:rsidR="001C1323" w:rsidRPr="00CD5712" w:rsidRDefault="00000000">
            <w:pPr>
              <w:rPr>
                <w:rFonts w:ascii="Times New Roman" w:hAnsi="Times New Roman" w:cs="Times New Roman"/>
              </w:rPr>
            </w:pPr>
            <w:r w:rsidRPr="00CD5712">
              <w:rPr>
                <w:rFonts w:ascii="Times New Roman" w:hAnsi="Times New Roman" w:cs="Times New Roman"/>
                <w:sz w:val="19"/>
              </w:rPr>
              <w:t>Jenis luaran</w:t>
            </w:r>
          </w:p>
        </w:tc>
        <w:tc>
          <w:tcPr>
            <w:tcW w:w="5526" w:type="dxa"/>
            <w:gridSpan w:val="2"/>
            <w:tcMar>
              <w:top w:w="50" w:type="dxa"/>
              <w:left w:w="90" w:type="dxa"/>
              <w:bottom w:w="50" w:type="dxa"/>
              <w:right w:w="90" w:type="dxa"/>
            </w:tcMar>
          </w:tcPr>
          <w:p w14:paraId="14BE77CD" w14:textId="77262378" w:rsidR="001C1323" w:rsidRPr="00CD5712" w:rsidRDefault="00000000">
            <w:pPr>
              <w:rPr>
                <w:rFonts w:ascii="Times New Roman" w:hAnsi="Times New Roman" w:cs="Times New Roman"/>
              </w:rPr>
            </w:pPr>
            <w:r w:rsidRPr="00CD5712">
              <w:rPr>
                <w:rFonts w:ascii="Segoe UI Symbol" w:hAnsi="Segoe UI Symbol" w:cs="Segoe UI Symbol"/>
                <w:sz w:val="19"/>
              </w:rPr>
              <w:t>☐</w:t>
            </w:r>
            <w:r w:rsidRPr="00CD5712">
              <w:rPr>
                <w:rFonts w:ascii="Times New Roman" w:hAnsi="Times New Roman" w:cs="Times New Roman"/>
                <w:sz w:val="19"/>
              </w:rPr>
              <w:t xml:space="preserve"> Teknologi/</w:t>
            </w:r>
            <w:r w:rsidR="00530B40">
              <w:rPr>
                <w:rFonts w:ascii="Times New Roman" w:hAnsi="Times New Roman" w:cs="Times New Roman"/>
                <w:sz w:val="19"/>
              </w:rPr>
              <w:t>P</w:t>
            </w:r>
            <w:r w:rsidRPr="00CD5712">
              <w:rPr>
                <w:rFonts w:ascii="Times New Roman" w:hAnsi="Times New Roman" w:cs="Times New Roman"/>
                <w:sz w:val="19"/>
              </w:rPr>
              <w:t xml:space="preserve">roduk   </w:t>
            </w:r>
            <w:r w:rsidR="00101C69">
              <w:rPr>
                <w:rFonts w:ascii="Times New Roman" w:hAnsi="Times New Roman" w:cs="Times New Roman"/>
                <w:sz w:val="19"/>
              </w:rPr>
              <w:br/>
            </w:r>
            <w:r w:rsidRPr="00CD5712">
              <w:rPr>
                <w:rFonts w:ascii="Segoe UI Symbol" w:hAnsi="Segoe UI Symbol" w:cs="Segoe UI Symbol"/>
                <w:sz w:val="19"/>
              </w:rPr>
              <w:t>☐</w:t>
            </w:r>
            <w:r w:rsidRPr="00CD5712">
              <w:rPr>
                <w:rFonts w:ascii="Times New Roman" w:hAnsi="Times New Roman" w:cs="Times New Roman"/>
                <w:sz w:val="19"/>
              </w:rPr>
              <w:t xml:space="preserve"> Model </w:t>
            </w:r>
            <w:r w:rsidR="00530B40">
              <w:rPr>
                <w:rFonts w:ascii="Times New Roman" w:hAnsi="Times New Roman" w:cs="Times New Roman"/>
                <w:sz w:val="19"/>
              </w:rPr>
              <w:t>K</w:t>
            </w:r>
            <w:r w:rsidRPr="00CD5712">
              <w:rPr>
                <w:rFonts w:ascii="Times New Roman" w:hAnsi="Times New Roman" w:cs="Times New Roman"/>
                <w:sz w:val="19"/>
              </w:rPr>
              <w:t>ebijakan/</w:t>
            </w:r>
            <w:r w:rsidR="00530B40">
              <w:rPr>
                <w:rFonts w:ascii="Times New Roman" w:hAnsi="Times New Roman" w:cs="Times New Roman"/>
                <w:sz w:val="19"/>
              </w:rPr>
              <w:t>N</w:t>
            </w:r>
            <w:r w:rsidRPr="00CD5712">
              <w:rPr>
                <w:rFonts w:ascii="Times New Roman" w:hAnsi="Times New Roman" w:cs="Times New Roman"/>
                <w:sz w:val="19"/>
              </w:rPr>
              <w:t xml:space="preserve">askah </w:t>
            </w:r>
            <w:r w:rsidR="00530B40">
              <w:rPr>
                <w:rFonts w:ascii="Times New Roman" w:hAnsi="Times New Roman" w:cs="Times New Roman"/>
                <w:sz w:val="19"/>
              </w:rPr>
              <w:t>A</w:t>
            </w:r>
            <w:r w:rsidRPr="00CD5712">
              <w:rPr>
                <w:rFonts w:ascii="Times New Roman" w:hAnsi="Times New Roman" w:cs="Times New Roman"/>
                <w:sz w:val="19"/>
              </w:rPr>
              <w:t xml:space="preserve">kademik   </w:t>
            </w:r>
            <w:r w:rsidR="00101C69">
              <w:rPr>
                <w:rFonts w:ascii="Times New Roman" w:hAnsi="Times New Roman" w:cs="Times New Roman"/>
                <w:sz w:val="19"/>
              </w:rPr>
              <w:br/>
            </w:r>
            <w:r w:rsidRPr="00CD5712">
              <w:rPr>
                <w:rFonts w:ascii="Segoe UI Symbol" w:hAnsi="Segoe UI Symbol" w:cs="Segoe UI Symbol"/>
                <w:sz w:val="19"/>
              </w:rPr>
              <w:t>☐</w:t>
            </w:r>
            <w:r w:rsidRPr="00CD5712">
              <w:rPr>
                <w:rFonts w:ascii="Times New Roman" w:hAnsi="Times New Roman" w:cs="Times New Roman"/>
                <w:sz w:val="19"/>
              </w:rPr>
              <w:t xml:space="preserve"> Karya </w:t>
            </w:r>
            <w:r w:rsidR="00530B40">
              <w:rPr>
                <w:rFonts w:ascii="Times New Roman" w:hAnsi="Times New Roman" w:cs="Times New Roman"/>
                <w:sz w:val="19"/>
              </w:rPr>
              <w:t>S</w:t>
            </w:r>
            <w:r w:rsidRPr="00CD5712">
              <w:rPr>
                <w:rFonts w:ascii="Times New Roman" w:hAnsi="Times New Roman" w:cs="Times New Roman"/>
                <w:sz w:val="19"/>
              </w:rPr>
              <w:t>eni/</w:t>
            </w:r>
            <w:r w:rsidR="00530B40">
              <w:rPr>
                <w:rFonts w:ascii="Times New Roman" w:hAnsi="Times New Roman" w:cs="Times New Roman"/>
                <w:sz w:val="19"/>
              </w:rPr>
              <w:t>K</w:t>
            </w:r>
            <w:r w:rsidRPr="00CD5712">
              <w:rPr>
                <w:rFonts w:ascii="Times New Roman" w:hAnsi="Times New Roman" w:cs="Times New Roman"/>
                <w:sz w:val="19"/>
              </w:rPr>
              <w:t xml:space="preserve">arya </w:t>
            </w:r>
            <w:r w:rsidR="00530B40">
              <w:rPr>
                <w:rFonts w:ascii="Times New Roman" w:hAnsi="Times New Roman" w:cs="Times New Roman"/>
                <w:sz w:val="19"/>
              </w:rPr>
              <w:t>T</w:t>
            </w:r>
            <w:r w:rsidRPr="00CD5712">
              <w:rPr>
                <w:rFonts w:ascii="Times New Roman" w:hAnsi="Times New Roman" w:cs="Times New Roman"/>
                <w:sz w:val="19"/>
              </w:rPr>
              <w:t>erapan</w:t>
            </w:r>
          </w:p>
        </w:tc>
      </w:tr>
      <w:tr w:rsidR="001C1323" w:rsidRPr="00CD5712" w14:paraId="253FEDED" w14:textId="77777777">
        <w:trPr>
          <w:cantSplit/>
          <w:trHeight w:val="351"/>
        </w:trPr>
        <w:tc>
          <w:tcPr>
            <w:tcW w:w="3500" w:type="dxa"/>
            <w:tcMar>
              <w:top w:w="50" w:type="dxa"/>
              <w:left w:w="90" w:type="dxa"/>
              <w:bottom w:w="50" w:type="dxa"/>
              <w:right w:w="90" w:type="dxa"/>
            </w:tcMar>
          </w:tcPr>
          <w:p w14:paraId="20363C4D" w14:textId="77777777" w:rsidR="001C1323" w:rsidRPr="00CD5712" w:rsidRDefault="00000000">
            <w:pPr>
              <w:rPr>
                <w:rFonts w:ascii="Times New Roman" w:hAnsi="Times New Roman" w:cs="Times New Roman"/>
              </w:rPr>
            </w:pPr>
            <w:r w:rsidRPr="00CD5712">
              <w:rPr>
                <w:rFonts w:ascii="Times New Roman" w:hAnsi="Times New Roman" w:cs="Times New Roman"/>
                <w:sz w:val="19"/>
              </w:rPr>
              <w:t>Deskripsi dan spesifikasi luaran</w:t>
            </w:r>
          </w:p>
        </w:tc>
        <w:tc>
          <w:tcPr>
            <w:tcW w:w="5526" w:type="dxa"/>
            <w:gridSpan w:val="2"/>
            <w:tcMar>
              <w:top w:w="50" w:type="dxa"/>
              <w:left w:w="90" w:type="dxa"/>
              <w:bottom w:w="50" w:type="dxa"/>
              <w:right w:w="90" w:type="dxa"/>
            </w:tcMar>
          </w:tcPr>
          <w:p w14:paraId="5BB40C12" w14:textId="77777777" w:rsidR="001C1323" w:rsidRPr="00CD5712" w:rsidRDefault="00000000">
            <w:pPr>
              <w:rPr>
                <w:rFonts w:ascii="Times New Roman" w:hAnsi="Times New Roman" w:cs="Times New Roman"/>
              </w:rPr>
            </w:pPr>
            <w:r w:rsidRPr="00CD5712">
              <w:rPr>
                <w:rFonts w:ascii="Times New Roman" w:hAnsi="Times New Roman" w:cs="Times New Roman"/>
                <w:color w:val="595959"/>
                <w:sz w:val="19"/>
              </w:rPr>
              <w:t>[Uraikan luaran yang dikembangkan bersama mitra]</w:t>
            </w:r>
          </w:p>
        </w:tc>
      </w:tr>
      <w:tr w:rsidR="001C1323" w:rsidRPr="00CD5712" w14:paraId="05FABC81" w14:textId="77777777">
        <w:trPr>
          <w:cantSplit/>
          <w:trHeight w:val="351"/>
        </w:trPr>
        <w:tc>
          <w:tcPr>
            <w:tcW w:w="3500" w:type="dxa"/>
            <w:tcMar>
              <w:top w:w="50" w:type="dxa"/>
              <w:left w:w="90" w:type="dxa"/>
              <w:bottom w:w="50" w:type="dxa"/>
              <w:right w:w="90" w:type="dxa"/>
            </w:tcMar>
          </w:tcPr>
          <w:p w14:paraId="20975958" w14:textId="77777777" w:rsidR="001C1323" w:rsidRPr="00CD5712" w:rsidRDefault="00000000">
            <w:pPr>
              <w:rPr>
                <w:rFonts w:ascii="Times New Roman" w:hAnsi="Times New Roman" w:cs="Times New Roman"/>
              </w:rPr>
            </w:pPr>
            <w:r w:rsidRPr="00CD5712">
              <w:rPr>
                <w:rFonts w:ascii="Times New Roman" w:hAnsi="Times New Roman" w:cs="Times New Roman"/>
                <w:sz w:val="19"/>
              </w:rPr>
              <w:t>TKT awal (minimal level 3, berdasarkan penilaian mandiri yang divalidasi unit penelitian)</w:t>
            </w:r>
          </w:p>
        </w:tc>
        <w:tc>
          <w:tcPr>
            <w:tcW w:w="5526" w:type="dxa"/>
            <w:gridSpan w:val="2"/>
            <w:tcMar>
              <w:top w:w="50" w:type="dxa"/>
              <w:left w:w="90" w:type="dxa"/>
              <w:bottom w:w="50" w:type="dxa"/>
              <w:right w:w="90" w:type="dxa"/>
            </w:tcMar>
          </w:tcPr>
          <w:p w14:paraId="694B39F1" w14:textId="77777777" w:rsidR="001C1323" w:rsidRPr="00CD5712" w:rsidRDefault="00000000">
            <w:pPr>
              <w:rPr>
                <w:rFonts w:ascii="Times New Roman" w:hAnsi="Times New Roman" w:cs="Times New Roman"/>
              </w:rPr>
            </w:pPr>
            <w:r w:rsidRPr="00CD5712">
              <w:rPr>
                <w:rFonts w:ascii="Times New Roman" w:hAnsi="Times New Roman" w:cs="Times New Roman"/>
                <w:color w:val="595959"/>
                <w:sz w:val="19"/>
              </w:rPr>
              <w:t>[Level TKT Awal]</w:t>
            </w:r>
          </w:p>
        </w:tc>
      </w:tr>
      <w:tr w:rsidR="001C1323" w:rsidRPr="00CD5712" w14:paraId="56441526" w14:textId="77777777">
        <w:trPr>
          <w:cantSplit/>
          <w:trHeight w:val="351"/>
        </w:trPr>
        <w:tc>
          <w:tcPr>
            <w:tcW w:w="3500" w:type="dxa"/>
            <w:tcMar>
              <w:top w:w="50" w:type="dxa"/>
              <w:left w:w="90" w:type="dxa"/>
              <w:bottom w:w="50" w:type="dxa"/>
              <w:right w:w="90" w:type="dxa"/>
            </w:tcMar>
          </w:tcPr>
          <w:p w14:paraId="7F1E4E31" w14:textId="77777777" w:rsidR="001C1323" w:rsidRPr="00CD5712" w:rsidRDefault="00000000">
            <w:pPr>
              <w:rPr>
                <w:rFonts w:ascii="Times New Roman" w:hAnsi="Times New Roman" w:cs="Times New Roman"/>
              </w:rPr>
            </w:pPr>
            <w:r w:rsidRPr="00CD5712">
              <w:rPr>
                <w:rFonts w:ascii="Times New Roman" w:hAnsi="Times New Roman" w:cs="Times New Roman"/>
                <w:sz w:val="19"/>
              </w:rPr>
              <w:t>TKT pada periode pelaporan (maksimum level 6)</w:t>
            </w:r>
          </w:p>
        </w:tc>
        <w:tc>
          <w:tcPr>
            <w:tcW w:w="5526" w:type="dxa"/>
            <w:gridSpan w:val="2"/>
            <w:tcMar>
              <w:top w:w="50" w:type="dxa"/>
              <w:left w:w="90" w:type="dxa"/>
              <w:bottom w:w="50" w:type="dxa"/>
              <w:right w:w="90" w:type="dxa"/>
            </w:tcMar>
          </w:tcPr>
          <w:p w14:paraId="48AAA9E2" w14:textId="77777777" w:rsidR="001C1323" w:rsidRPr="00CD5712" w:rsidRDefault="00000000">
            <w:pPr>
              <w:rPr>
                <w:rFonts w:ascii="Times New Roman" w:hAnsi="Times New Roman" w:cs="Times New Roman"/>
              </w:rPr>
            </w:pPr>
            <w:r w:rsidRPr="00CD5712">
              <w:rPr>
                <w:rFonts w:ascii="Times New Roman" w:hAnsi="Times New Roman" w:cs="Times New Roman"/>
                <w:color w:val="595959"/>
                <w:sz w:val="19"/>
              </w:rPr>
              <w:t>[Level TKT Saat Ini]</w:t>
            </w:r>
          </w:p>
        </w:tc>
      </w:tr>
      <w:tr w:rsidR="001C1323" w:rsidRPr="00CD5712" w14:paraId="0BC07F39" w14:textId="77777777">
        <w:trPr>
          <w:cantSplit/>
          <w:trHeight w:val="351"/>
        </w:trPr>
        <w:tc>
          <w:tcPr>
            <w:tcW w:w="3500" w:type="dxa"/>
            <w:tcMar>
              <w:top w:w="50" w:type="dxa"/>
              <w:left w:w="90" w:type="dxa"/>
              <w:bottom w:w="50" w:type="dxa"/>
              <w:right w:w="90" w:type="dxa"/>
            </w:tcMar>
          </w:tcPr>
          <w:p w14:paraId="0CEC28AD" w14:textId="77777777" w:rsidR="001C1323" w:rsidRPr="00CD5712" w:rsidRDefault="00000000">
            <w:pPr>
              <w:rPr>
                <w:rFonts w:ascii="Times New Roman" w:hAnsi="Times New Roman" w:cs="Times New Roman"/>
              </w:rPr>
            </w:pPr>
            <w:r w:rsidRPr="00CD5712">
              <w:rPr>
                <w:rFonts w:ascii="Times New Roman" w:hAnsi="Times New Roman" w:cs="Times New Roman"/>
                <w:sz w:val="19"/>
              </w:rPr>
              <w:t>Laporan kemajuan fisik/fungsional atau dokumentasi teknis pengembangan</w:t>
            </w:r>
          </w:p>
        </w:tc>
        <w:tc>
          <w:tcPr>
            <w:tcW w:w="5526" w:type="dxa"/>
            <w:gridSpan w:val="2"/>
            <w:tcMar>
              <w:top w:w="50" w:type="dxa"/>
              <w:left w:w="90" w:type="dxa"/>
              <w:bottom w:w="50" w:type="dxa"/>
              <w:right w:w="90" w:type="dxa"/>
            </w:tcMar>
          </w:tcPr>
          <w:p w14:paraId="5AE12E77" w14:textId="77777777" w:rsidR="001C1323" w:rsidRPr="00CD5712" w:rsidRDefault="00000000">
            <w:pPr>
              <w:rPr>
                <w:rFonts w:ascii="Times New Roman" w:hAnsi="Times New Roman" w:cs="Times New Roman"/>
              </w:rPr>
            </w:pPr>
            <w:r w:rsidRPr="00CD5712">
              <w:rPr>
                <w:rFonts w:ascii="Times New Roman" w:hAnsi="Times New Roman" w:cs="Times New Roman"/>
                <w:color w:val="595959"/>
                <w:sz w:val="19"/>
              </w:rPr>
              <w:t>[Uraikan progres fisik/fungsional dan dokumentasi teknis]</w:t>
            </w:r>
          </w:p>
        </w:tc>
      </w:tr>
      <w:tr w:rsidR="001C1323" w:rsidRPr="00CD5712" w14:paraId="04C49BDF" w14:textId="77777777">
        <w:trPr>
          <w:cantSplit/>
          <w:trHeight w:val="351"/>
        </w:trPr>
        <w:tc>
          <w:tcPr>
            <w:tcW w:w="3500" w:type="dxa"/>
            <w:tcMar>
              <w:top w:w="50" w:type="dxa"/>
              <w:left w:w="90" w:type="dxa"/>
              <w:bottom w:w="50" w:type="dxa"/>
              <w:right w:w="90" w:type="dxa"/>
            </w:tcMar>
          </w:tcPr>
          <w:p w14:paraId="72DD6813" w14:textId="77777777" w:rsidR="001C1323" w:rsidRPr="00CD5712" w:rsidRDefault="00000000">
            <w:pPr>
              <w:rPr>
                <w:rFonts w:ascii="Times New Roman" w:hAnsi="Times New Roman" w:cs="Times New Roman"/>
              </w:rPr>
            </w:pPr>
            <w:r w:rsidRPr="00CD5712">
              <w:rPr>
                <w:rFonts w:ascii="Times New Roman" w:hAnsi="Times New Roman" w:cs="Times New Roman"/>
                <w:sz w:val="19"/>
              </w:rPr>
              <w:t>Hasil pengujian/validasi sementara dan validasi oleh mitra</w:t>
            </w:r>
          </w:p>
        </w:tc>
        <w:tc>
          <w:tcPr>
            <w:tcW w:w="5526" w:type="dxa"/>
            <w:gridSpan w:val="2"/>
            <w:tcMar>
              <w:top w:w="50" w:type="dxa"/>
              <w:left w:w="90" w:type="dxa"/>
              <w:bottom w:w="50" w:type="dxa"/>
              <w:right w:w="90" w:type="dxa"/>
            </w:tcMar>
          </w:tcPr>
          <w:p w14:paraId="32EE8DD9" w14:textId="77777777" w:rsidR="001C1323" w:rsidRPr="00CD5712" w:rsidRDefault="00000000">
            <w:pPr>
              <w:rPr>
                <w:rFonts w:ascii="Times New Roman" w:hAnsi="Times New Roman" w:cs="Times New Roman"/>
              </w:rPr>
            </w:pPr>
            <w:r w:rsidRPr="00CD5712">
              <w:rPr>
                <w:rFonts w:ascii="Times New Roman" w:hAnsi="Times New Roman" w:cs="Times New Roman"/>
                <w:color w:val="595959"/>
                <w:sz w:val="19"/>
              </w:rPr>
              <w:t>[Uraikan hasil pengujian; nama pihak mitra yang memvalidasi; nomor dan tanggal dokumen]</w:t>
            </w:r>
          </w:p>
        </w:tc>
      </w:tr>
      <w:tr w:rsidR="001C1323" w:rsidRPr="00CD5712" w14:paraId="4FF81D50" w14:textId="77777777">
        <w:trPr>
          <w:cantSplit/>
          <w:trHeight w:val="351"/>
        </w:trPr>
        <w:tc>
          <w:tcPr>
            <w:tcW w:w="3500" w:type="dxa"/>
            <w:tcMar>
              <w:top w:w="50" w:type="dxa"/>
              <w:left w:w="90" w:type="dxa"/>
              <w:bottom w:w="50" w:type="dxa"/>
              <w:right w:w="90" w:type="dxa"/>
            </w:tcMar>
          </w:tcPr>
          <w:p w14:paraId="059C6BEB" w14:textId="77777777" w:rsidR="001C1323" w:rsidRPr="00CD5712" w:rsidRDefault="00000000">
            <w:pPr>
              <w:rPr>
                <w:rFonts w:ascii="Times New Roman" w:hAnsi="Times New Roman" w:cs="Times New Roman"/>
              </w:rPr>
            </w:pPr>
            <w:r w:rsidRPr="00CD5712">
              <w:rPr>
                <w:rFonts w:ascii="Times New Roman" w:hAnsi="Times New Roman" w:cs="Times New Roman"/>
                <w:sz w:val="19"/>
              </w:rPr>
              <w:t>Dokumentasi (foto, video, demonstrasi)</w:t>
            </w:r>
          </w:p>
        </w:tc>
        <w:tc>
          <w:tcPr>
            <w:tcW w:w="5526" w:type="dxa"/>
            <w:gridSpan w:val="2"/>
            <w:tcMar>
              <w:top w:w="50" w:type="dxa"/>
              <w:left w:w="90" w:type="dxa"/>
              <w:bottom w:w="50" w:type="dxa"/>
              <w:right w:w="90" w:type="dxa"/>
            </w:tcMar>
          </w:tcPr>
          <w:p w14:paraId="5CE4C8CC" w14:textId="5C7530AA" w:rsidR="001C1323" w:rsidRPr="00CD5712" w:rsidRDefault="00000000">
            <w:pPr>
              <w:rPr>
                <w:rFonts w:ascii="Times New Roman" w:hAnsi="Times New Roman" w:cs="Times New Roman"/>
              </w:rPr>
            </w:pPr>
            <w:r w:rsidRPr="00CD5712">
              <w:rPr>
                <w:rFonts w:ascii="Times New Roman" w:hAnsi="Times New Roman" w:cs="Times New Roman"/>
                <w:color w:val="595959"/>
                <w:sz w:val="19"/>
              </w:rPr>
              <w:t>[</w:t>
            </w:r>
            <w:r w:rsidR="00101C69">
              <w:rPr>
                <w:rFonts w:ascii="Times New Roman" w:hAnsi="Times New Roman" w:cs="Times New Roman"/>
                <w:color w:val="595959"/>
                <w:sz w:val="19"/>
              </w:rPr>
              <w:t>tautan dokumentasi</w:t>
            </w:r>
            <w:r w:rsidRPr="00CD5712">
              <w:rPr>
                <w:rFonts w:ascii="Times New Roman" w:hAnsi="Times New Roman" w:cs="Times New Roman"/>
                <w:color w:val="595959"/>
                <w:sz w:val="19"/>
              </w:rPr>
              <w:t>]</w:t>
            </w:r>
          </w:p>
        </w:tc>
      </w:tr>
    </w:tbl>
    <w:p w14:paraId="7C8972C8" w14:textId="77777777" w:rsidR="001C1323" w:rsidRPr="00CD5712" w:rsidRDefault="001C1323">
      <w:pPr>
        <w:spacing w:line="120" w:lineRule="exact"/>
        <w:rPr>
          <w:rFonts w:ascii="Times New Roman" w:hAnsi="Times New Roman" w:cs="Times New Roman"/>
        </w:rPr>
      </w:pPr>
    </w:p>
    <w:tbl>
      <w:tblPr>
        <w:tblW w:w="9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26"/>
      </w:tblGrid>
      <w:tr w:rsidR="001C1323" w:rsidRPr="00CD5712" w14:paraId="2727A0D8" w14:textId="77777777">
        <w:trPr>
          <w:cantSplit/>
        </w:trPr>
        <w:tc>
          <w:tcPr>
            <w:tcW w:w="9026" w:type="dxa"/>
            <w:shd w:val="clear" w:color="auto" w:fill="CAE9F7"/>
            <w:tcMar>
              <w:top w:w="70" w:type="dxa"/>
              <w:left w:w="100" w:type="dxa"/>
              <w:bottom w:w="70" w:type="dxa"/>
              <w:right w:w="100" w:type="dxa"/>
            </w:tcMar>
          </w:tcPr>
          <w:p w14:paraId="40055200" w14:textId="77777777" w:rsidR="001C1323" w:rsidRPr="00CD5712" w:rsidRDefault="00000000">
            <w:pPr>
              <w:keepNext/>
              <w:rPr>
                <w:rFonts w:ascii="Times New Roman" w:hAnsi="Times New Roman" w:cs="Times New Roman"/>
              </w:rPr>
            </w:pPr>
            <w:r w:rsidRPr="00CD5712">
              <w:rPr>
                <w:rFonts w:ascii="Times New Roman" w:hAnsi="Times New Roman" w:cs="Times New Roman"/>
                <w:b/>
                <w:sz w:val="21"/>
              </w:rPr>
              <w:lastRenderedPageBreak/>
              <w:t>6.  Kontribusi terhadap SDGs dan Prinsip GEDSI</w:t>
            </w:r>
          </w:p>
        </w:tc>
      </w:tr>
      <w:tr w:rsidR="001C1323" w:rsidRPr="00CD5712" w14:paraId="5C8812CA" w14:textId="77777777" w:rsidTr="00530B40">
        <w:trPr>
          <w:trHeight w:val="1069"/>
        </w:trPr>
        <w:tc>
          <w:tcPr>
            <w:tcW w:w="9026" w:type="dxa"/>
            <w:tcMar>
              <w:top w:w="70" w:type="dxa"/>
              <w:left w:w="100" w:type="dxa"/>
              <w:bottom w:w="70" w:type="dxa"/>
              <w:right w:w="100" w:type="dxa"/>
            </w:tcMar>
          </w:tcPr>
          <w:p w14:paraId="365245F4" w14:textId="1BE20C1C" w:rsidR="001C1323" w:rsidRPr="001E74B7" w:rsidRDefault="00000000">
            <w:pPr>
              <w:spacing w:after="30"/>
              <w:rPr>
                <w:rFonts w:ascii="Times New Roman" w:hAnsi="Times New Roman" w:cs="Times New Roman"/>
                <w:i/>
                <w:iCs/>
                <w:szCs w:val="20"/>
              </w:rPr>
            </w:pPr>
            <w:r w:rsidRPr="001E74B7">
              <w:rPr>
                <w:rFonts w:ascii="Times New Roman" w:hAnsi="Times New Roman" w:cs="Times New Roman"/>
                <w:i/>
                <w:iCs/>
                <w:color w:val="595959"/>
                <w:szCs w:val="20"/>
              </w:rPr>
              <w:t>Uraikan relevansi dan perkembangan kontribusi penelitian terhadap pencapaian Sustainable Development Goals (SDGs) serta integrasi prinsip Gender Equality, Disability and Social Inclusion (GEDSI) dalam pelaksanaan penelitian</w:t>
            </w:r>
            <w:r w:rsidR="00DF3248">
              <w:rPr>
                <w:rFonts w:ascii="Times New Roman" w:hAnsi="Times New Roman" w:cs="Times New Roman"/>
                <w:i/>
                <w:iCs/>
                <w:color w:val="595959"/>
                <w:szCs w:val="20"/>
              </w:rPr>
              <w:t xml:space="preserve"> </w:t>
            </w:r>
            <w:r w:rsidR="00DF3248" w:rsidRPr="001E74B7">
              <w:rPr>
                <w:rFonts w:ascii="Times New Roman" w:hAnsi="Times New Roman" w:cs="Times New Roman"/>
                <w:i/>
                <w:iCs/>
                <w:color w:val="595959"/>
                <w:szCs w:val="20"/>
              </w:rPr>
              <w:t>sampai periode pelaporan</w:t>
            </w:r>
            <w:r w:rsidR="00DF3248">
              <w:rPr>
                <w:rFonts w:ascii="Times New Roman" w:hAnsi="Times New Roman" w:cs="Times New Roman"/>
                <w:i/>
                <w:iCs/>
                <w:color w:val="595959"/>
                <w:szCs w:val="20"/>
              </w:rPr>
              <w:t xml:space="preserve"> kemajuan.</w:t>
            </w:r>
          </w:p>
          <w:p w14:paraId="0FDAEB78" w14:textId="3D2E3B1B" w:rsidR="001C1323" w:rsidRPr="00530B40" w:rsidRDefault="00000000" w:rsidP="00530B40">
            <w:pPr>
              <w:spacing w:after="30"/>
              <w:rPr>
                <w:rFonts w:ascii="Times New Roman" w:hAnsi="Times New Roman" w:cs="Times New Roman"/>
                <w:i/>
                <w:iCs/>
                <w:szCs w:val="20"/>
              </w:rPr>
            </w:pPr>
            <w:r w:rsidRPr="001E74B7">
              <w:rPr>
                <w:rFonts w:ascii="Times New Roman" w:hAnsi="Times New Roman" w:cs="Times New Roman"/>
                <w:i/>
                <w:iCs/>
                <w:color w:val="595959"/>
                <w:szCs w:val="20"/>
              </w:rPr>
              <w:t>Ditulis dengan jenis huruf Times New Roman, ukuran font 12, spasi 1,15.</w:t>
            </w:r>
          </w:p>
        </w:tc>
      </w:tr>
    </w:tbl>
    <w:p w14:paraId="6B45B210" w14:textId="77777777" w:rsidR="001C1323" w:rsidRPr="00CD5712" w:rsidRDefault="001C1323">
      <w:pPr>
        <w:spacing w:line="120" w:lineRule="exact"/>
        <w:rPr>
          <w:rFonts w:ascii="Times New Roman" w:hAnsi="Times New Roman" w:cs="Times New Roman"/>
        </w:rPr>
      </w:pPr>
    </w:p>
    <w:tbl>
      <w:tblPr>
        <w:tblW w:w="9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94"/>
        <w:gridCol w:w="3222"/>
        <w:gridCol w:w="10"/>
      </w:tblGrid>
      <w:tr w:rsidR="001C1323" w:rsidRPr="00CD5712" w14:paraId="30714EBA" w14:textId="77777777">
        <w:trPr>
          <w:gridAfter w:val="1"/>
          <w:wAfter w:w="10" w:type="dxa"/>
          <w:cantSplit/>
        </w:trPr>
        <w:tc>
          <w:tcPr>
            <w:tcW w:w="9026" w:type="dxa"/>
            <w:gridSpan w:val="2"/>
            <w:shd w:val="clear" w:color="auto" w:fill="CAE9F7"/>
            <w:tcMar>
              <w:top w:w="70" w:type="dxa"/>
              <w:left w:w="100" w:type="dxa"/>
              <w:bottom w:w="70" w:type="dxa"/>
              <w:right w:w="100" w:type="dxa"/>
            </w:tcMar>
          </w:tcPr>
          <w:p w14:paraId="6BCCF21E" w14:textId="77777777" w:rsidR="001C1323" w:rsidRPr="00CD5712" w:rsidRDefault="00000000">
            <w:pPr>
              <w:keepNext/>
              <w:rPr>
                <w:rFonts w:ascii="Times New Roman" w:hAnsi="Times New Roman" w:cs="Times New Roman"/>
              </w:rPr>
            </w:pPr>
            <w:r w:rsidRPr="00CD5712">
              <w:rPr>
                <w:rFonts w:ascii="Times New Roman" w:hAnsi="Times New Roman" w:cs="Times New Roman"/>
                <w:b/>
                <w:sz w:val="21"/>
              </w:rPr>
              <w:t>7.  Realisasi Penggunaan Anggaran Tahap I</w:t>
            </w:r>
          </w:p>
        </w:tc>
      </w:tr>
      <w:tr w:rsidR="001C1323" w:rsidRPr="00CD5712" w14:paraId="650F8AA5" w14:textId="77777777">
        <w:trPr>
          <w:gridAfter w:val="1"/>
          <w:wAfter w:w="10" w:type="dxa"/>
          <w:trHeight w:val="907"/>
        </w:trPr>
        <w:tc>
          <w:tcPr>
            <w:tcW w:w="9026" w:type="dxa"/>
            <w:gridSpan w:val="2"/>
            <w:tcMar>
              <w:top w:w="70" w:type="dxa"/>
              <w:left w:w="100" w:type="dxa"/>
              <w:bottom w:w="70" w:type="dxa"/>
              <w:right w:w="100" w:type="dxa"/>
            </w:tcMar>
          </w:tcPr>
          <w:p w14:paraId="05E609B8" w14:textId="3207FC27" w:rsidR="001C1323" w:rsidRPr="001E74B7" w:rsidRDefault="00000000">
            <w:pPr>
              <w:spacing w:after="30"/>
              <w:rPr>
                <w:rFonts w:ascii="Times New Roman" w:hAnsi="Times New Roman" w:cs="Times New Roman"/>
                <w:i/>
                <w:iCs/>
                <w:szCs w:val="20"/>
              </w:rPr>
            </w:pPr>
            <w:r w:rsidRPr="001E74B7">
              <w:rPr>
                <w:rFonts w:ascii="Times New Roman" w:hAnsi="Times New Roman" w:cs="Times New Roman"/>
                <w:i/>
                <w:iCs/>
                <w:color w:val="595959"/>
                <w:szCs w:val="20"/>
              </w:rPr>
              <w:t>Isi realisasi penggunaan dana Tahap I. Realisasi dilaporkan sesuai RAB yang disetujui dan dilengkapi bukti pengeluaran yang sah. Dana tidak digunakan untuk honorarium atau pendanaan langsung kepada mitra luar negeri dan tidak untuk komponen yang tidak diperbolehkan.</w:t>
            </w:r>
          </w:p>
        </w:tc>
      </w:tr>
      <w:tr w:rsidR="001C1323" w:rsidRPr="00CD5712" w14:paraId="033A3261" w14:textId="77777777">
        <w:trPr>
          <w:cantSplit/>
          <w:trHeight w:val="351"/>
        </w:trPr>
        <w:tc>
          <w:tcPr>
            <w:tcW w:w="5800" w:type="dxa"/>
            <w:tcMar>
              <w:top w:w="50" w:type="dxa"/>
              <w:left w:w="90" w:type="dxa"/>
              <w:bottom w:w="50" w:type="dxa"/>
              <w:right w:w="90" w:type="dxa"/>
            </w:tcMar>
          </w:tcPr>
          <w:p w14:paraId="2046BBA1" w14:textId="77777777" w:rsidR="001C1323" w:rsidRPr="00CD5712" w:rsidRDefault="00000000">
            <w:pPr>
              <w:rPr>
                <w:rFonts w:ascii="Times New Roman" w:hAnsi="Times New Roman" w:cs="Times New Roman"/>
              </w:rPr>
            </w:pPr>
            <w:r w:rsidRPr="00CD5712">
              <w:rPr>
                <w:rFonts w:ascii="Times New Roman" w:hAnsi="Times New Roman" w:cs="Times New Roman"/>
                <w:sz w:val="19"/>
              </w:rPr>
              <w:t>Total pendanaan yang disetujui</w:t>
            </w:r>
          </w:p>
        </w:tc>
        <w:tc>
          <w:tcPr>
            <w:tcW w:w="3226" w:type="dxa"/>
            <w:gridSpan w:val="2"/>
            <w:tcMar>
              <w:top w:w="50" w:type="dxa"/>
              <w:left w:w="90" w:type="dxa"/>
              <w:bottom w:w="50" w:type="dxa"/>
              <w:right w:w="90" w:type="dxa"/>
            </w:tcMar>
          </w:tcPr>
          <w:p w14:paraId="5498C13D" w14:textId="77777777" w:rsidR="001C1323" w:rsidRPr="00CD5712" w:rsidRDefault="00000000">
            <w:pPr>
              <w:rPr>
                <w:rFonts w:ascii="Times New Roman" w:hAnsi="Times New Roman" w:cs="Times New Roman"/>
              </w:rPr>
            </w:pPr>
            <w:r w:rsidRPr="00CD5712">
              <w:rPr>
                <w:rFonts w:ascii="Times New Roman" w:hAnsi="Times New Roman" w:cs="Times New Roman"/>
                <w:sz w:val="19"/>
              </w:rPr>
              <w:t>Rp [Nilai Kontrak]</w:t>
            </w:r>
          </w:p>
        </w:tc>
      </w:tr>
      <w:tr w:rsidR="001C1323" w:rsidRPr="00CD5712" w14:paraId="116998DF" w14:textId="77777777">
        <w:trPr>
          <w:cantSplit/>
          <w:trHeight w:val="351"/>
        </w:trPr>
        <w:tc>
          <w:tcPr>
            <w:tcW w:w="5800" w:type="dxa"/>
            <w:tcMar>
              <w:top w:w="50" w:type="dxa"/>
              <w:left w:w="90" w:type="dxa"/>
              <w:bottom w:w="50" w:type="dxa"/>
              <w:right w:w="90" w:type="dxa"/>
            </w:tcMar>
          </w:tcPr>
          <w:p w14:paraId="6AAB7852" w14:textId="77777777" w:rsidR="001C1323" w:rsidRPr="00CD5712" w:rsidRDefault="00000000">
            <w:pPr>
              <w:rPr>
                <w:rFonts w:ascii="Times New Roman" w:hAnsi="Times New Roman" w:cs="Times New Roman"/>
              </w:rPr>
            </w:pPr>
            <w:r w:rsidRPr="00CD5712">
              <w:rPr>
                <w:rFonts w:ascii="Times New Roman" w:hAnsi="Times New Roman" w:cs="Times New Roman"/>
                <w:sz w:val="19"/>
              </w:rPr>
              <w:t>Dana Tahap I yang telah dicairkan (tanggal pencairan: [Tanggal Pencairan])</w:t>
            </w:r>
          </w:p>
        </w:tc>
        <w:tc>
          <w:tcPr>
            <w:tcW w:w="3226" w:type="dxa"/>
            <w:gridSpan w:val="2"/>
            <w:tcMar>
              <w:top w:w="50" w:type="dxa"/>
              <w:left w:w="90" w:type="dxa"/>
              <w:bottom w:w="50" w:type="dxa"/>
              <w:right w:w="90" w:type="dxa"/>
            </w:tcMar>
          </w:tcPr>
          <w:p w14:paraId="4F33CDC3" w14:textId="77777777" w:rsidR="001C1323" w:rsidRPr="00CD5712" w:rsidRDefault="00000000">
            <w:pPr>
              <w:rPr>
                <w:rFonts w:ascii="Times New Roman" w:hAnsi="Times New Roman" w:cs="Times New Roman"/>
              </w:rPr>
            </w:pPr>
            <w:r w:rsidRPr="00CD5712">
              <w:rPr>
                <w:rFonts w:ascii="Times New Roman" w:hAnsi="Times New Roman" w:cs="Times New Roman"/>
                <w:sz w:val="19"/>
              </w:rPr>
              <w:t>Rp [Jumlah Dana Tahap I]</w:t>
            </w:r>
          </w:p>
        </w:tc>
      </w:tr>
      <w:tr w:rsidR="001C1323" w:rsidRPr="00CD5712" w14:paraId="2F3E09B0" w14:textId="77777777">
        <w:trPr>
          <w:cantSplit/>
          <w:trHeight w:val="351"/>
        </w:trPr>
        <w:tc>
          <w:tcPr>
            <w:tcW w:w="5800" w:type="dxa"/>
            <w:tcMar>
              <w:top w:w="50" w:type="dxa"/>
              <w:left w:w="90" w:type="dxa"/>
              <w:bottom w:w="50" w:type="dxa"/>
              <w:right w:w="90" w:type="dxa"/>
            </w:tcMar>
          </w:tcPr>
          <w:p w14:paraId="1B1A4D20" w14:textId="77777777" w:rsidR="001C1323" w:rsidRPr="00CD5712" w:rsidRDefault="00000000">
            <w:pPr>
              <w:rPr>
                <w:rFonts w:ascii="Times New Roman" w:hAnsi="Times New Roman" w:cs="Times New Roman"/>
              </w:rPr>
            </w:pPr>
            <w:r w:rsidRPr="00CD5712">
              <w:rPr>
                <w:rFonts w:ascii="Times New Roman" w:hAnsi="Times New Roman" w:cs="Times New Roman"/>
                <w:sz w:val="19"/>
              </w:rPr>
              <w:t>Realisasi penggunaan dana Tahap I sampai periode pelaporan</w:t>
            </w:r>
          </w:p>
        </w:tc>
        <w:tc>
          <w:tcPr>
            <w:tcW w:w="3226" w:type="dxa"/>
            <w:gridSpan w:val="2"/>
            <w:tcMar>
              <w:top w:w="50" w:type="dxa"/>
              <w:left w:w="90" w:type="dxa"/>
              <w:bottom w:w="50" w:type="dxa"/>
              <w:right w:w="90" w:type="dxa"/>
            </w:tcMar>
          </w:tcPr>
          <w:p w14:paraId="5B0D7B3F" w14:textId="77777777" w:rsidR="001C1323" w:rsidRPr="00CD5712" w:rsidRDefault="00000000">
            <w:pPr>
              <w:rPr>
                <w:rFonts w:ascii="Times New Roman" w:hAnsi="Times New Roman" w:cs="Times New Roman"/>
              </w:rPr>
            </w:pPr>
            <w:r w:rsidRPr="00CD5712">
              <w:rPr>
                <w:rFonts w:ascii="Times New Roman" w:hAnsi="Times New Roman" w:cs="Times New Roman"/>
                <w:sz w:val="19"/>
              </w:rPr>
              <w:t>Rp [Jumlah Realisasi]</w:t>
            </w:r>
          </w:p>
        </w:tc>
      </w:tr>
      <w:tr w:rsidR="001C1323" w:rsidRPr="00CD5712" w14:paraId="78492792" w14:textId="77777777">
        <w:trPr>
          <w:cantSplit/>
          <w:trHeight w:val="351"/>
        </w:trPr>
        <w:tc>
          <w:tcPr>
            <w:tcW w:w="5800" w:type="dxa"/>
            <w:tcMar>
              <w:top w:w="50" w:type="dxa"/>
              <w:left w:w="90" w:type="dxa"/>
              <w:bottom w:w="50" w:type="dxa"/>
              <w:right w:w="90" w:type="dxa"/>
            </w:tcMar>
          </w:tcPr>
          <w:p w14:paraId="7A066AB1" w14:textId="77777777" w:rsidR="001C1323" w:rsidRPr="00CD5712" w:rsidRDefault="00000000">
            <w:pPr>
              <w:rPr>
                <w:rFonts w:ascii="Times New Roman" w:hAnsi="Times New Roman" w:cs="Times New Roman"/>
              </w:rPr>
            </w:pPr>
            <w:r w:rsidRPr="00CD5712">
              <w:rPr>
                <w:rFonts w:ascii="Times New Roman" w:hAnsi="Times New Roman" w:cs="Times New Roman"/>
                <w:sz w:val="19"/>
              </w:rPr>
              <w:t>Persentase realisasi terhadap dana Tahap I</w:t>
            </w:r>
          </w:p>
        </w:tc>
        <w:tc>
          <w:tcPr>
            <w:tcW w:w="3226" w:type="dxa"/>
            <w:gridSpan w:val="2"/>
            <w:tcMar>
              <w:top w:w="50" w:type="dxa"/>
              <w:left w:w="90" w:type="dxa"/>
              <w:bottom w:w="50" w:type="dxa"/>
              <w:right w:w="90" w:type="dxa"/>
            </w:tcMar>
          </w:tcPr>
          <w:p w14:paraId="63380C9F" w14:textId="3A3F50FF" w:rsidR="001C1323" w:rsidRPr="00CD5712" w:rsidRDefault="00000000">
            <w:pPr>
              <w:rPr>
                <w:rFonts w:ascii="Times New Roman" w:hAnsi="Times New Roman" w:cs="Times New Roman"/>
              </w:rPr>
            </w:pPr>
            <w:r w:rsidRPr="00CD5712">
              <w:rPr>
                <w:rFonts w:ascii="Times New Roman" w:hAnsi="Times New Roman" w:cs="Times New Roman"/>
                <w:color w:val="595959"/>
                <w:sz w:val="19"/>
              </w:rPr>
              <w:t>[...] %</w:t>
            </w:r>
            <w:r w:rsidR="00DF3248">
              <w:rPr>
                <w:rFonts w:ascii="Times New Roman" w:hAnsi="Times New Roman" w:cs="Times New Roman"/>
                <w:color w:val="595959"/>
                <w:sz w:val="19"/>
              </w:rPr>
              <w:t xml:space="preserve"> dari dana tahap I</w:t>
            </w:r>
          </w:p>
        </w:tc>
      </w:tr>
    </w:tbl>
    <w:p w14:paraId="297FF6E3" w14:textId="77777777" w:rsidR="001C1323" w:rsidRPr="00CD5712" w:rsidRDefault="001C1323">
      <w:pPr>
        <w:spacing w:line="60" w:lineRule="exact"/>
        <w:rPr>
          <w:rFonts w:ascii="Times New Roman" w:hAnsi="Times New Roman" w:cs="Times New Roman"/>
        </w:rPr>
      </w:pPr>
    </w:p>
    <w:tbl>
      <w:tblPr>
        <w:tblW w:w="9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00"/>
        <w:gridCol w:w="1450"/>
        <w:gridCol w:w="1650"/>
        <w:gridCol w:w="800"/>
        <w:gridCol w:w="1826"/>
      </w:tblGrid>
      <w:tr w:rsidR="001C1323" w:rsidRPr="00CD5712" w14:paraId="122F3419" w14:textId="77777777">
        <w:trPr>
          <w:cantSplit/>
          <w:tblHeader/>
        </w:trPr>
        <w:tc>
          <w:tcPr>
            <w:tcW w:w="3300" w:type="dxa"/>
            <w:shd w:val="clear" w:color="auto" w:fill="CAE9F7"/>
            <w:tcMar>
              <w:top w:w="50" w:type="dxa"/>
              <w:left w:w="90" w:type="dxa"/>
              <w:bottom w:w="50" w:type="dxa"/>
              <w:right w:w="90" w:type="dxa"/>
            </w:tcMar>
            <w:vAlign w:val="center"/>
          </w:tcPr>
          <w:p w14:paraId="2D2F3D34" w14:textId="77777777" w:rsidR="001C1323" w:rsidRPr="00CD5712" w:rsidRDefault="00000000">
            <w:pPr>
              <w:jc w:val="center"/>
              <w:rPr>
                <w:rFonts w:ascii="Times New Roman" w:hAnsi="Times New Roman" w:cs="Times New Roman"/>
              </w:rPr>
            </w:pPr>
            <w:r w:rsidRPr="00CD5712">
              <w:rPr>
                <w:rFonts w:ascii="Times New Roman" w:hAnsi="Times New Roman" w:cs="Times New Roman"/>
                <w:b/>
                <w:sz w:val="18"/>
              </w:rPr>
              <w:t>Komponen Pembiayaan</w:t>
            </w:r>
          </w:p>
        </w:tc>
        <w:tc>
          <w:tcPr>
            <w:tcW w:w="1450" w:type="dxa"/>
            <w:shd w:val="clear" w:color="auto" w:fill="CAE9F7"/>
            <w:tcMar>
              <w:top w:w="50" w:type="dxa"/>
              <w:left w:w="90" w:type="dxa"/>
              <w:bottom w:w="50" w:type="dxa"/>
              <w:right w:w="90" w:type="dxa"/>
            </w:tcMar>
            <w:vAlign w:val="center"/>
          </w:tcPr>
          <w:p w14:paraId="084BCC76" w14:textId="77777777" w:rsidR="001C1323" w:rsidRPr="00CD5712" w:rsidRDefault="00000000">
            <w:pPr>
              <w:jc w:val="center"/>
              <w:rPr>
                <w:rFonts w:ascii="Times New Roman" w:hAnsi="Times New Roman" w:cs="Times New Roman"/>
              </w:rPr>
            </w:pPr>
            <w:r w:rsidRPr="00CD5712">
              <w:rPr>
                <w:rFonts w:ascii="Times New Roman" w:hAnsi="Times New Roman" w:cs="Times New Roman"/>
                <w:b/>
                <w:sz w:val="18"/>
              </w:rPr>
              <w:t>Anggaran RAB yang disetujui (Rp)</w:t>
            </w:r>
          </w:p>
        </w:tc>
        <w:tc>
          <w:tcPr>
            <w:tcW w:w="1650" w:type="dxa"/>
            <w:shd w:val="clear" w:color="auto" w:fill="CAE9F7"/>
            <w:tcMar>
              <w:top w:w="50" w:type="dxa"/>
              <w:left w:w="90" w:type="dxa"/>
              <w:bottom w:w="50" w:type="dxa"/>
              <w:right w:w="90" w:type="dxa"/>
            </w:tcMar>
            <w:vAlign w:val="center"/>
          </w:tcPr>
          <w:p w14:paraId="5EEF72CD" w14:textId="77777777" w:rsidR="001C1323" w:rsidRPr="00CD5712" w:rsidRDefault="00000000">
            <w:pPr>
              <w:jc w:val="center"/>
              <w:rPr>
                <w:rFonts w:ascii="Times New Roman" w:hAnsi="Times New Roman" w:cs="Times New Roman"/>
              </w:rPr>
            </w:pPr>
            <w:r w:rsidRPr="00CD5712">
              <w:rPr>
                <w:rFonts w:ascii="Times New Roman" w:hAnsi="Times New Roman" w:cs="Times New Roman"/>
                <w:b/>
                <w:sz w:val="18"/>
              </w:rPr>
              <w:t>Realisasi Tahap I s.d. periode pelaporan (Rp)</w:t>
            </w:r>
          </w:p>
        </w:tc>
        <w:tc>
          <w:tcPr>
            <w:tcW w:w="800" w:type="dxa"/>
            <w:shd w:val="clear" w:color="auto" w:fill="CAE9F7"/>
            <w:tcMar>
              <w:top w:w="50" w:type="dxa"/>
              <w:left w:w="90" w:type="dxa"/>
              <w:bottom w:w="50" w:type="dxa"/>
              <w:right w:w="90" w:type="dxa"/>
            </w:tcMar>
            <w:vAlign w:val="center"/>
          </w:tcPr>
          <w:p w14:paraId="23141B8F" w14:textId="77777777" w:rsidR="001C1323" w:rsidRPr="00CD5712" w:rsidRDefault="00000000">
            <w:pPr>
              <w:jc w:val="center"/>
              <w:rPr>
                <w:rFonts w:ascii="Times New Roman" w:hAnsi="Times New Roman" w:cs="Times New Roman"/>
              </w:rPr>
            </w:pPr>
            <w:r w:rsidRPr="00CD5712">
              <w:rPr>
                <w:rFonts w:ascii="Times New Roman" w:hAnsi="Times New Roman" w:cs="Times New Roman"/>
                <w:b/>
                <w:sz w:val="18"/>
              </w:rPr>
              <w:t>% thd RAB</w:t>
            </w:r>
          </w:p>
        </w:tc>
        <w:tc>
          <w:tcPr>
            <w:tcW w:w="1826" w:type="dxa"/>
            <w:shd w:val="clear" w:color="auto" w:fill="CAE9F7"/>
            <w:tcMar>
              <w:top w:w="50" w:type="dxa"/>
              <w:left w:w="90" w:type="dxa"/>
              <w:bottom w:w="50" w:type="dxa"/>
              <w:right w:w="90" w:type="dxa"/>
            </w:tcMar>
            <w:vAlign w:val="center"/>
          </w:tcPr>
          <w:p w14:paraId="557204CE" w14:textId="77777777" w:rsidR="001C1323" w:rsidRPr="00CD5712" w:rsidRDefault="00000000">
            <w:pPr>
              <w:jc w:val="center"/>
              <w:rPr>
                <w:rFonts w:ascii="Times New Roman" w:hAnsi="Times New Roman" w:cs="Times New Roman"/>
              </w:rPr>
            </w:pPr>
            <w:r w:rsidRPr="00CD5712">
              <w:rPr>
                <w:rFonts w:ascii="Times New Roman" w:hAnsi="Times New Roman" w:cs="Times New Roman"/>
                <w:b/>
                <w:sz w:val="18"/>
              </w:rPr>
              <w:t>Keterangan (selisih terhadap RAB, jika ada)</w:t>
            </w:r>
          </w:p>
        </w:tc>
      </w:tr>
      <w:tr w:rsidR="001C1323" w:rsidRPr="00CD5712" w14:paraId="71A2446E" w14:textId="77777777" w:rsidTr="00DF3248">
        <w:trPr>
          <w:cantSplit/>
          <w:trHeight w:val="191"/>
        </w:trPr>
        <w:tc>
          <w:tcPr>
            <w:tcW w:w="3300" w:type="dxa"/>
            <w:shd w:val="clear" w:color="auto" w:fill="FAE49E"/>
            <w:tcMar>
              <w:top w:w="50" w:type="dxa"/>
              <w:left w:w="90" w:type="dxa"/>
              <w:bottom w:w="50" w:type="dxa"/>
              <w:right w:w="90" w:type="dxa"/>
            </w:tcMar>
          </w:tcPr>
          <w:p w14:paraId="37EE4DB8" w14:textId="77777777" w:rsidR="001C1323" w:rsidRPr="00CD5712" w:rsidRDefault="00000000">
            <w:pPr>
              <w:rPr>
                <w:rFonts w:ascii="Times New Roman" w:hAnsi="Times New Roman" w:cs="Times New Roman"/>
              </w:rPr>
            </w:pPr>
            <w:r w:rsidRPr="00CD5712">
              <w:rPr>
                <w:rFonts w:ascii="Times New Roman" w:hAnsi="Times New Roman" w:cs="Times New Roman"/>
                <w:b/>
                <w:sz w:val="18"/>
              </w:rPr>
              <w:t>A. Biaya Operasional Penelitian</w:t>
            </w:r>
          </w:p>
        </w:tc>
        <w:tc>
          <w:tcPr>
            <w:tcW w:w="1450" w:type="dxa"/>
            <w:shd w:val="clear" w:color="auto" w:fill="FAE49E"/>
            <w:tcMar>
              <w:top w:w="50" w:type="dxa"/>
              <w:left w:w="90" w:type="dxa"/>
              <w:bottom w:w="50" w:type="dxa"/>
              <w:right w:w="90" w:type="dxa"/>
            </w:tcMar>
          </w:tcPr>
          <w:p w14:paraId="4C284CE2" w14:textId="77777777" w:rsidR="001C1323" w:rsidRPr="00CD5712" w:rsidRDefault="001C1323">
            <w:pPr>
              <w:rPr>
                <w:rFonts w:ascii="Times New Roman" w:hAnsi="Times New Roman" w:cs="Times New Roman"/>
              </w:rPr>
            </w:pPr>
          </w:p>
        </w:tc>
        <w:tc>
          <w:tcPr>
            <w:tcW w:w="1650" w:type="dxa"/>
            <w:shd w:val="clear" w:color="auto" w:fill="FAE49E"/>
            <w:tcMar>
              <w:top w:w="50" w:type="dxa"/>
              <w:left w:w="90" w:type="dxa"/>
              <w:bottom w:w="50" w:type="dxa"/>
              <w:right w:w="90" w:type="dxa"/>
            </w:tcMar>
          </w:tcPr>
          <w:p w14:paraId="411A470E" w14:textId="77777777" w:rsidR="001C1323" w:rsidRPr="00CD5712" w:rsidRDefault="001C1323">
            <w:pPr>
              <w:rPr>
                <w:rFonts w:ascii="Times New Roman" w:hAnsi="Times New Roman" w:cs="Times New Roman"/>
              </w:rPr>
            </w:pPr>
          </w:p>
        </w:tc>
        <w:tc>
          <w:tcPr>
            <w:tcW w:w="800" w:type="dxa"/>
            <w:shd w:val="clear" w:color="auto" w:fill="FAE49E"/>
            <w:tcMar>
              <w:top w:w="50" w:type="dxa"/>
              <w:left w:w="90" w:type="dxa"/>
              <w:bottom w:w="50" w:type="dxa"/>
              <w:right w:w="90" w:type="dxa"/>
            </w:tcMar>
          </w:tcPr>
          <w:p w14:paraId="2824AC78" w14:textId="77777777" w:rsidR="001C1323" w:rsidRPr="00CD5712" w:rsidRDefault="001C1323">
            <w:pPr>
              <w:rPr>
                <w:rFonts w:ascii="Times New Roman" w:hAnsi="Times New Roman" w:cs="Times New Roman"/>
              </w:rPr>
            </w:pPr>
          </w:p>
        </w:tc>
        <w:tc>
          <w:tcPr>
            <w:tcW w:w="1826" w:type="dxa"/>
            <w:shd w:val="clear" w:color="auto" w:fill="FAE49E"/>
            <w:tcMar>
              <w:top w:w="50" w:type="dxa"/>
              <w:left w:w="90" w:type="dxa"/>
              <w:bottom w:w="50" w:type="dxa"/>
              <w:right w:w="90" w:type="dxa"/>
            </w:tcMar>
          </w:tcPr>
          <w:p w14:paraId="21F93CE8" w14:textId="77777777" w:rsidR="001C1323" w:rsidRPr="00CD5712" w:rsidRDefault="001C1323">
            <w:pPr>
              <w:rPr>
                <w:rFonts w:ascii="Times New Roman" w:hAnsi="Times New Roman" w:cs="Times New Roman"/>
              </w:rPr>
            </w:pPr>
          </w:p>
        </w:tc>
      </w:tr>
      <w:tr w:rsidR="001C1323" w:rsidRPr="00CD5712" w14:paraId="452B2F27" w14:textId="77777777">
        <w:trPr>
          <w:cantSplit/>
          <w:trHeight w:val="425"/>
        </w:trPr>
        <w:tc>
          <w:tcPr>
            <w:tcW w:w="3300" w:type="dxa"/>
            <w:tcMar>
              <w:top w:w="50" w:type="dxa"/>
              <w:left w:w="90" w:type="dxa"/>
              <w:bottom w:w="50" w:type="dxa"/>
              <w:right w:w="90" w:type="dxa"/>
            </w:tcMar>
          </w:tcPr>
          <w:p w14:paraId="792819FB" w14:textId="1E752440" w:rsidR="001C1323" w:rsidRPr="00CD5712" w:rsidRDefault="00000000">
            <w:pPr>
              <w:rPr>
                <w:rFonts w:ascii="Times New Roman" w:hAnsi="Times New Roman" w:cs="Times New Roman"/>
              </w:rPr>
            </w:pPr>
            <w:r w:rsidRPr="00CD5712">
              <w:rPr>
                <w:rFonts w:ascii="Times New Roman" w:hAnsi="Times New Roman" w:cs="Times New Roman"/>
                <w:sz w:val="18"/>
              </w:rPr>
              <w:t xml:space="preserve">1. Honorarium </w:t>
            </w:r>
            <w:r w:rsidR="003E015B">
              <w:rPr>
                <w:rFonts w:ascii="Times New Roman" w:hAnsi="Times New Roman" w:cs="Times New Roman"/>
                <w:sz w:val="18"/>
              </w:rPr>
              <w:t>Peneliti</w:t>
            </w:r>
          </w:p>
        </w:tc>
        <w:tc>
          <w:tcPr>
            <w:tcW w:w="1450" w:type="dxa"/>
            <w:tcMar>
              <w:top w:w="50" w:type="dxa"/>
              <w:left w:w="90" w:type="dxa"/>
              <w:bottom w:w="50" w:type="dxa"/>
              <w:right w:w="90" w:type="dxa"/>
            </w:tcMar>
          </w:tcPr>
          <w:p w14:paraId="1279B34A" w14:textId="77777777" w:rsidR="001C1323" w:rsidRPr="00CD5712" w:rsidRDefault="001C1323">
            <w:pPr>
              <w:rPr>
                <w:rFonts w:ascii="Times New Roman" w:hAnsi="Times New Roman" w:cs="Times New Roman"/>
              </w:rPr>
            </w:pPr>
          </w:p>
        </w:tc>
        <w:tc>
          <w:tcPr>
            <w:tcW w:w="1650" w:type="dxa"/>
            <w:tcMar>
              <w:top w:w="50" w:type="dxa"/>
              <w:left w:w="90" w:type="dxa"/>
              <w:bottom w:w="50" w:type="dxa"/>
              <w:right w:w="90" w:type="dxa"/>
            </w:tcMar>
          </w:tcPr>
          <w:p w14:paraId="61DFD028" w14:textId="77777777" w:rsidR="001C1323" w:rsidRPr="00CD5712" w:rsidRDefault="001C1323">
            <w:pPr>
              <w:rPr>
                <w:rFonts w:ascii="Times New Roman" w:hAnsi="Times New Roman" w:cs="Times New Roman"/>
              </w:rPr>
            </w:pPr>
          </w:p>
        </w:tc>
        <w:tc>
          <w:tcPr>
            <w:tcW w:w="800" w:type="dxa"/>
            <w:tcMar>
              <w:top w:w="50" w:type="dxa"/>
              <w:left w:w="90" w:type="dxa"/>
              <w:bottom w:w="50" w:type="dxa"/>
              <w:right w:w="90" w:type="dxa"/>
            </w:tcMar>
          </w:tcPr>
          <w:p w14:paraId="62418A29" w14:textId="77777777" w:rsidR="001C1323" w:rsidRPr="00CD5712" w:rsidRDefault="001C1323">
            <w:pPr>
              <w:rPr>
                <w:rFonts w:ascii="Times New Roman" w:hAnsi="Times New Roman" w:cs="Times New Roman"/>
              </w:rPr>
            </w:pPr>
          </w:p>
        </w:tc>
        <w:tc>
          <w:tcPr>
            <w:tcW w:w="1826" w:type="dxa"/>
            <w:tcMar>
              <w:top w:w="50" w:type="dxa"/>
              <w:left w:w="90" w:type="dxa"/>
              <w:bottom w:w="50" w:type="dxa"/>
              <w:right w:w="90" w:type="dxa"/>
            </w:tcMar>
          </w:tcPr>
          <w:p w14:paraId="075E3BDD" w14:textId="77777777" w:rsidR="001C1323" w:rsidRPr="00CD5712" w:rsidRDefault="001C1323">
            <w:pPr>
              <w:rPr>
                <w:rFonts w:ascii="Times New Roman" w:hAnsi="Times New Roman" w:cs="Times New Roman"/>
              </w:rPr>
            </w:pPr>
          </w:p>
        </w:tc>
      </w:tr>
      <w:tr w:rsidR="001C1323" w:rsidRPr="00CD5712" w14:paraId="0D36B0C2" w14:textId="77777777">
        <w:trPr>
          <w:cantSplit/>
          <w:trHeight w:val="425"/>
        </w:trPr>
        <w:tc>
          <w:tcPr>
            <w:tcW w:w="3300" w:type="dxa"/>
            <w:tcMar>
              <w:top w:w="50" w:type="dxa"/>
              <w:left w:w="90" w:type="dxa"/>
              <w:bottom w:w="50" w:type="dxa"/>
              <w:right w:w="90" w:type="dxa"/>
            </w:tcMar>
          </w:tcPr>
          <w:p w14:paraId="24BCC8E8" w14:textId="77777777" w:rsidR="001C1323" w:rsidRPr="00CD5712" w:rsidRDefault="00000000">
            <w:pPr>
              <w:rPr>
                <w:rFonts w:ascii="Times New Roman" w:hAnsi="Times New Roman" w:cs="Times New Roman"/>
              </w:rPr>
            </w:pPr>
            <w:r w:rsidRPr="00CD5712">
              <w:rPr>
                <w:rFonts w:ascii="Times New Roman" w:hAnsi="Times New Roman" w:cs="Times New Roman"/>
                <w:sz w:val="18"/>
              </w:rPr>
              <w:t>2. Bahan habis pakai (Kategori B: untuk pembuatan purwarupa)</w:t>
            </w:r>
          </w:p>
        </w:tc>
        <w:tc>
          <w:tcPr>
            <w:tcW w:w="1450" w:type="dxa"/>
            <w:tcMar>
              <w:top w:w="50" w:type="dxa"/>
              <w:left w:w="90" w:type="dxa"/>
              <w:bottom w:w="50" w:type="dxa"/>
              <w:right w:w="90" w:type="dxa"/>
            </w:tcMar>
          </w:tcPr>
          <w:p w14:paraId="797428AC" w14:textId="77777777" w:rsidR="001C1323" w:rsidRPr="00CD5712" w:rsidRDefault="001C1323">
            <w:pPr>
              <w:rPr>
                <w:rFonts w:ascii="Times New Roman" w:hAnsi="Times New Roman" w:cs="Times New Roman"/>
              </w:rPr>
            </w:pPr>
          </w:p>
        </w:tc>
        <w:tc>
          <w:tcPr>
            <w:tcW w:w="1650" w:type="dxa"/>
            <w:tcMar>
              <w:top w:w="50" w:type="dxa"/>
              <w:left w:w="90" w:type="dxa"/>
              <w:bottom w:w="50" w:type="dxa"/>
              <w:right w:w="90" w:type="dxa"/>
            </w:tcMar>
          </w:tcPr>
          <w:p w14:paraId="784937C1" w14:textId="77777777" w:rsidR="001C1323" w:rsidRPr="00CD5712" w:rsidRDefault="001C1323">
            <w:pPr>
              <w:rPr>
                <w:rFonts w:ascii="Times New Roman" w:hAnsi="Times New Roman" w:cs="Times New Roman"/>
              </w:rPr>
            </w:pPr>
          </w:p>
        </w:tc>
        <w:tc>
          <w:tcPr>
            <w:tcW w:w="800" w:type="dxa"/>
            <w:tcMar>
              <w:top w:w="50" w:type="dxa"/>
              <w:left w:w="90" w:type="dxa"/>
              <w:bottom w:w="50" w:type="dxa"/>
              <w:right w:w="90" w:type="dxa"/>
            </w:tcMar>
          </w:tcPr>
          <w:p w14:paraId="2BECEF42" w14:textId="77777777" w:rsidR="001C1323" w:rsidRPr="00CD5712" w:rsidRDefault="001C1323">
            <w:pPr>
              <w:rPr>
                <w:rFonts w:ascii="Times New Roman" w:hAnsi="Times New Roman" w:cs="Times New Roman"/>
              </w:rPr>
            </w:pPr>
          </w:p>
        </w:tc>
        <w:tc>
          <w:tcPr>
            <w:tcW w:w="1826" w:type="dxa"/>
            <w:tcMar>
              <w:top w:w="50" w:type="dxa"/>
              <w:left w:w="90" w:type="dxa"/>
              <w:bottom w:w="50" w:type="dxa"/>
              <w:right w:w="90" w:type="dxa"/>
            </w:tcMar>
          </w:tcPr>
          <w:p w14:paraId="3BA39277" w14:textId="77777777" w:rsidR="001C1323" w:rsidRPr="00CD5712" w:rsidRDefault="001C1323">
            <w:pPr>
              <w:rPr>
                <w:rFonts w:ascii="Times New Roman" w:hAnsi="Times New Roman" w:cs="Times New Roman"/>
              </w:rPr>
            </w:pPr>
          </w:p>
        </w:tc>
      </w:tr>
      <w:tr w:rsidR="001C1323" w:rsidRPr="00CD5712" w14:paraId="0CE469DD" w14:textId="77777777">
        <w:trPr>
          <w:cantSplit/>
          <w:trHeight w:val="425"/>
        </w:trPr>
        <w:tc>
          <w:tcPr>
            <w:tcW w:w="3300" w:type="dxa"/>
            <w:tcMar>
              <w:top w:w="50" w:type="dxa"/>
              <w:left w:w="90" w:type="dxa"/>
              <w:bottom w:w="50" w:type="dxa"/>
              <w:right w:w="90" w:type="dxa"/>
            </w:tcMar>
          </w:tcPr>
          <w:p w14:paraId="0627A792" w14:textId="77777777" w:rsidR="001C1323" w:rsidRPr="00CD5712" w:rsidRDefault="00000000">
            <w:pPr>
              <w:rPr>
                <w:rFonts w:ascii="Times New Roman" w:hAnsi="Times New Roman" w:cs="Times New Roman"/>
              </w:rPr>
            </w:pPr>
            <w:r w:rsidRPr="00CD5712">
              <w:rPr>
                <w:rFonts w:ascii="Times New Roman" w:hAnsi="Times New Roman" w:cs="Times New Roman"/>
                <w:sz w:val="18"/>
              </w:rPr>
              <w:t>3. Pengumpulan data</w:t>
            </w:r>
          </w:p>
        </w:tc>
        <w:tc>
          <w:tcPr>
            <w:tcW w:w="1450" w:type="dxa"/>
            <w:tcMar>
              <w:top w:w="50" w:type="dxa"/>
              <w:left w:w="90" w:type="dxa"/>
              <w:bottom w:w="50" w:type="dxa"/>
              <w:right w:w="90" w:type="dxa"/>
            </w:tcMar>
          </w:tcPr>
          <w:p w14:paraId="3A543C25" w14:textId="77777777" w:rsidR="001C1323" w:rsidRPr="00CD5712" w:rsidRDefault="001C1323">
            <w:pPr>
              <w:rPr>
                <w:rFonts w:ascii="Times New Roman" w:hAnsi="Times New Roman" w:cs="Times New Roman"/>
              </w:rPr>
            </w:pPr>
          </w:p>
        </w:tc>
        <w:tc>
          <w:tcPr>
            <w:tcW w:w="1650" w:type="dxa"/>
            <w:tcMar>
              <w:top w:w="50" w:type="dxa"/>
              <w:left w:w="90" w:type="dxa"/>
              <w:bottom w:w="50" w:type="dxa"/>
              <w:right w:w="90" w:type="dxa"/>
            </w:tcMar>
          </w:tcPr>
          <w:p w14:paraId="4C942272" w14:textId="77777777" w:rsidR="001C1323" w:rsidRPr="00CD5712" w:rsidRDefault="001C1323">
            <w:pPr>
              <w:rPr>
                <w:rFonts w:ascii="Times New Roman" w:hAnsi="Times New Roman" w:cs="Times New Roman"/>
              </w:rPr>
            </w:pPr>
          </w:p>
        </w:tc>
        <w:tc>
          <w:tcPr>
            <w:tcW w:w="800" w:type="dxa"/>
            <w:tcMar>
              <w:top w:w="50" w:type="dxa"/>
              <w:left w:w="90" w:type="dxa"/>
              <w:bottom w:w="50" w:type="dxa"/>
              <w:right w:w="90" w:type="dxa"/>
            </w:tcMar>
          </w:tcPr>
          <w:p w14:paraId="69FA426F" w14:textId="77777777" w:rsidR="001C1323" w:rsidRPr="00CD5712" w:rsidRDefault="001C1323">
            <w:pPr>
              <w:rPr>
                <w:rFonts w:ascii="Times New Roman" w:hAnsi="Times New Roman" w:cs="Times New Roman"/>
              </w:rPr>
            </w:pPr>
          </w:p>
        </w:tc>
        <w:tc>
          <w:tcPr>
            <w:tcW w:w="1826" w:type="dxa"/>
            <w:tcMar>
              <w:top w:w="50" w:type="dxa"/>
              <w:left w:w="90" w:type="dxa"/>
              <w:bottom w:w="50" w:type="dxa"/>
              <w:right w:w="90" w:type="dxa"/>
            </w:tcMar>
          </w:tcPr>
          <w:p w14:paraId="40D3800E" w14:textId="77777777" w:rsidR="001C1323" w:rsidRPr="00CD5712" w:rsidRDefault="001C1323">
            <w:pPr>
              <w:rPr>
                <w:rFonts w:ascii="Times New Roman" w:hAnsi="Times New Roman" w:cs="Times New Roman"/>
              </w:rPr>
            </w:pPr>
          </w:p>
        </w:tc>
      </w:tr>
      <w:tr w:rsidR="001C1323" w:rsidRPr="00CD5712" w14:paraId="6FD4FEC6" w14:textId="77777777">
        <w:trPr>
          <w:cantSplit/>
          <w:trHeight w:val="425"/>
        </w:trPr>
        <w:tc>
          <w:tcPr>
            <w:tcW w:w="3300" w:type="dxa"/>
            <w:tcMar>
              <w:top w:w="50" w:type="dxa"/>
              <w:left w:w="90" w:type="dxa"/>
              <w:bottom w:w="50" w:type="dxa"/>
              <w:right w:w="90" w:type="dxa"/>
            </w:tcMar>
          </w:tcPr>
          <w:p w14:paraId="31BDEF6B" w14:textId="77777777" w:rsidR="001C1323" w:rsidRPr="00CD5712" w:rsidRDefault="00000000">
            <w:pPr>
              <w:rPr>
                <w:rFonts w:ascii="Times New Roman" w:hAnsi="Times New Roman" w:cs="Times New Roman"/>
              </w:rPr>
            </w:pPr>
            <w:r w:rsidRPr="00CD5712">
              <w:rPr>
                <w:rFonts w:ascii="Times New Roman" w:hAnsi="Times New Roman" w:cs="Times New Roman"/>
                <w:sz w:val="18"/>
              </w:rPr>
              <w:t>4. Sewa peralatan berspesifikasi khusus</w:t>
            </w:r>
          </w:p>
        </w:tc>
        <w:tc>
          <w:tcPr>
            <w:tcW w:w="1450" w:type="dxa"/>
            <w:tcMar>
              <w:top w:w="50" w:type="dxa"/>
              <w:left w:w="90" w:type="dxa"/>
              <w:bottom w:w="50" w:type="dxa"/>
              <w:right w:w="90" w:type="dxa"/>
            </w:tcMar>
          </w:tcPr>
          <w:p w14:paraId="5E96B52F" w14:textId="77777777" w:rsidR="001C1323" w:rsidRPr="00CD5712" w:rsidRDefault="001C1323">
            <w:pPr>
              <w:rPr>
                <w:rFonts w:ascii="Times New Roman" w:hAnsi="Times New Roman" w:cs="Times New Roman"/>
              </w:rPr>
            </w:pPr>
          </w:p>
        </w:tc>
        <w:tc>
          <w:tcPr>
            <w:tcW w:w="1650" w:type="dxa"/>
            <w:tcMar>
              <w:top w:w="50" w:type="dxa"/>
              <w:left w:w="90" w:type="dxa"/>
              <w:bottom w:w="50" w:type="dxa"/>
              <w:right w:w="90" w:type="dxa"/>
            </w:tcMar>
          </w:tcPr>
          <w:p w14:paraId="56B1B9B1" w14:textId="77777777" w:rsidR="001C1323" w:rsidRPr="00CD5712" w:rsidRDefault="001C1323">
            <w:pPr>
              <w:rPr>
                <w:rFonts w:ascii="Times New Roman" w:hAnsi="Times New Roman" w:cs="Times New Roman"/>
              </w:rPr>
            </w:pPr>
          </w:p>
        </w:tc>
        <w:tc>
          <w:tcPr>
            <w:tcW w:w="800" w:type="dxa"/>
            <w:tcMar>
              <w:top w:w="50" w:type="dxa"/>
              <w:left w:w="90" w:type="dxa"/>
              <w:bottom w:w="50" w:type="dxa"/>
              <w:right w:w="90" w:type="dxa"/>
            </w:tcMar>
          </w:tcPr>
          <w:p w14:paraId="7B2DB189" w14:textId="77777777" w:rsidR="001C1323" w:rsidRPr="00CD5712" w:rsidRDefault="001C1323">
            <w:pPr>
              <w:rPr>
                <w:rFonts w:ascii="Times New Roman" w:hAnsi="Times New Roman" w:cs="Times New Roman"/>
              </w:rPr>
            </w:pPr>
          </w:p>
        </w:tc>
        <w:tc>
          <w:tcPr>
            <w:tcW w:w="1826" w:type="dxa"/>
            <w:tcMar>
              <w:top w:w="50" w:type="dxa"/>
              <w:left w:w="90" w:type="dxa"/>
              <w:bottom w:w="50" w:type="dxa"/>
              <w:right w:w="90" w:type="dxa"/>
            </w:tcMar>
          </w:tcPr>
          <w:p w14:paraId="2300C6BD" w14:textId="77777777" w:rsidR="001C1323" w:rsidRPr="00CD5712" w:rsidRDefault="001C1323">
            <w:pPr>
              <w:rPr>
                <w:rFonts w:ascii="Times New Roman" w:hAnsi="Times New Roman" w:cs="Times New Roman"/>
              </w:rPr>
            </w:pPr>
          </w:p>
        </w:tc>
      </w:tr>
      <w:tr w:rsidR="001C1323" w:rsidRPr="00CD5712" w14:paraId="1DACE599" w14:textId="77777777">
        <w:trPr>
          <w:cantSplit/>
          <w:trHeight w:val="425"/>
        </w:trPr>
        <w:tc>
          <w:tcPr>
            <w:tcW w:w="3300" w:type="dxa"/>
            <w:tcMar>
              <w:top w:w="50" w:type="dxa"/>
              <w:left w:w="90" w:type="dxa"/>
              <w:bottom w:w="50" w:type="dxa"/>
              <w:right w:w="90" w:type="dxa"/>
            </w:tcMar>
          </w:tcPr>
          <w:p w14:paraId="593EE205" w14:textId="77777777" w:rsidR="001C1323" w:rsidRPr="00CD5712" w:rsidRDefault="00000000">
            <w:pPr>
              <w:rPr>
                <w:rFonts w:ascii="Times New Roman" w:hAnsi="Times New Roman" w:cs="Times New Roman"/>
              </w:rPr>
            </w:pPr>
            <w:r w:rsidRPr="00CD5712">
              <w:rPr>
                <w:rFonts w:ascii="Times New Roman" w:hAnsi="Times New Roman" w:cs="Times New Roman"/>
                <w:sz w:val="18"/>
              </w:rPr>
              <w:t>5. Analisis laboratorium (Kategori A) / Biaya uji (Kategori B)</w:t>
            </w:r>
          </w:p>
        </w:tc>
        <w:tc>
          <w:tcPr>
            <w:tcW w:w="1450" w:type="dxa"/>
            <w:tcMar>
              <w:top w:w="50" w:type="dxa"/>
              <w:left w:w="90" w:type="dxa"/>
              <w:bottom w:w="50" w:type="dxa"/>
              <w:right w:w="90" w:type="dxa"/>
            </w:tcMar>
          </w:tcPr>
          <w:p w14:paraId="5C71CFD4" w14:textId="77777777" w:rsidR="001C1323" w:rsidRPr="00CD5712" w:rsidRDefault="001C1323">
            <w:pPr>
              <w:rPr>
                <w:rFonts w:ascii="Times New Roman" w:hAnsi="Times New Roman" w:cs="Times New Roman"/>
              </w:rPr>
            </w:pPr>
          </w:p>
        </w:tc>
        <w:tc>
          <w:tcPr>
            <w:tcW w:w="1650" w:type="dxa"/>
            <w:tcMar>
              <w:top w:w="50" w:type="dxa"/>
              <w:left w:w="90" w:type="dxa"/>
              <w:bottom w:w="50" w:type="dxa"/>
              <w:right w:w="90" w:type="dxa"/>
            </w:tcMar>
          </w:tcPr>
          <w:p w14:paraId="153ED514" w14:textId="77777777" w:rsidR="001C1323" w:rsidRPr="00CD5712" w:rsidRDefault="001C1323">
            <w:pPr>
              <w:rPr>
                <w:rFonts w:ascii="Times New Roman" w:hAnsi="Times New Roman" w:cs="Times New Roman"/>
              </w:rPr>
            </w:pPr>
          </w:p>
        </w:tc>
        <w:tc>
          <w:tcPr>
            <w:tcW w:w="800" w:type="dxa"/>
            <w:tcMar>
              <w:top w:w="50" w:type="dxa"/>
              <w:left w:w="90" w:type="dxa"/>
              <w:bottom w:w="50" w:type="dxa"/>
              <w:right w:w="90" w:type="dxa"/>
            </w:tcMar>
          </w:tcPr>
          <w:p w14:paraId="26812AAC" w14:textId="77777777" w:rsidR="001C1323" w:rsidRPr="00CD5712" w:rsidRDefault="001C1323">
            <w:pPr>
              <w:rPr>
                <w:rFonts w:ascii="Times New Roman" w:hAnsi="Times New Roman" w:cs="Times New Roman"/>
              </w:rPr>
            </w:pPr>
          </w:p>
        </w:tc>
        <w:tc>
          <w:tcPr>
            <w:tcW w:w="1826" w:type="dxa"/>
            <w:tcMar>
              <w:top w:w="50" w:type="dxa"/>
              <w:left w:w="90" w:type="dxa"/>
              <w:bottom w:w="50" w:type="dxa"/>
              <w:right w:w="90" w:type="dxa"/>
            </w:tcMar>
          </w:tcPr>
          <w:p w14:paraId="444ECA1F" w14:textId="77777777" w:rsidR="001C1323" w:rsidRPr="00CD5712" w:rsidRDefault="001C1323">
            <w:pPr>
              <w:rPr>
                <w:rFonts w:ascii="Times New Roman" w:hAnsi="Times New Roman" w:cs="Times New Roman"/>
              </w:rPr>
            </w:pPr>
          </w:p>
        </w:tc>
      </w:tr>
      <w:tr w:rsidR="001C1323" w:rsidRPr="00CD5712" w14:paraId="0BF9388F" w14:textId="77777777">
        <w:trPr>
          <w:cantSplit/>
          <w:trHeight w:val="425"/>
        </w:trPr>
        <w:tc>
          <w:tcPr>
            <w:tcW w:w="3300" w:type="dxa"/>
            <w:tcMar>
              <w:top w:w="50" w:type="dxa"/>
              <w:left w:w="90" w:type="dxa"/>
              <w:bottom w:w="50" w:type="dxa"/>
              <w:right w:w="90" w:type="dxa"/>
            </w:tcMar>
          </w:tcPr>
          <w:p w14:paraId="0CF0EC5C" w14:textId="77777777" w:rsidR="001C1323" w:rsidRPr="00CD5712" w:rsidRDefault="00000000">
            <w:pPr>
              <w:rPr>
                <w:rFonts w:ascii="Times New Roman" w:hAnsi="Times New Roman" w:cs="Times New Roman"/>
              </w:rPr>
            </w:pPr>
            <w:r w:rsidRPr="00CD5712">
              <w:rPr>
                <w:rFonts w:ascii="Times New Roman" w:hAnsi="Times New Roman" w:cs="Times New Roman"/>
                <w:sz w:val="18"/>
              </w:rPr>
              <w:t>6. Kebutuhan operasional lainnya (Kategori A) / Komponen biaya lain terkait validasi dan pencapaian luaran (Kategori B)</w:t>
            </w:r>
          </w:p>
        </w:tc>
        <w:tc>
          <w:tcPr>
            <w:tcW w:w="1450" w:type="dxa"/>
            <w:tcMar>
              <w:top w:w="50" w:type="dxa"/>
              <w:left w:w="90" w:type="dxa"/>
              <w:bottom w:w="50" w:type="dxa"/>
              <w:right w:w="90" w:type="dxa"/>
            </w:tcMar>
          </w:tcPr>
          <w:p w14:paraId="11A84DBB" w14:textId="77777777" w:rsidR="001C1323" w:rsidRPr="00CD5712" w:rsidRDefault="001C1323">
            <w:pPr>
              <w:rPr>
                <w:rFonts w:ascii="Times New Roman" w:hAnsi="Times New Roman" w:cs="Times New Roman"/>
              </w:rPr>
            </w:pPr>
          </w:p>
        </w:tc>
        <w:tc>
          <w:tcPr>
            <w:tcW w:w="1650" w:type="dxa"/>
            <w:tcMar>
              <w:top w:w="50" w:type="dxa"/>
              <w:left w:w="90" w:type="dxa"/>
              <w:bottom w:w="50" w:type="dxa"/>
              <w:right w:w="90" w:type="dxa"/>
            </w:tcMar>
          </w:tcPr>
          <w:p w14:paraId="00BABD47" w14:textId="77777777" w:rsidR="001C1323" w:rsidRPr="00CD5712" w:rsidRDefault="001C1323">
            <w:pPr>
              <w:rPr>
                <w:rFonts w:ascii="Times New Roman" w:hAnsi="Times New Roman" w:cs="Times New Roman"/>
              </w:rPr>
            </w:pPr>
          </w:p>
        </w:tc>
        <w:tc>
          <w:tcPr>
            <w:tcW w:w="800" w:type="dxa"/>
            <w:tcMar>
              <w:top w:w="50" w:type="dxa"/>
              <w:left w:w="90" w:type="dxa"/>
              <w:bottom w:w="50" w:type="dxa"/>
              <w:right w:w="90" w:type="dxa"/>
            </w:tcMar>
          </w:tcPr>
          <w:p w14:paraId="16FC0511" w14:textId="77777777" w:rsidR="001C1323" w:rsidRPr="00CD5712" w:rsidRDefault="001C1323">
            <w:pPr>
              <w:rPr>
                <w:rFonts w:ascii="Times New Roman" w:hAnsi="Times New Roman" w:cs="Times New Roman"/>
              </w:rPr>
            </w:pPr>
          </w:p>
        </w:tc>
        <w:tc>
          <w:tcPr>
            <w:tcW w:w="1826" w:type="dxa"/>
            <w:tcMar>
              <w:top w:w="50" w:type="dxa"/>
              <w:left w:w="90" w:type="dxa"/>
              <w:bottom w:w="50" w:type="dxa"/>
              <w:right w:w="90" w:type="dxa"/>
            </w:tcMar>
          </w:tcPr>
          <w:p w14:paraId="5D5B2076" w14:textId="77777777" w:rsidR="001C1323" w:rsidRPr="00CD5712" w:rsidRDefault="001C1323">
            <w:pPr>
              <w:rPr>
                <w:rFonts w:ascii="Times New Roman" w:hAnsi="Times New Roman" w:cs="Times New Roman"/>
              </w:rPr>
            </w:pPr>
          </w:p>
        </w:tc>
      </w:tr>
      <w:tr w:rsidR="001C1323" w:rsidRPr="00CD5712" w14:paraId="016E03FE" w14:textId="77777777">
        <w:trPr>
          <w:cantSplit/>
          <w:trHeight w:val="425"/>
        </w:trPr>
        <w:tc>
          <w:tcPr>
            <w:tcW w:w="3300" w:type="dxa"/>
            <w:shd w:val="clear" w:color="auto" w:fill="F2F2F2"/>
            <w:tcMar>
              <w:top w:w="50" w:type="dxa"/>
              <w:left w:w="90" w:type="dxa"/>
              <w:bottom w:w="50" w:type="dxa"/>
              <w:right w:w="90" w:type="dxa"/>
            </w:tcMar>
          </w:tcPr>
          <w:p w14:paraId="72FB6E1C" w14:textId="77777777" w:rsidR="001C1323" w:rsidRPr="00CD5712" w:rsidRDefault="00000000">
            <w:pPr>
              <w:rPr>
                <w:rFonts w:ascii="Times New Roman" w:hAnsi="Times New Roman" w:cs="Times New Roman"/>
              </w:rPr>
            </w:pPr>
            <w:r w:rsidRPr="00CD5712">
              <w:rPr>
                <w:rFonts w:ascii="Times New Roman" w:hAnsi="Times New Roman" w:cs="Times New Roman"/>
                <w:b/>
                <w:sz w:val="18"/>
              </w:rPr>
              <w:t>Subtotal A</w:t>
            </w:r>
          </w:p>
        </w:tc>
        <w:tc>
          <w:tcPr>
            <w:tcW w:w="1450" w:type="dxa"/>
            <w:shd w:val="clear" w:color="auto" w:fill="F2F2F2"/>
            <w:tcMar>
              <w:top w:w="50" w:type="dxa"/>
              <w:left w:w="90" w:type="dxa"/>
              <w:bottom w:w="50" w:type="dxa"/>
              <w:right w:w="90" w:type="dxa"/>
            </w:tcMar>
          </w:tcPr>
          <w:p w14:paraId="32BC0FCD" w14:textId="77777777" w:rsidR="001C1323" w:rsidRPr="00CD5712" w:rsidRDefault="001C1323">
            <w:pPr>
              <w:rPr>
                <w:rFonts w:ascii="Times New Roman" w:hAnsi="Times New Roman" w:cs="Times New Roman"/>
              </w:rPr>
            </w:pPr>
          </w:p>
        </w:tc>
        <w:tc>
          <w:tcPr>
            <w:tcW w:w="1650" w:type="dxa"/>
            <w:shd w:val="clear" w:color="auto" w:fill="F2F2F2"/>
            <w:tcMar>
              <w:top w:w="50" w:type="dxa"/>
              <w:left w:w="90" w:type="dxa"/>
              <w:bottom w:w="50" w:type="dxa"/>
              <w:right w:w="90" w:type="dxa"/>
            </w:tcMar>
          </w:tcPr>
          <w:p w14:paraId="73B6E70A" w14:textId="77777777" w:rsidR="001C1323" w:rsidRPr="00CD5712" w:rsidRDefault="001C1323">
            <w:pPr>
              <w:rPr>
                <w:rFonts w:ascii="Times New Roman" w:hAnsi="Times New Roman" w:cs="Times New Roman"/>
              </w:rPr>
            </w:pPr>
          </w:p>
        </w:tc>
        <w:tc>
          <w:tcPr>
            <w:tcW w:w="800" w:type="dxa"/>
            <w:shd w:val="clear" w:color="auto" w:fill="F2F2F2"/>
            <w:tcMar>
              <w:top w:w="50" w:type="dxa"/>
              <w:left w:w="90" w:type="dxa"/>
              <w:bottom w:w="50" w:type="dxa"/>
              <w:right w:w="90" w:type="dxa"/>
            </w:tcMar>
          </w:tcPr>
          <w:p w14:paraId="4ACA53FB" w14:textId="77777777" w:rsidR="001C1323" w:rsidRPr="00CD5712" w:rsidRDefault="001C1323">
            <w:pPr>
              <w:rPr>
                <w:rFonts w:ascii="Times New Roman" w:hAnsi="Times New Roman" w:cs="Times New Roman"/>
              </w:rPr>
            </w:pPr>
          </w:p>
        </w:tc>
        <w:tc>
          <w:tcPr>
            <w:tcW w:w="1826" w:type="dxa"/>
            <w:shd w:val="clear" w:color="auto" w:fill="F2F2F2"/>
            <w:tcMar>
              <w:top w:w="50" w:type="dxa"/>
              <w:left w:w="90" w:type="dxa"/>
              <w:bottom w:w="50" w:type="dxa"/>
              <w:right w:w="90" w:type="dxa"/>
            </w:tcMar>
          </w:tcPr>
          <w:p w14:paraId="4F04AD02" w14:textId="77777777" w:rsidR="001C1323" w:rsidRPr="00CD5712" w:rsidRDefault="001C1323">
            <w:pPr>
              <w:rPr>
                <w:rFonts w:ascii="Times New Roman" w:hAnsi="Times New Roman" w:cs="Times New Roman"/>
              </w:rPr>
            </w:pPr>
          </w:p>
        </w:tc>
      </w:tr>
      <w:tr w:rsidR="001C1323" w:rsidRPr="00CD5712" w14:paraId="5B3C6361" w14:textId="77777777" w:rsidTr="00DF3248">
        <w:trPr>
          <w:cantSplit/>
          <w:trHeight w:val="228"/>
        </w:trPr>
        <w:tc>
          <w:tcPr>
            <w:tcW w:w="3300" w:type="dxa"/>
            <w:shd w:val="clear" w:color="auto" w:fill="FAE49E"/>
            <w:tcMar>
              <w:top w:w="50" w:type="dxa"/>
              <w:left w:w="90" w:type="dxa"/>
              <w:bottom w:w="50" w:type="dxa"/>
              <w:right w:w="90" w:type="dxa"/>
            </w:tcMar>
          </w:tcPr>
          <w:p w14:paraId="749BC7B7" w14:textId="77777777" w:rsidR="001C1323" w:rsidRPr="00CD5712" w:rsidRDefault="00000000">
            <w:pPr>
              <w:rPr>
                <w:rFonts w:ascii="Times New Roman" w:hAnsi="Times New Roman" w:cs="Times New Roman"/>
              </w:rPr>
            </w:pPr>
            <w:r w:rsidRPr="00CD5712">
              <w:rPr>
                <w:rFonts w:ascii="Times New Roman" w:hAnsi="Times New Roman" w:cs="Times New Roman"/>
                <w:b/>
                <w:sz w:val="18"/>
              </w:rPr>
              <w:t>B. Biaya Mobilitas Dosen</w:t>
            </w:r>
          </w:p>
        </w:tc>
        <w:tc>
          <w:tcPr>
            <w:tcW w:w="1450" w:type="dxa"/>
            <w:shd w:val="clear" w:color="auto" w:fill="FAE49E"/>
            <w:tcMar>
              <w:top w:w="50" w:type="dxa"/>
              <w:left w:w="90" w:type="dxa"/>
              <w:bottom w:w="50" w:type="dxa"/>
              <w:right w:w="90" w:type="dxa"/>
            </w:tcMar>
          </w:tcPr>
          <w:p w14:paraId="1749AA46" w14:textId="77777777" w:rsidR="001C1323" w:rsidRPr="00CD5712" w:rsidRDefault="001C1323">
            <w:pPr>
              <w:rPr>
                <w:rFonts w:ascii="Times New Roman" w:hAnsi="Times New Roman" w:cs="Times New Roman"/>
              </w:rPr>
            </w:pPr>
          </w:p>
        </w:tc>
        <w:tc>
          <w:tcPr>
            <w:tcW w:w="1650" w:type="dxa"/>
            <w:shd w:val="clear" w:color="auto" w:fill="FAE49E"/>
            <w:tcMar>
              <w:top w:w="50" w:type="dxa"/>
              <w:left w:w="90" w:type="dxa"/>
              <w:bottom w:w="50" w:type="dxa"/>
              <w:right w:w="90" w:type="dxa"/>
            </w:tcMar>
          </w:tcPr>
          <w:p w14:paraId="001608F0" w14:textId="77777777" w:rsidR="001C1323" w:rsidRPr="00CD5712" w:rsidRDefault="001C1323">
            <w:pPr>
              <w:rPr>
                <w:rFonts w:ascii="Times New Roman" w:hAnsi="Times New Roman" w:cs="Times New Roman"/>
              </w:rPr>
            </w:pPr>
          </w:p>
        </w:tc>
        <w:tc>
          <w:tcPr>
            <w:tcW w:w="800" w:type="dxa"/>
            <w:shd w:val="clear" w:color="auto" w:fill="FAE49E"/>
            <w:tcMar>
              <w:top w:w="50" w:type="dxa"/>
              <w:left w:w="90" w:type="dxa"/>
              <w:bottom w:w="50" w:type="dxa"/>
              <w:right w:w="90" w:type="dxa"/>
            </w:tcMar>
          </w:tcPr>
          <w:p w14:paraId="686199EE" w14:textId="77777777" w:rsidR="001C1323" w:rsidRPr="00CD5712" w:rsidRDefault="001C1323">
            <w:pPr>
              <w:rPr>
                <w:rFonts w:ascii="Times New Roman" w:hAnsi="Times New Roman" w:cs="Times New Roman"/>
              </w:rPr>
            </w:pPr>
          </w:p>
        </w:tc>
        <w:tc>
          <w:tcPr>
            <w:tcW w:w="1826" w:type="dxa"/>
            <w:shd w:val="clear" w:color="auto" w:fill="FAE49E"/>
            <w:tcMar>
              <w:top w:w="50" w:type="dxa"/>
              <w:left w:w="90" w:type="dxa"/>
              <w:bottom w:w="50" w:type="dxa"/>
              <w:right w:w="90" w:type="dxa"/>
            </w:tcMar>
          </w:tcPr>
          <w:p w14:paraId="035B28E4" w14:textId="77777777" w:rsidR="001C1323" w:rsidRPr="00CD5712" w:rsidRDefault="001C1323">
            <w:pPr>
              <w:rPr>
                <w:rFonts w:ascii="Times New Roman" w:hAnsi="Times New Roman" w:cs="Times New Roman"/>
              </w:rPr>
            </w:pPr>
          </w:p>
        </w:tc>
      </w:tr>
      <w:tr w:rsidR="001C1323" w:rsidRPr="00CD5712" w14:paraId="36351FD7" w14:textId="77777777">
        <w:trPr>
          <w:cantSplit/>
          <w:trHeight w:val="425"/>
        </w:trPr>
        <w:tc>
          <w:tcPr>
            <w:tcW w:w="3300" w:type="dxa"/>
            <w:tcMar>
              <w:top w:w="50" w:type="dxa"/>
              <w:left w:w="90" w:type="dxa"/>
              <w:bottom w:w="50" w:type="dxa"/>
              <w:right w:w="90" w:type="dxa"/>
            </w:tcMar>
          </w:tcPr>
          <w:p w14:paraId="36BD750D" w14:textId="77777777" w:rsidR="001C1323" w:rsidRPr="00CD5712" w:rsidRDefault="00000000">
            <w:pPr>
              <w:rPr>
                <w:rFonts w:ascii="Times New Roman" w:hAnsi="Times New Roman" w:cs="Times New Roman"/>
              </w:rPr>
            </w:pPr>
            <w:r w:rsidRPr="00CD5712">
              <w:rPr>
                <w:rFonts w:ascii="Times New Roman" w:hAnsi="Times New Roman" w:cs="Times New Roman"/>
                <w:sz w:val="18"/>
              </w:rPr>
              <w:t>1. Transportasi internasional dan/atau domestik</w:t>
            </w:r>
          </w:p>
        </w:tc>
        <w:tc>
          <w:tcPr>
            <w:tcW w:w="1450" w:type="dxa"/>
            <w:tcMar>
              <w:top w:w="50" w:type="dxa"/>
              <w:left w:w="90" w:type="dxa"/>
              <w:bottom w:w="50" w:type="dxa"/>
              <w:right w:w="90" w:type="dxa"/>
            </w:tcMar>
          </w:tcPr>
          <w:p w14:paraId="1D405462" w14:textId="77777777" w:rsidR="001C1323" w:rsidRPr="00CD5712" w:rsidRDefault="001C1323">
            <w:pPr>
              <w:rPr>
                <w:rFonts w:ascii="Times New Roman" w:hAnsi="Times New Roman" w:cs="Times New Roman"/>
              </w:rPr>
            </w:pPr>
          </w:p>
        </w:tc>
        <w:tc>
          <w:tcPr>
            <w:tcW w:w="1650" w:type="dxa"/>
            <w:tcMar>
              <w:top w:w="50" w:type="dxa"/>
              <w:left w:w="90" w:type="dxa"/>
              <w:bottom w:w="50" w:type="dxa"/>
              <w:right w:w="90" w:type="dxa"/>
            </w:tcMar>
          </w:tcPr>
          <w:p w14:paraId="47F1F337" w14:textId="77777777" w:rsidR="001C1323" w:rsidRPr="00CD5712" w:rsidRDefault="001C1323">
            <w:pPr>
              <w:rPr>
                <w:rFonts w:ascii="Times New Roman" w:hAnsi="Times New Roman" w:cs="Times New Roman"/>
              </w:rPr>
            </w:pPr>
          </w:p>
        </w:tc>
        <w:tc>
          <w:tcPr>
            <w:tcW w:w="800" w:type="dxa"/>
            <w:tcMar>
              <w:top w:w="50" w:type="dxa"/>
              <w:left w:w="90" w:type="dxa"/>
              <w:bottom w:w="50" w:type="dxa"/>
              <w:right w:w="90" w:type="dxa"/>
            </w:tcMar>
          </w:tcPr>
          <w:p w14:paraId="280C66FD" w14:textId="77777777" w:rsidR="001C1323" w:rsidRPr="00CD5712" w:rsidRDefault="001C1323">
            <w:pPr>
              <w:rPr>
                <w:rFonts w:ascii="Times New Roman" w:hAnsi="Times New Roman" w:cs="Times New Roman"/>
              </w:rPr>
            </w:pPr>
          </w:p>
        </w:tc>
        <w:tc>
          <w:tcPr>
            <w:tcW w:w="1826" w:type="dxa"/>
            <w:tcMar>
              <w:top w:w="50" w:type="dxa"/>
              <w:left w:w="90" w:type="dxa"/>
              <w:bottom w:w="50" w:type="dxa"/>
              <w:right w:w="90" w:type="dxa"/>
            </w:tcMar>
          </w:tcPr>
          <w:p w14:paraId="7ED7C1DC" w14:textId="77777777" w:rsidR="001C1323" w:rsidRPr="00CD5712" w:rsidRDefault="001C1323">
            <w:pPr>
              <w:rPr>
                <w:rFonts w:ascii="Times New Roman" w:hAnsi="Times New Roman" w:cs="Times New Roman"/>
              </w:rPr>
            </w:pPr>
          </w:p>
        </w:tc>
      </w:tr>
      <w:tr w:rsidR="001C1323" w:rsidRPr="00CD5712" w14:paraId="632FF445" w14:textId="77777777">
        <w:trPr>
          <w:cantSplit/>
          <w:trHeight w:val="425"/>
        </w:trPr>
        <w:tc>
          <w:tcPr>
            <w:tcW w:w="3300" w:type="dxa"/>
            <w:tcMar>
              <w:top w:w="50" w:type="dxa"/>
              <w:left w:w="90" w:type="dxa"/>
              <w:bottom w:w="50" w:type="dxa"/>
              <w:right w:w="90" w:type="dxa"/>
            </w:tcMar>
          </w:tcPr>
          <w:p w14:paraId="2F134BF4" w14:textId="77777777" w:rsidR="001C1323" w:rsidRPr="00CD5712" w:rsidRDefault="00000000">
            <w:pPr>
              <w:rPr>
                <w:rFonts w:ascii="Times New Roman" w:hAnsi="Times New Roman" w:cs="Times New Roman"/>
              </w:rPr>
            </w:pPr>
            <w:r w:rsidRPr="00CD5712">
              <w:rPr>
                <w:rFonts w:ascii="Times New Roman" w:hAnsi="Times New Roman" w:cs="Times New Roman"/>
                <w:sz w:val="18"/>
              </w:rPr>
              <w:t>2. Administrasi perjalanan (visa dan asuransi perjalanan)</w:t>
            </w:r>
          </w:p>
        </w:tc>
        <w:tc>
          <w:tcPr>
            <w:tcW w:w="1450" w:type="dxa"/>
            <w:tcMar>
              <w:top w:w="50" w:type="dxa"/>
              <w:left w:w="90" w:type="dxa"/>
              <w:bottom w:w="50" w:type="dxa"/>
              <w:right w:w="90" w:type="dxa"/>
            </w:tcMar>
          </w:tcPr>
          <w:p w14:paraId="1255A91C" w14:textId="77777777" w:rsidR="001C1323" w:rsidRPr="00CD5712" w:rsidRDefault="001C1323">
            <w:pPr>
              <w:rPr>
                <w:rFonts w:ascii="Times New Roman" w:hAnsi="Times New Roman" w:cs="Times New Roman"/>
              </w:rPr>
            </w:pPr>
          </w:p>
        </w:tc>
        <w:tc>
          <w:tcPr>
            <w:tcW w:w="1650" w:type="dxa"/>
            <w:tcMar>
              <w:top w:w="50" w:type="dxa"/>
              <w:left w:w="90" w:type="dxa"/>
              <w:bottom w:w="50" w:type="dxa"/>
              <w:right w:w="90" w:type="dxa"/>
            </w:tcMar>
          </w:tcPr>
          <w:p w14:paraId="7B454600" w14:textId="77777777" w:rsidR="001C1323" w:rsidRPr="00CD5712" w:rsidRDefault="001C1323">
            <w:pPr>
              <w:rPr>
                <w:rFonts w:ascii="Times New Roman" w:hAnsi="Times New Roman" w:cs="Times New Roman"/>
              </w:rPr>
            </w:pPr>
          </w:p>
        </w:tc>
        <w:tc>
          <w:tcPr>
            <w:tcW w:w="800" w:type="dxa"/>
            <w:tcMar>
              <w:top w:w="50" w:type="dxa"/>
              <w:left w:w="90" w:type="dxa"/>
              <w:bottom w:w="50" w:type="dxa"/>
              <w:right w:w="90" w:type="dxa"/>
            </w:tcMar>
          </w:tcPr>
          <w:p w14:paraId="2B9B5BFF" w14:textId="77777777" w:rsidR="001C1323" w:rsidRPr="00CD5712" w:rsidRDefault="001C1323">
            <w:pPr>
              <w:rPr>
                <w:rFonts w:ascii="Times New Roman" w:hAnsi="Times New Roman" w:cs="Times New Roman"/>
              </w:rPr>
            </w:pPr>
          </w:p>
        </w:tc>
        <w:tc>
          <w:tcPr>
            <w:tcW w:w="1826" w:type="dxa"/>
            <w:tcMar>
              <w:top w:w="50" w:type="dxa"/>
              <w:left w:w="90" w:type="dxa"/>
              <w:bottom w:w="50" w:type="dxa"/>
              <w:right w:w="90" w:type="dxa"/>
            </w:tcMar>
          </w:tcPr>
          <w:p w14:paraId="022511FE" w14:textId="77777777" w:rsidR="001C1323" w:rsidRPr="00CD5712" w:rsidRDefault="001C1323">
            <w:pPr>
              <w:rPr>
                <w:rFonts w:ascii="Times New Roman" w:hAnsi="Times New Roman" w:cs="Times New Roman"/>
              </w:rPr>
            </w:pPr>
          </w:p>
        </w:tc>
      </w:tr>
      <w:tr w:rsidR="001C1323" w:rsidRPr="00CD5712" w14:paraId="6E8F1889" w14:textId="77777777">
        <w:trPr>
          <w:cantSplit/>
          <w:trHeight w:val="425"/>
        </w:trPr>
        <w:tc>
          <w:tcPr>
            <w:tcW w:w="3300" w:type="dxa"/>
            <w:tcMar>
              <w:top w:w="50" w:type="dxa"/>
              <w:left w:w="90" w:type="dxa"/>
              <w:bottom w:w="50" w:type="dxa"/>
              <w:right w:w="90" w:type="dxa"/>
            </w:tcMar>
          </w:tcPr>
          <w:p w14:paraId="41BAE159" w14:textId="77777777" w:rsidR="001C1323" w:rsidRPr="00CD5712" w:rsidRDefault="00000000">
            <w:pPr>
              <w:rPr>
                <w:rFonts w:ascii="Times New Roman" w:hAnsi="Times New Roman" w:cs="Times New Roman"/>
              </w:rPr>
            </w:pPr>
            <w:r w:rsidRPr="00CD5712">
              <w:rPr>
                <w:rFonts w:ascii="Times New Roman" w:hAnsi="Times New Roman" w:cs="Times New Roman"/>
                <w:sz w:val="18"/>
              </w:rPr>
              <w:t>3. Biaya hidup dan akomodasi selama koordinasi riset</w:t>
            </w:r>
          </w:p>
        </w:tc>
        <w:tc>
          <w:tcPr>
            <w:tcW w:w="1450" w:type="dxa"/>
            <w:tcMar>
              <w:top w:w="50" w:type="dxa"/>
              <w:left w:w="90" w:type="dxa"/>
              <w:bottom w:w="50" w:type="dxa"/>
              <w:right w:w="90" w:type="dxa"/>
            </w:tcMar>
          </w:tcPr>
          <w:p w14:paraId="3963DB7D" w14:textId="77777777" w:rsidR="001C1323" w:rsidRPr="00CD5712" w:rsidRDefault="001C1323">
            <w:pPr>
              <w:rPr>
                <w:rFonts w:ascii="Times New Roman" w:hAnsi="Times New Roman" w:cs="Times New Roman"/>
              </w:rPr>
            </w:pPr>
          </w:p>
        </w:tc>
        <w:tc>
          <w:tcPr>
            <w:tcW w:w="1650" w:type="dxa"/>
            <w:tcMar>
              <w:top w:w="50" w:type="dxa"/>
              <w:left w:w="90" w:type="dxa"/>
              <w:bottom w:w="50" w:type="dxa"/>
              <w:right w:w="90" w:type="dxa"/>
            </w:tcMar>
          </w:tcPr>
          <w:p w14:paraId="46E8212D" w14:textId="77777777" w:rsidR="001C1323" w:rsidRPr="00CD5712" w:rsidRDefault="001C1323">
            <w:pPr>
              <w:rPr>
                <w:rFonts w:ascii="Times New Roman" w:hAnsi="Times New Roman" w:cs="Times New Roman"/>
              </w:rPr>
            </w:pPr>
          </w:p>
        </w:tc>
        <w:tc>
          <w:tcPr>
            <w:tcW w:w="800" w:type="dxa"/>
            <w:tcMar>
              <w:top w:w="50" w:type="dxa"/>
              <w:left w:w="90" w:type="dxa"/>
              <w:bottom w:w="50" w:type="dxa"/>
              <w:right w:w="90" w:type="dxa"/>
            </w:tcMar>
          </w:tcPr>
          <w:p w14:paraId="524DA239" w14:textId="77777777" w:rsidR="001C1323" w:rsidRPr="00CD5712" w:rsidRDefault="001C1323">
            <w:pPr>
              <w:rPr>
                <w:rFonts w:ascii="Times New Roman" w:hAnsi="Times New Roman" w:cs="Times New Roman"/>
              </w:rPr>
            </w:pPr>
          </w:p>
        </w:tc>
        <w:tc>
          <w:tcPr>
            <w:tcW w:w="1826" w:type="dxa"/>
            <w:tcMar>
              <w:top w:w="50" w:type="dxa"/>
              <w:left w:w="90" w:type="dxa"/>
              <w:bottom w:w="50" w:type="dxa"/>
              <w:right w:w="90" w:type="dxa"/>
            </w:tcMar>
          </w:tcPr>
          <w:p w14:paraId="07554D9C" w14:textId="77777777" w:rsidR="001C1323" w:rsidRPr="00CD5712" w:rsidRDefault="001C1323">
            <w:pPr>
              <w:rPr>
                <w:rFonts w:ascii="Times New Roman" w:hAnsi="Times New Roman" w:cs="Times New Roman"/>
              </w:rPr>
            </w:pPr>
          </w:p>
        </w:tc>
      </w:tr>
      <w:tr w:rsidR="001C1323" w:rsidRPr="00CD5712" w14:paraId="2F3CF39B" w14:textId="77777777" w:rsidTr="00DF3248">
        <w:trPr>
          <w:cantSplit/>
          <w:trHeight w:val="269"/>
        </w:trPr>
        <w:tc>
          <w:tcPr>
            <w:tcW w:w="3300" w:type="dxa"/>
            <w:shd w:val="clear" w:color="auto" w:fill="F2F2F2"/>
            <w:tcMar>
              <w:top w:w="50" w:type="dxa"/>
              <w:left w:w="90" w:type="dxa"/>
              <w:bottom w:w="50" w:type="dxa"/>
              <w:right w:w="90" w:type="dxa"/>
            </w:tcMar>
          </w:tcPr>
          <w:p w14:paraId="02AD28D3" w14:textId="77777777" w:rsidR="001C1323" w:rsidRPr="00CD5712" w:rsidRDefault="00000000">
            <w:pPr>
              <w:rPr>
                <w:rFonts w:ascii="Times New Roman" w:hAnsi="Times New Roman" w:cs="Times New Roman"/>
              </w:rPr>
            </w:pPr>
            <w:r w:rsidRPr="00CD5712">
              <w:rPr>
                <w:rFonts w:ascii="Times New Roman" w:hAnsi="Times New Roman" w:cs="Times New Roman"/>
                <w:b/>
                <w:sz w:val="18"/>
              </w:rPr>
              <w:t>Subtotal B</w:t>
            </w:r>
          </w:p>
        </w:tc>
        <w:tc>
          <w:tcPr>
            <w:tcW w:w="1450" w:type="dxa"/>
            <w:shd w:val="clear" w:color="auto" w:fill="F2F2F2"/>
            <w:tcMar>
              <w:top w:w="50" w:type="dxa"/>
              <w:left w:w="90" w:type="dxa"/>
              <w:bottom w:w="50" w:type="dxa"/>
              <w:right w:w="90" w:type="dxa"/>
            </w:tcMar>
          </w:tcPr>
          <w:p w14:paraId="4803CD3E" w14:textId="77777777" w:rsidR="001C1323" w:rsidRPr="00CD5712" w:rsidRDefault="001C1323">
            <w:pPr>
              <w:rPr>
                <w:rFonts w:ascii="Times New Roman" w:hAnsi="Times New Roman" w:cs="Times New Roman"/>
              </w:rPr>
            </w:pPr>
          </w:p>
        </w:tc>
        <w:tc>
          <w:tcPr>
            <w:tcW w:w="1650" w:type="dxa"/>
            <w:shd w:val="clear" w:color="auto" w:fill="F2F2F2"/>
            <w:tcMar>
              <w:top w:w="50" w:type="dxa"/>
              <w:left w:w="90" w:type="dxa"/>
              <w:bottom w:w="50" w:type="dxa"/>
              <w:right w:w="90" w:type="dxa"/>
            </w:tcMar>
          </w:tcPr>
          <w:p w14:paraId="54E58BE8" w14:textId="77777777" w:rsidR="001C1323" w:rsidRPr="00CD5712" w:rsidRDefault="001C1323">
            <w:pPr>
              <w:rPr>
                <w:rFonts w:ascii="Times New Roman" w:hAnsi="Times New Roman" w:cs="Times New Roman"/>
              </w:rPr>
            </w:pPr>
          </w:p>
        </w:tc>
        <w:tc>
          <w:tcPr>
            <w:tcW w:w="800" w:type="dxa"/>
            <w:shd w:val="clear" w:color="auto" w:fill="F2F2F2"/>
            <w:tcMar>
              <w:top w:w="50" w:type="dxa"/>
              <w:left w:w="90" w:type="dxa"/>
              <w:bottom w:w="50" w:type="dxa"/>
              <w:right w:w="90" w:type="dxa"/>
            </w:tcMar>
          </w:tcPr>
          <w:p w14:paraId="05351F99" w14:textId="77777777" w:rsidR="001C1323" w:rsidRPr="00CD5712" w:rsidRDefault="001C1323">
            <w:pPr>
              <w:rPr>
                <w:rFonts w:ascii="Times New Roman" w:hAnsi="Times New Roman" w:cs="Times New Roman"/>
              </w:rPr>
            </w:pPr>
          </w:p>
        </w:tc>
        <w:tc>
          <w:tcPr>
            <w:tcW w:w="1826" w:type="dxa"/>
            <w:shd w:val="clear" w:color="auto" w:fill="F2F2F2"/>
            <w:tcMar>
              <w:top w:w="50" w:type="dxa"/>
              <w:left w:w="90" w:type="dxa"/>
              <w:bottom w:w="50" w:type="dxa"/>
              <w:right w:w="90" w:type="dxa"/>
            </w:tcMar>
          </w:tcPr>
          <w:p w14:paraId="6209DBAA" w14:textId="77777777" w:rsidR="001C1323" w:rsidRPr="00CD5712" w:rsidRDefault="001C1323">
            <w:pPr>
              <w:rPr>
                <w:rFonts w:ascii="Times New Roman" w:hAnsi="Times New Roman" w:cs="Times New Roman"/>
              </w:rPr>
            </w:pPr>
          </w:p>
        </w:tc>
      </w:tr>
      <w:tr w:rsidR="001C1323" w:rsidRPr="00CD5712" w14:paraId="09C4DC41" w14:textId="77777777" w:rsidTr="00DF3248">
        <w:trPr>
          <w:cantSplit/>
          <w:trHeight w:val="175"/>
        </w:trPr>
        <w:tc>
          <w:tcPr>
            <w:tcW w:w="3300" w:type="dxa"/>
            <w:shd w:val="clear" w:color="auto" w:fill="FAC6C1"/>
            <w:tcMar>
              <w:top w:w="50" w:type="dxa"/>
              <w:left w:w="90" w:type="dxa"/>
              <w:bottom w:w="50" w:type="dxa"/>
              <w:right w:w="90" w:type="dxa"/>
            </w:tcMar>
          </w:tcPr>
          <w:p w14:paraId="505A5BE5" w14:textId="77777777" w:rsidR="001C1323" w:rsidRPr="00CD5712" w:rsidRDefault="00000000">
            <w:pPr>
              <w:rPr>
                <w:rFonts w:ascii="Times New Roman" w:hAnsi="Times New Roman" w:cs="Times New Roman"/>
              </w:rPr>
            </w:pPr>
            <w:r w:rsidRPr="00CD5712">
              <w:rPr>
                <w:rFonts w:ascii="Times New Roman" w:hAnsi="Times New Roman" w:cs="Times New Roman"/>
                <w:b/>
                <w:sz w:val="18"/>
              </w:rPr>
              <w:t>TOTAL (A + B)</w:t>
            </w:r>
          </w:p>
        </w:tc>
        <w:tc>
          <w:tcPr>
            <w:tcW w:w="1450" w:type="dxa"/>
            <w:shd w:val="clear" w:color="auto" w:fill="FAC6C1"/>
            <w:tcMar>
              <w:top w:w="50" w:type="dxa"/>
              <w:left w:w="90" w:type="dxa"/>
              <w:bottom w:w="50" w:type="dxa"/>
              <w:right w:w="90" w:type="dxa"/>
            </w:tcMar>
          </w:tcPr>
          <w:p w14:paraId="3584512F" w14:textId="77777777" w:rsidR="001C1323" w:rsidRPr="00CD5712" w:rsidRDefault="001C1323">
            <w:pPr>
              <w:rPr>
                <w:rFonts w:ascii="Times New Roman" w:hAnsi="Times New Roman" w:cs="Times New Roman"/>
              </w:rPr>
            </w:pPr>
          </w:p>
        </w:tc>
        <w:tc>
          <w:tcPr>
            <w:tcW w:w="1650" w:type="dxa"/>
            <w:shd w:val="clear" w:color="auto" w:fill="FAC6C1"/>
            <w:tcMar>
              <w:top w:w="50" w:type="dxa"/>
              <w:left w:w="90" w:type="dxa"/>
              <w:bottom w:w="50" w:type="dxa"/>
              <w:right w:w="90" w:type="dxa"/>
            </w:tcMar>
          </w:tcPr>
          <w:p w14:paraId="302B4E9E" w14:textId="77777777" w:rsidR="001C1323" w:rsidRPr="00CD5712" w:rsidRDefault="001C1323">
            <w:pPr>
              <w:rPr>
                <w:rFonts w:ascii="Times New Roman" w:hAnsi="Times New Roman" w:cs="Times New Roman"/>
              </w:rPr>
            </w:pPr>
          </w:p>
        </w:tc>
        <w:tc>
          <w:tcPr>
            <w:tcW w:w="800" w:type="dxa"/>
            <w:shd w:val="clear" w:color="auto" w:fill="FAC6C1"/>
            <w:tcMar>
              <w:top w:w="50" w:type="dxa"/>
              <w:left w:w="90" w:type="dxa"/>
              <w:bottom w:w="50" w:type="dxa"/>
              <w:right w:w="90" w:type="dxa"/>
            </w:tcMar>
          </w:tcPr>
          <w:p w14:paraId="0873D560" w14:textId="77777777" w:rsidR="001C1323" w:rsidRPr="00CD5712" w:rsidRDefault="001C1323">
            <w:pPr>
              <w:rPr>
                <w:rFonts w:ascii="Times New Roman" w:hAnsi="Times New Roman" w:cs="Times New Roman"/>
              </w:rPr>
            </w:pPr>
          </w:p>
        </w:tc>
        <w:tc>
          <w:tcPr>
            <w:tcW w:w="1826" w:type="dxa"/>
            <w:shd w:val="clear" w:color="auto" w:fill="FAC6C1"/>
            <w:tcMar>
              <w:top w:w="50" w:type="dxa"/>
              <w:left w:w="90" w:type="dxa"/>
              <w:bottom w:w="50" w:type="dxa"/>
              <w:right w:w="90" w:type="dxa"/>
            </w:tcMar>
          </w:tcPr>
          <w:p w14:paraId="5ECD6C69" w14:textId="77777777" w:rsidR="001C1323" w:rsidRPr="00CD5712" w:rsidRDefault="001C1323">
            <w:pPr>
              <w:rPr>
                <w:rFonts w:ascii="Times New Roman" w:hAnsi="Times New Roman" w:cs="Times New Roman"/>
              </w:rPr>
            </w:pPr>
          </w:p>
        </w:tc>
      </w:tr>
    </w:tbl>
    <w:p w14:paraId="60425080" w14:textId="77777777" w:rsidR="001C1323" w:rsidRPr="00CD5712" w:rsidRDefault="001C1323">
      <w:pPr>
        <w:spacing w:line="60" w:lineRule="exact"/>
        <w:rPr>
          <w:rFonts w:ascii="Times New Roman" w:hAnsi="Times New Roman" w:cs="Times New Roman"/>
        </w:rPr>
      </w:pPr>
    </w:p>
    <w:tbl>
      <w:tblPr>
        <w:tblW w:w="9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800"/>
        <w:gridCol w:w="3226"/>
      </w:tblGrid>
      <w:tr w:rsidR="001C1323" w:rsidRPr="00CD5712" w14:paraId="5AD86FA3" w14:textId="77777777">
        <w:trPr>
          <w:cantSplit/>
          <w:trHeight w:val="351"/>
        </w:trPr>
        <w:tc>
          <w:tcPr>
            <w:tcW w:w="5800" w:type="dxa"/>
            <w:tcMar>
              <w:top w:w="50" w:type="dxa"/>
              <w:left w:w="90" w:type="dxa"/>
              <w:bottom w:w="50" w:type="dxa"/>
              <w:right w:w="90" w:type="dxa"/>
            </w:tcMar>
          </w:tcPr>
          <w:p w14:paraId="66CC196D" w14:textId="77777777" w:rsidR="001C1323" w:rsidRPr="00CD5712" w:rsidRDefault="00000000">
            <w:pPr>
              <w:rPr>
                <w:rFonts w:ascii="Times New Roman" w:hAnsi="Times New Roman" w:cs="Times New Roman"/>
              </w:rPr>
            </w:pPr>
            <w:r w:rsidRPr="00CD5712">
              <w:rPr>
                <w:rFonts w:ascii="Times New Roman" w:hAnsi="Times New Roman" w:cs="Times New Roman"/>
                <w:sz w:val="19"/>
              </w:rPr>
              <w:t>Biaya operasional penelitian terhadap total pendanaan (ketentuan: minimum 60%)</w:t>
            </w:r>
          </w:p>
        </w:tc>
        <w:tc>
          <w:tcPr>
            <w:tcW w:w="3226" w:type="dxa"/>
            <w:tcMar>
              <w:top w:w="50" w:type="dxa"/>
              <w:left w:w="90" w:type="dxa"/>
              <w:bottom w:w="50" w:type="dxa"/>
              <w:right w:w="90" w:type="dxa"/>
            </w:tcMar>
          </w:tcPr>
          <w:p w14:paraId="3EF868C7" w14:textId="5C6CB14B" w:rsidR="001C1323" w:rsidRPr="00CD5712" w:rsidRDefault="00000000">
            <w:pPr>
              <w:rPr>
                <w:rFonts w:ascii="Times New Roman" w:hAnsi="Times New Roman" w:cs="Times New Roman"/>
              </w:rPr>
            </w:pPr>
            <w:r w:rsidRPr="00CD5712">
              <w:rPr>
                <w:rFonts w:ascii="Times New Roman" w:hAnsi="Times New Roman" w:cs="Times New Roman"/>
                <w:color w:val="595959"/>
                <w:sz w:val="19"/>
              </w:rPr>
              <w:t>[...] %</w:t>
            </w:r>
            <w:r w:rsidR="00DF3248">
              <w:rPr>
                <w:rFonts w:ascii="Times New Roman" w:hAnsi="Times New Roman" w:cs="Times New Roman"/>
                <w:color w:val="595959"/>
                <w:sz w:val="19"/>
              </w:rPr>
              <w:t xml:space="preserve"> dari total RAB</w:t>
            </w:r>
          </w:p>
        </w:tc>
      </w:tr>
    </w:tbl>
    <w:p w14:paraId="062CC219" w14:textId="77777777" w:rsidR="001C1323" w:rsidRPr="00CD5712" w:rsidRDefault="001C1323">
      <w:pPr>
        <w:spacing w:line="120" w:lineRule="exact"/>
        <w:rPr>
          <w:rFonts w:ascii="Times New Roman" w:hAnsi="Times New Roman" w:cs="Times New Roman"/>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
        <w:gridCol w:w="2297"/>
        <w:gridCol w:w="2493"/>
        <w:gridCol w:w="3776"/>
        <w:gridCol w:w="51"/>
      </w:tblGrid>
      <w:tr w:rsidR="00210236" w:rsidRPr="00CD5712" w14:paraId="4477CD3F" w14:textId="77777777" w:rsidTr="00530B40">
        <w:trPr>
          <w:cantSplit/>
          <w:tblHeader/>
        </w:trPr>
        <w:tc>
          <w:tcPr>
            <w:tcW w:w="9067" w:type="dxa"/>
            <w:gridSpan w:val="5"/>
            <w:shd w:val="clear" w:color="auto" w:fill="CAE9F7"/>
            <w:tcMar>
              <w:top w:w="50" w:type="dxa"/>
              <w:left w:w="90" w:type="dxa"/>
              <w:bottom w:w="50" w:type="dxa"/>
              <w:right w:w="90" w:type="dxa"/>
            </w:tcMar>
            <w:vAlign w:val="center"/>
          </w:tcPr>
          <w:p w14:paraId="7C14C934" w14:textId="09705EE8" w:rsidR="00210236" w:rsidRPr="00530B40" w:rsidRDefault="00210236" w:rsidP="00210236">
            <w:pPr>
              <w:rPr>
                <w:rFonts w:ascii="Times New Roman" w:hAnsi="Times New Roman" w:cs="Times New Roman"/>
                <w:b/>
                <w:szCs w:val="24"/>
              </w:rPr>
            </w:pPr>
            <w:r w:rsidRPr="00530B40">
              <w:rPr>
                <w:rFonts w:ascii="Times New Roman" w:hAnsi="Times New Roman" w:cs="Times New Roman"/>
                <w:b/>
                <w:szCs w:val="24"/>
              </w:rPr>
              <w:lastRenderedPageBreak/>
              <w:t>8.  Kendala, Risiko, dan Penanganan</w:t>
            </w:r>
          </w:p>
        </w:tc>
      </w:tr>
      <w:tr w:rsidR="00530B40" w:rsidRPr="00530B40" w14:paraId="62FF4FD8" w14:textId="77777777" w:rsidTr="00530B40">
        <w:trPr>
          <w:gridAfter w:val="1"/>
          <w:wAfter w:w="51" w:type="dxa"/>
          <w:trHeight w:val="409"/>
        </w:trPr>
        <w:tc>
          <w:tcPr>
            <w:tcW w:w="9016" w:type="dxa"/>
            <w:gridSpan w:val="4"/>
            <w:tcMar>
              <w:top w:w="70" w:type="dxa"/>
              <w:left w:w="100" w:type="dxa"/>
              <w:bottom w:w="70" w:type="dxa"/>
              <w:right w:w="100" w:type="dxa"/>
            </w:tcMar>
          </w:tcPr>
          <w:p w14:paraId="5FFF5F7E" w14:textId="5A7E1CF1" w:rsidR="00530B40" w:rsidRPr="00530B40" w:rsidRDefault="00530B40" w:rsidP="005B2675">
            <w:pPr>
              <w:spacing w:after="30"/>
              <w:jc w:val="both"/>
              <w:rPr>
                <w:rFonts w:ascii="Times New Roman" w:hAnsi="Times New Roman" w:cs="Times New Roman"/>
                <w:i/>
                <w:iCs/>
                <w:szCs w:val="24"/>
              </w:rPr>
            </w:pPr>
            <w:r w:rsidRPr="00530B40">
              <w:rPr>
                <w:rFonts w:ascii="Times New Roman" w:hAnsi="Times New Roman" w:cs="Times New Roman"/>
                <w:i/>
                <w:iCs/>
                <w:color w:val="595959"/>
                <w:szCs w:val="24"/>
              </w:rPr>
              <w:t>Uraikan kendala/risiko yang dihadapi sampai periode pelaporan dan langkah penanganan (mitigasi)</w:t>
            </w:r>
            <w:r>
              <w:rPr>
                <w:rFonts w:ascii="Times New Roman" w:hAnsi="Times New Roman" w:cs="Times New Roman"/>
                <w:i/>
                <w:iCs/>
                <w:color w:val="595959"/>
                <w:szCs w:val="24"/>
              </w:rPr>
              <w:t xml:space="preserve"> yang akan dilakukan.</w:t>
            </w:r>
          </w:p>
        </w:tc>
      </w:tr>
      <w:tr w:rsidR="00DF3248" w:rsidRPr="00CD5712" w14:paraId="527C1A1E" w14:textId="77777777" w:rsidTr="00530B40">
        <w:trPr>
          <w:cantSplit/>
          <w:tblHeader/>
        </w:trPr>
        <w:tc>
          <w:tcPr>
            <w:tcW w:w="450" w:type="dxa"/>
            <w:shd w:val="clear" w:color="auto" w:fill="CAE9F7"/>
            <w:tcMar>
              <w:top w:w="50" w:type="dxa"/>
              <w:left w:w="90" w:type="dxa"/>
              <w:bottom w:w="50" w:type="dxa"/>
              <w:right w:w="90" w:type="dxa"/>
            </w:tcMar>
            <w:vAlign w:val="center"/>
          </w:tcPr>
          <w:p w14:paraId="27CE5691" w14:textId="77777777" w:rsidR="00DF3248" w:rsidRPr="00CD5712" w:rsidRDefault="00DF3248">
            <w:pPr>
              <w:jc w:val="center"/>
              <w:rPr>
                <w:rFonts w:ascii="Times New Roman" w:hAnsi="Times New Roman" w:cs="Times New Roman"/>
              </w:rPr>
            </w:pPr>
            <w:r w:rsidRPr="00CD5712">
              <w:rPr>
                <w:rFonts w:ascii="Times New Roman" w:hAnsi="Times New Roman" w:cs="Times New Roman"/>
                <w:b/>
                <w:sz w:val="18"/>
              </w:rPr>
              <w:t>No</w:t>
            </w:r>
          </w:p>
        </w:tc>
        <w:tc>
          <w:tcPr>
            <w:tcW w:w="2297" w:type="dxa"/>
            <w:shd w:val="clear" w:color="auto" w:fill="CAE9F7"/>
            <w:tcMar>
              <w:top w:w="50" w:type="dxa"/>
              <w:left w:w="90" w:type="dxa"/>
              <w:bottom w:w="50" w:type="dxa"/>
              <w:right w:w="90" w:type="dxa"/>
            </w:tcMar>
            <w:vAlign w:val="center"/>
          </w:tcPr>
          <w:p w14:paraId="31DBB2F9" w14:textId="77777777" w:rsidR="00DF3248" w:rsidRPr="00CD5712" w:rsidRDefault="00DF3248">
            <w:pPr>
              <w:jc w:val="center"/>
              <w:rPr>
                <w:rFonts w:ascii="Times New Roman" w:hAnsi="Times New Roman" w:cs="Times New Roman"/>
              </w:rPr>
            </w:pPr>
            <w:r w:rsidRPr="00CD5712">
              <w:rPr>
                <w:rFonts w:ascii="Times New Roman" w:hAnsi="Times New Roman" w:cs="Times New Roman"/>
                <w:b/>
                <w:sz w:val="18"/>
              </w:rPr>
              <w:t>Kendala/Risiko</w:t>
            </w:r>
          </w:p>
        </w:tc>
        <w:tc>
          <w:tcPr>
            <w:tcW w:w="2493" w:type="dxa"/>
            <w:shd w:val="clear" w:color="auto" w:fill="CAE9F7"/>
            <w:tcMar>
              <w:top w:w="50" w:type="dxa"/>
              <w:left w:w="90" w:type="dxa"/>
              <w:bottom w:w="50" w:type="dxa"/>
              <w:right w:w="90" w:type="dxa"/>
            </w:tcMar>
            <w:vAlign w:val="center"/>
          </w:tcPr>
          <w:p w14:paraId="546DBA12" w14:textId="77777777" w:rsidR="00DF3248" w:rsidRPr="00CD5712" w:rsidRDefault="00DF3248">
            <w:pPr>
              <w:jc w:val="center"/>
              <w:rPr>
                <w:rFonts w:ascii="Times New Roman" w:hAnsi="Times New Roman" w:cs="Times New Roman"/>
              </w:rPr>
            </w:pPr>
            <w:r w:rsidRPr="00CD5712">
              <w:rPr>
                <w:rFonts w:ascii="Times New Roman" w:hAnsi="Times New Roman" w:cs="Times New Roman"/>
                <w:b/>
                <w:sz w:val="18"/>
              </w:rPr>
              <w:t>Dampak terhadap Jadwal/Luaran</w:t>
            </w:r>
          </w:p>
        </w:tc>
        <w:tc>
          <w:tcPr>
            <w:tcW w:w="3827" w:type="dxa"/>
            <w:gridSpan w:val="2"/>
            <w:shd w:val="clear" w:color="auto" w:fill="CAE9F7"/>
            <w:tcMar>
              <w:top w:w="50" w:type="dxa"/>
              <w:left w:w="90" w:type="dxa"/>
              <w:bottom w:w="50" w:type="dxa"/>
              <w:right w:w="90" w:type="dxa"/>
            </w:tcMar>
            <w:vAlign w:val="center"/>
          </w:tcPr>
          <w:p w14:paraId="1088268C" w14:textId="77777777" w:rsidR="00DF3248" w:rsidRPr="00CD5712" w:rsidRDefault="00DF3248">
            <w:pPr>
              <w:jc w:val="center"/>
              <w:rPr>
                <w:rFonts w:ascii="Times New Roman" w:hAnsi="Times New Roman" w:cs="Times New Roman"/>
              </w:rPr>
            </w:pPr>
            <w:r w:rsidRPr="00CD5712">
              <w:rPr>
                <w:rFonts w:ascii="Times New Roman" w:hAnsi="Times New Roman" w:cs="Times New Roman"/>
                <w:b/>
                <w:sz w:val="18"/>
              </w:rPr>
              <w:t>Langkah Penanganan/Mitigasi</w:t>
            </w:r>
          </w:p>
        </w:tc>
      </w:tr>
      <w:tr w:rsidR="00DF3248" w:rsidRPr="00CD5712" w14:paraId="5B8E8F64" w14:textId="77777777" w:rsidTr="00530B40">
        <w:trPr>
          <w:cantSplit/>
          <w:trHeight w:val="567"/>
        </w:trPr>
        <w:tc>
          <w:tcPr>
            <w:tcW w:w="450" w:type="dxa"/>
            <w:tcMar>
              <w:top w:w="50" w:type="dxa"/>
              <w:left w:w="90" w:type="dxa"/>
              <w:bottom w:w="50" w:type="dxa"/>
              <w:right w:w="90" w:type="dxa"/>
            </w:tcMar>
          </w:tcPr>
          <w:p w14:paraId="7E02C198" w14:textId="77777777" w:rsidR="00DF3248" w:rsidRPr="00CD5712" w:rsidRDefault="00DF3248">
            <w:pPr>
              <w:rPr>
                <w:rFonts w:ascii="Times New Roman" w:hAnsi="Times New Roman" w:cs="Times New Roman"/>
              </w:rPr>
            </w:pPr>
          </w:p>
        </w:tc>
        <w:tc>
          <w:tcPr>
            <w:tcW w:w="2297" w:type="dxa"/>
            <w:tcMar>
              <w:top w:w="50" w:type="dxa"/>
              <w:left w:w="90" w:type="dxa"/>
              <w:bottom w:w="50" w:type="dxa"/>
              <w:right w:w="90" w:type="dxa"/>
            </w:tcMar>
          </w:tcPr>
          <w:p w14:paraId="4AC9D61C" w14:textId="77777777" w:rsidR="00DF3248" w:rsidRPr="00CD5712" w:rsidRDefault="00DF3248">
            <w:pPr>
              <w:rPr>
                <w:rFonts w:ascii="Times New Roman" w:hAnsi="Times New Roman" w:cs="Times New Roman"/>
              </w:rPr>
            </w:pPr>
          </w:p>
        </w:tc>
        <w:tc>
          <w:tcPr>
            <w:tcW w:w="2493" w:type="dxa"/>
            <w:tcMar>
              <w:top w:w="50" w:type="dxa"/>
              <w:left w:w="90" w:type="dxa"/>
              <w:bottom w:w="50" w:type="dxa"/>
              <w:right w:w="90" w:type="dxa"/>
            </w:tcMar>
          </w:tcPr>
          <w:p w14:paraId="3C27CD9C" w14:textId="77777777" w:rsidR="00DF3248" w:rsidRPr="00CD5712" w:rsidRDefault="00DF3248">
            <w:pPr>
              <w:rPr>
                <w:rFonts w:ascii="Times New Roman" w:hAnsi="Times New Roman" w:cs="Times New Roman"/>
              </w:rPr>
            </w:pPr>
          </w:p>
        </w:tc>
        <w:tc>
          <w:tcPr>
            <w:tcW w:w="3827" w:type="dxa"/>
            <w:gridSpan w:val="2"/>
            <w:tcMar>
              <w:top w:w="50" w:type="dxa"/>
              <w:left w:w="90" w:type="dxa"/>
              <w:bottom w:w="50" w:type="dxa"/>
              <w:right w:w="90" w:type="dxa"/>
            </w:tcMar>
          </w:tcPr>
          <w:p w14:paraId="5E07A08D" w14:textId="77777777" w:rsidR="00DF3248" w:rsidRPr="00CD5712" w:rsidRDefault="00DF3248">
            <w:pPr>
              <w:rPr>
                <w:rFonts w:ascii="Times New Roman" w:hAnsi="Times New Roman" w:cs="Times New Roman"/>
              </w:rPr>
            </w:pPr>
          </w:p>
        </w:tc>
      </w:tr>
      <w:tr w:rsidR="00DF3248" w:rsidRPr="00CD5712" w14:paraId="421516F6" w14:textId="77777777" w:rsidTr="00530B40">
        <w:trPr>
          <w:cantSplit/>
          <w:trHeight w:val="567"/>
        </w:trPr>
        <w:tc>
          <w:tcPr>
            <w:tcW w:w="450" w:type="dxa"/>
            <w:tcMar>
              <w:top w:w="50" w:type="dxa"/>
              <w:left w:w="90" w:type="dxa"/>
              <w:bottom w:w="50" w:type="dxa"/>
              <w:right w:w="90" w:type="dxa"/>
            </w:tcMar>
          </w:tcPr>
          <w:p w14:paraId="071FD1DD" w14:textId="77777777" w:rsidR="00DF3248" w:rsidRPr="00CD5712" w:rsidRDefault="00DF3248">
            <w:pPr>
              <w:rPr>
                <w:rFonts w:ascii="Times New Roman" w:hAnsi="Times New Roman" w:cs="Times New Roman"/>
              </w:rPr>
            </w:pPr>
          </w:p>
        </w:tc>
        <w:tc>
          <w:tcPr>
            <w:tcW w:w="2297" w:type="dxa"/>
            <w:tcMar>
              <w:top w:w="50" w:type="dxa"/>
              <w:left w:w="90" w:type="dxa"/>
              <w:bottom w:w="50" w:type="dxa"/>
              <w:right w:w="90" w:type="dxa"/>
            </w:tcMar>
          </w:tcPr>
          <w:p w14:paraId="6AC2B94A" w14:textId="77777777" w:rsidR="00DF3248" w:rsidRPr="00CD5712" w:rsidRDefault="00DF3248">
            <w:pPr>
              <w:rPr>
                <w:rFonts w:ascii="Times New Roman" w:hAnsi="Times New Roman" w:cs="Times New Roman"/>
              </w:rPr>
            </w:pPr>
          </w:p>
        </w:tc>
        <w:tc>
          <w:tcPr>
            <w:tcW w:w="2493" w:type="dxa"/>
            <w:tcMar>
              <w:top w:w="50" w:type="dxa"/>
              <w:left w:w="90" w:type="dxa"/>
              <w:bottom w:w="50" w:type="dxa"/>
              <w:right w:w="90" w:type="dxa"/>
            </w:tcMar>
          </w:tcPr>
          <w:p w14:paraId="4B4B39F4" w14:textId="77777777" w:rsidR="00DF3248" w:rsidRPr="00CD5712" w:rsidRDefault="00DF3248">
            <w:pPr>
              <w:rPr>
                <w:rFonts w:ascii="Times New Roman" w:hAnsi="Times New Roman" w:cs="Times New Roman"/>
              </w:rPr>
            </w:pPr>
          </w:p>
        </w:tc>
        <w:tc>
          <w:tcPr>
            <w:tcW w:w="3827" w:type="dxa"/>
            <w:gridSpan w:val="2"/>
            <w:tcMar>
              <w:top w:w="50" w:type="dxa"/>
              <w:left w:w="90" w:type="dxa"/>
              <w:bottom w:w="50" w:type="dxa"/>
              <w:right w:w="90" w:type="dxa"/>
            </w:tcMar>
          </w:tcPr>
          <w:p w14:paraId="1FFB18F7" w14:textId="77777777" w:rsidR="00DF3248" w:rsidRPr="00CD5712" w:rsidRDefault="00DF3248">
            <w:pPr>
              <w:rPr>
                <w:rFonts w:ascii="Times New Roman" w:hAnsi="Times New Roman" w:cs="Times New Roman"/>
              </w:rPr>
            </w:pPr>
          </w:p>
        </w:tc>
      </w:tr>
    </w:tbl>
    <w:p w14:paraId="39C397B4" w14:textId="77777777" w:rsidR="001C1323" w:rsidRPr="00CD5712" w:rsidRDefault="001C1323">
      <w:pPr>
        <w:spacing w:line="60" w:lineRule="exact"/>
        <w:rPr>
          <w:rFonts w:ascii="Times New Roman" w:hAnsi="Times New Roman" w:cs="Times New Roman"/>
        </w:rPr>
      </w:pPr>
    </w:p>
    <w:p w14:paraId="6833C383" w14:textId="77777777" w:rsidR="001C1323" w:rsidRPr="00CD5712" w:rsidRDefault="001C1323">
      <w:pPr>
        <w:spacing w:line="120" w:lineRule="exact"/>
        <w:rPr>
          <w:rFonts w:ascii="Times New Roman" w:hAnsi="Times New Roman" w:cs="Times New Roman"/>
        </w:rPr>
      </w:pPr>
    </w:p>
    <w:tbl>
      <w:tblPr>
        <w:tblW w:w="9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
        <w:gridCol w:w="2197"/>
        <w:gridCol w:w="1998"/>
        <w:gridCol w:w="1299"/>
        <w:gridCol w:w="1398"/>
        <w:gridCol w:w="1674"/>
        <w:gridCol w:w="10"/>
      </w:tblGrid>
      <w:tr w:rsidR="001C1323" w:rsidRPr="00CD5712" w14:paraId="4D4871D0" w14:textId="77777777">
        <w:trPr>
          <w:gridAfter w:val="1"/>
          <w:wAfter w:w="10" w:type="dxa"/>
          <w:cantSplit/>
        </w:trPr>
        <w:tc>
          <w:tcPr>
            <w:tcW w:w="9026" w:type="dxa"/>
            <w:gridSpan w:val="6"/>
            <w:shd w:val="clear" w:color="auto" w:fill="CAE9F7"/>
            <w:tcMar>
              <w:top w:w="70" w:type="dxa"/>
              <w:left w:w="100" w:type="dxa"/>
              <w:bottom w:w="70" w:type="dxa"/>
              <w:right w:w="100" w:type="dxa"/>
            </w:tcMar>
          </w:tcPr>
          <w:p w14:paraId="24E055CD" w14:textId="0BDB2403" w:rsidR="001C1323" w:rsidRPr="00CD5712" w:rsidRDefault="00000000">
            <w:pPr>
              <w:keepNext/>
              <w:rPr>
                <w:rFonts w:ascii="Times New Roman" w:hAnsi="Times New Roman" w:cs="Times New Roman"/>
              </w:rPr>
            </w:pPr>
            <w:r w:rsidRPr="00CD5712">
              <w:rPr>
                <w:rFonts w:ascii="Times New Roman" w:hAnsi="Times New Roman" w:cs="Times New Roman"/>
                <w:b/>
                <w:sz w:val="21"/>
              </w:rPr>
              <w:t xml:space="preserve">9.  Rencana Kegiatan </w:t>
            </w:r>
            <w:r w:rsidR="00F2253F">
              <w:rPr>
                <w:rFonts w:ascii="Times New Roman" w:hAnsi="Times New Roman" w:cs="Times New Roman"/>
                <w:b/>
                <w:sz w:val="21"/>
              </w:rPr>
              <w:t xml:space="preserve">Capaian Akhir </w:t>
            </w:r>
          </w:p>
        </w:tc>
      </w:tr>
      <w:tr w:rsidR="001C1323" w:rsidRPr="00CD5712" w14:paraId="14C985C7" w14:textId="77777777">
        <w:trPr>
          <w:gridAfter w:val="1"/>
          <w:wAfter w:w="10" w:type="dxa"/>
          <w:trHeight w:val="1361"/>
        </w:trPr>
        <w:tc>
          <w:tcPr>
            <w:tcW w:w="9026" w:type="dxa"/>
            <w:gridSpan w:val="6"/>
            <w:tcMar>
              <w:top w:w="70" w:type="dxa"/>
              <w:left w:w="100" w:type="dxa"/>
              <w:bottom w:w="70" w:type="dxa"/>
              <w:right w:w="100" w:type="dxa"/>
            </w:tcMar>
          </w:tcPr>
          <w:p w14:paraId="6F431851" w14:textId="22F0A406" w:rsidR="001C1323" w:rsidRPr="001E74B7" w:rsidRDefault="00000000" w:rsidP="00F2253F">
            <w:pPr>
              <w:spacing w:after="30"/>
              <w:rPr>
                <w:rFonts w:ascii="Times New Roman" w:hAnsi="Times New Roman" w:cs="Times New Roman"/>
                <w:i/>
                <w:iCs/>
                <w:szCs w:val="20"/>
              </w:rPr>
            </w:pPr>
            <w:r w:rsidRPr="001E74B7">
              <w:rPr>
                <w:rFonts w:ascii="Times New Roman" w:hAnsi="Times New Roman" w:cs="Times New Roman"/>
                <w:i/>
                <w:iCs/>
                <w:color w:val="595959"/>
                <w:szCs w:val="20"/>
              </w:rPr>
              <w:t>Isi rencana kegiatan untuk periode berikutnya</w:t>
            </w:r>
            <w:r w:rsidR="00F2253F">
              <w:rPr>
                <w:rFonts w:ascii="Times New Roman" w:hAnsi="Times New Roman" w:cs="Times New Roman"/>
                <w:i/>
                <w:iCs/>
                <w:color w:val="595959"/>
                <w:szCs w:val="20"/>
              </w:rPr>
              <w:t>:</w:t>
            </w:r>
            <w:r w:rsidR="00F2253F">
              <w:rPr>
                <w:rFonts w:ascii="Times New Roman" w:hAnsi="Times New Roman" w:cs="Times New Roman"/>
                <w:i/>
                <w:iCs/>
                <w:color w:val="595959"/>
                <w:szCs w:val="20"/>
              </w:rPr>
              <w:br/>
              <w:t>-</w:t>
            </w:r>
            <w:r w:rsidRPr="001E74B7">
              <w:rPr>
                <w:rFonts w:ascii="Times New Roman" w:hAnsi="Times New Roman" w:cs="Times New Roman"/>
                <w:i/>
                <w:iCs/>
                <w:color w:val="595959"/>
                <w:szCs w:val="20"/>
              </w:rPr>
              <w:t xml:space="preserve"> Target luaran Tahap II (Oktober–Desember 2026) menurut Juknis RKI 2026 untuk acuan:</w:t>
            </w:r>
          </w:p>
          <w:p w14:paraId="7C08E0DF" w14:textId="77777777" w:rsidR="001C1323" w:rsidRPr="001E74B7" w:rsidRDefault="00000000" w:rsidP="001E74B7">
            <w:pPr>
              <w:spacing w:after="30"/>
              <w:ind w:left="567" w:hanging="198"/>
              <w:jc w:val="both"/>
              <w:rPr>
                <w:rFonts w:ascii="Times New Roman" w:hAnsi="Times New Roman" w:cs="Times New Roman"/>
                <w:i/>
                <w:iCs/>
                <w:szCs w:val="20"/>
              </w:rPr>
            </w:pPr>
            <w:r w:rsidRPr="001E74B7">
              <w:rPr>
                <w:rFonts w:ascii="Times New Roman" w:hAnsi="Times New Roman" w:cs="Times New Roman"/>
                <w:i/>
                <w:iCs/>
                <w:color w:val="595959"/>
                <w:szCs w:val="20"/>
              </w:rPr>
              <w:t>– Kategori A: artikel telah berstatus terkirim pada jurnal internasional bereputasi.</w:t>
            </w:r>
          </w:p>
          <w:p w14:paraId="7BA7B82E" w14:textId="77777777" w:rsidR="001C1323" w:rsidRPr="001E74B7" w:rsidRDefault="00000000" w:rsidP="001E74B7">
            <w:pPr>
              <w:spacing w:after="30"/>
              <w:ind w:left="567" w:hanging="198"/>
              <w:jc w:val="both"/>
              <w:rPr>
                <w:rFonts w:ascii="Times New Roman" w:hAnsi="Times New Roman" w:cs="Times New Roman"/>
                <w:i/>
                <w:iCs/>
                <w:szCs w:val="20"/>
              </w:rPr>
            </w:pPr>
            <w:r w:rsidRPr="001E74B7">
              <w:rPr>
                <w:rFonts w:ascii="Times New Roman" w:hAnsi="Times New Roman" w:cs="Times New Roman"/>
                <w:i/>
                <w:iCs/>
                <w:color w:val="595959"/>
                <w:szCs w:val="20"/>
              </w:rPr>
              <w:t xml:space="preserve">– Kategori B – </w:t>
            </w:r>
            <w:r w:rsidRPr="00DF3248">
              <w:rPr>
                <w:rFonts w:ascii="Times New Roman" w:hAnsi="Times New Roman" w:cs="Times New Roman"/>
                <w:b/>
                <w:bCs/>
                <w:i/>
                <w:iCs/>
                <w:color w:val="595959"/>
                <w:szCs w:val="20"/>
              </w:rPr>
              <w:t>teknologi/produk</w:t>
            </w:r>
            <w:r w:rsidRPr="001E74B7">
              <w:rPr>
                <w:rFonts w:ascii="Times New Roman" w:hAnsi="Times New Roman" w:cs="Times New Roman"/>
                <w:i/>
                <w:iCs/>
                <w:color w:val="595959"/>
                <w:szCs w:val="20"/>
              </w:rPr>
              <w:t xml:space="preserve">: purwarupa fungsional awal dan hasil pengujian terbatas; </w:t>
            </w:r>
            <w:r w:rsidRPr="00DF3248">
              <w:rPr>
                <w:rFonts w:ascii="Times New Roman" w:hAnsi="Times New Roman" w:cs="Times New Roman"/>
                <w:b/>
                <w:bCs/>
                <w:i/>
                <w:iCs/>
                <w:color w:val="595959"/>
                <w:szCs w:val="20"/>
              </w:rPr>
              <w:t>model kebijakan</w:t>
            </w:r>
            <w:r w:rsidRPr="001E74B7">
              <w:rPr>
                <w:rFonts w:ascii="Times New Roman" w:hAnsi="Times New Roman" w:cs="Times New Roman"/>
                <w:i/>
                <w:iCs/>
                <w:color w:val="595959"/>
                <w:szCs w:val="20"/>
              </w:rPr>
              <w:t xml:space="preserve">: draf ringkasan kebijakan/naskah kebijakan dan bukti komunikasi awal dengan pemangku kepentingan/pembuat kebijakan; </w:t>
            </w:r>
            <w:r w:rsidRPr="00DF3248">
              <w:rPr>
                <w:rFonts w:ascii="Times New Roman" w:hAnsi="Times New Roman" w:cs="Times New Roman"/>
                <w:b/>
                <w:bCs/>
                <w:i/>
                <w:iCs/>
                <w:color w:val="595959"/>
                <w:szCs w:val="20"/>
              </w:rPr>
              <w:t>karya seni/karya terapan:</w:t>
            </w:r>
            <w:r w:rsidRPr="001E74B7">
              <w:rPr>
                <w:rFonts w:ascii="Times New Roman" w:hAnsi="Times New Roman" w:cs="Times New Roman"/>
                <w:i/>
                <w:iCs/>
                <w:color w:val="595959"/>
                <w:szCs w:val="20"/>
              </w:rPr>
              <w:t xml:space="preserve"> karya telah diproduksi dan melalui proses kurasi/uji publik/pementasan terbatas.</w:t>
            </w:r>
          </w:p>
          <w:p w14:paraId="6C51AF93" w14:textId="51017F2E" w:rsidR="001C1323" w:rsidRPr="00F2253F" w:rsidRDefault="00000000" w:rsidP="00F2253F">
            <w:pPr>
              <w:pStyle w:val="ListParagraph"/>
              <w:numPr>
                <w:ilvl w:val="0"/>
                <w:numId w:val="16"/>
              </w:numPr>
              <w:spacing w:after="30"/>
              <w:ind w:left="180" w:hanging="142"/>
              <w:jc w:val="both"/>
              <w:rPr>
                <w:rFonts w:ascii="Times New Roman" w:hAnsi="Times New Roman" w:cs="Times New Roman"/>
              </w:rPr>
            </w:pPr>
            <w:r w:rsidRPr="00F2253F">
              <w:rPr>
                <w:rFonts w:ascii="Times New Roman" w:hAnsi="Times New Roman" w:cs="Times New Roman"/>
                <w:i/>
                <w:iCs/>
                <w:color w:val="595959"/>
                <w:szCs w:val="20"/>
              </w:rPr>
              <w:t>Capaian akhir (Tahap III) dapat dipenuhi paling lama sampai akhir tahun berikutnya (N+1); sebutkan rencana pemenuhannya.</w:t>
            </w:r>
          </w:p>
        </w:tc>
      </w:tr>
      <w:tr w:rsidR="001C1323" w:rsidRPr="00CD5712" w14:paraId="5DBEA8A7" w14:textId="77777777">
        <w:trPr>
          <w:cantSplit/>
          <w:tblHeader/>
        </w:trPr>
        <w:tc>
          <w:tcPr>
            <w:tcW w:w="450" w:type="dxa"/>
            <w:shd w:val="clear" w:color="auto" w:fill="CAE9F7"/>
            <w:tcMar>
              <w:top w:w="50" w:type="dxa"/>
              <w:left w:w="90" w:type="dxa"/>
              <w:bottom w:w="50" w:type="dxa"/>
              <w:right w:w="90" w:type="dxa"/>
            </w:tcMar>
            <w:vAlign w:val="center"/>
          </w:tcPr>
          <w:p w14:paraId="121DE203" w14:textId="77777777" w:rsidR="001C1323" w:rsidRPr="00CD5712" w:rsidRDefault="00000000">
            <w:pPr>
              <w:jc w:val="center"/>
              <w:rPr>
                <w:rFonts w:ascii="Times New Roman" w:hAnsi="Times New Roman" w:cs="Times New Roman"/>
              </w:rPr>
            </w:pPr>
            <w:r w:rsidRPr="00CD5712">
              <w:rPr>
                <w:rFonts w:ascii="Times New Roman" w:hAnsi="Times New Roman" w:cs="Times New Roman"/>
                <w:b/>
                <w:sz w:val="18"/>
              </w:rPr>
              <w:t>No</w:t>
            </w:r>
          </w:p>
        </w:tc>
        <w:tc>
          <w:tcPr>
            <w:tcW w:w="2200" w:type="dxa"/>
            <w:shd w:val="clear" w:color="auto" w:fill="CAE9F7"/>
            <w:tcMar>
              <w:top w:w="50" w:type="dxa"/>
              <w:left w:w="90" w:type="dxa"/>
              <w:bottom w:w="50" w:type="dxa"/>
              <w:right w:w="90" w:type="dxa"/>
            </w:tcMar>
            <w:vAlign w:val="center"/>
          </w:tcPr>
          <w:p w14:paraId="1F7441D7" w14:textId="77777777" w:rsidR="001C1323" w:rsidRPr="00CD5712" w:rsidRDefault="00000000">
            <w:pPr>
              <w:jc w:val="center"/>
              <w:rPr>
                <w:rFonts w:ascii="Times New Roman" w:hAnsi="Times New Roman" w:cs="Times New Roman"/>
              </w:rPr>
            </w:pPr>
            <w:r w:rsidRPr="00CD5712">
              <w:rPr>
                <w:rFonts w:ascii="Times New Roman" w:hAnsi="Times New Roman" w:cs="Times New Roman"/>
                <w:b/>
                <w:sz w:val="18"/>
              </w:rPr>
              <w:t>Kegiatan</w:t>
            </w:r>
          </w:p>
        </w:tc>
        <w:tc>
          <w:tcPr>
            <w:tcW w:w="2000" w:type="dxa"/>
            <w:shd w:val="clear" w:color="auto" w:fill="CAE9F7"/>
            <w:tcMar>
              <w:top w:w="50" w:type="dxa"/>
              <w:left w:w="90" w:type="dxa"/>
              <w:bottom w:w="50" w:type="dxa"/>
              <w:right w:w="90" w:type="dxa"/>
            </w:tcMar>
            <w:vAlign w:val="center"/>
          </w:tcPr>
          <w:p w14:paraId="4A0EAA26" w14:textId="77777777" w:rsidR="001C1323" w:rsidRPr="00CD5712" w:rsidRDefault="00000000">
            <w:pPr>
              <w:jc w:val="center"/>
              <w:rPr>
                <w:rFonts w:ascii="Times New Roman" w:hAnsi="Times New Roman" w:cs="Times New Roman"/>
              </w:rPr>
            </w:pPr>
            <w:r w:rsidRPr="00CD5712">
              <w:rPr>
                <w:rFonts w:ascii="Times New Roman" w:hAnsi="Times New Roman" w:cs="Times New Roman"/>
                <w:b/>
                <w:sz w:val="18"/>
              </w:rPr>
              <w:t>Target Luaran/Keluaran</w:t>
            </w:r>
          </w:p>
        </w:tc>
        <w:tc>
          <w:tcPr>
            <w:tcW w:w="1300" w:type="dxa"/>
            <w:shd w:val="clear" w:color="auto" w:fill="CAE9F7"/>
            <w:tcMar>
              <w:top w:w="50" w:type="dxa"/>
              <w:left w:w="90" w:type="dxa"/>
              <w:bottom w:w="50" w:type="dxa"/>
              <w:right w:w="90" w:type="dxa"/>
            </w:tcMar>
            <w:vAlign w:val="center"/>
          </w:tcPr>
          <w:p w14:paraId="2FA253DD" w14:textId="77777777" w:rsidR="001C1323" w:rsidRPr="00CD5712" w:rsidRDefault="00000000">
            <w:pPr>
              <w:jc w:val="center"/>
              <w:rPr>
                <w:rFonts w:ascii="Times New Roman" w:hAnsi="Times New Roman" w:cs="Times New Roman"/>
              </w:rPr>
            </w:pPr>
            <w:r w:rsidRPr="00CD5712">
              <w:rPr>
                <w:rFonts w:ascii="Times New Roman" w:hAnsi="Times New Roman" w:cs="Times New Roman"/>
                <w:b/>
                <w:sz w:val="18"/>
              </w:rPr>
              <w:t>Waktu Pelaksanaan</w:t>
            </w:r>
          </w:p>
        </w:tc>
        <w:tc>
          <w:tcPr>
            <w:tcW w:w="1400" w:type="dxa"/>
            <w:shd w:val="clear" w:color="auto" w:fill="CAE9F7"/>
            <w:tcMar>
              <w:top w:w="50" w:type="dxa"/>
              <w:left w:w="90" w:type="dxa"/>
              <w:bottom w:w="50" w:type="dxa"/>
              <w:right w:w="90" w:type="dxa"/>
            </w:tcMar>
            <w:vAlign w:val="center"/>
          </w:tcPr>
          <w:p w14:paraId="017819E2" w14:textId="77777777" w:rsidR="001C1323" w:rsidRPr="00CD5712" w:rsidRDefault="00000000">
            <w:pPr>
              <w:jc w:val="center"/>
              <w:rPr>
                <w:rFonts w:ascii="Times New Roman" w:hAnsi="Times New Roman" w:cs="Times New Roman"/>
              </w:rPr>
            </w:pPr>
            <w:r w:rsidRPr="00CD5712">
              <w:rPr>
                <w:rFonts w:ascii="Times New Roman" w:hAnsi="Times New Roman" w:cs="Times New Roman"/>
                <w:b/>
                <w:sz w:val="18"/>
              </w:rPr>
              <w:t>Penanggung Jawab</w:t>
            </w:r>
          </w:p>
        </w:tc>
        <w:tc>
          <w:tcPr>
            <w:tcW w:w="1676" w:type="dxa"/>
            <w:gridSpan w:val="2"/>
            <w:shd w:val="clear" w:color="auto" w:fill="CAE9F7"/>
            <w:tcMar>
              <w:top w:w="50" w:type="dxa"/>
              <w:left w:w="90" w:type="dxa"/>
              <w:bottom w:w="50" w:type="dxa"/>
              <w:right w:w="90" w:type="dxa"/>
            </w:tcMar>
            <w:vAlign w:val="center"/>
          </w:tcPr>
          <w:p w14:paraId="7785A959" w14:textId="6B86FDC6" w:rsidR="001C1323" w:rsidRPr="00CD5712" w:rsidRDefault="00000000">
            <w:pPr>
              <w:jc w:val="center"/>
              <w:rPr>
                <w:rFonts w:ascii="Times New Roman" w:hAnsi="Times New Roman" w:cs="Times New Roman"/>
              </w:rPr>
            </w:pPr>
            <w:r w:rsidRPr="00CD5712">
              <w:rPr>
                <w:rFonts w:ascii="Times New Roman" w:hAnsi="Times New Roman" w:cs="Times New Roman"/>
                <w:b/>
                <w:sz w:val="18"/>
              </w:rPr>
              <w:t>Peran/Kontribusi Mitra</w:t>
            </w:r>
          </w:p>
        </w:tc>
      </w:tr>
      <w:tr w:rsidR="001C1323" w:rsidRPr="00CD5712" w14:paraId="3E19D5D6" w14:textId="77777777">
        <w:trPr>
          <w:cantSplit/>
          <w:trHeight w:val="567"/>
        </w:trPr>
        <w:tc>
          <w:tcPr>
            <w:tcW w:w="450" w:type="dxa"/>
            <w:tcMar>
              <w:top w:w="50" w:type="dxa"/>
              <w:left w:w="90" w:type="dxa"/>
              <w:bottom w:w="50" w:type="dxa"/>
              <w:right w:w="90" w:type="dxa"/>
            </w:tcMar>
          </w:tcPr>
          <w:p w14:paraId="7658F4A4" w14:textId="77777777" w:rsidR="001C1323" w:rsidRPr="00CD5712" w:rsidRDefault="001C1323">
            <w:pPr>
              <w:rPr>
                <w:rFonts w:ascii="Times New Roman" w:hAnsi="Times New Roman" w:cs="Times New Roman"/>
              </w:rPr>
            </w:pPr>
          </w:p>
        </w:tc>
        <w:tc>
          <w:tcPr>
            <w:tcW w:w="2200" w:type="dxa"/>
            <w:tcMar>
              <w:top w:w="50" w:type="dxa"/>
              <w:left w:w="90" w:type="dxa"/>
              <w:bottom w:w="50" w:type="dxa"/>
              <w:right w:w="90" w:type="dxa"/>
            </w:tcMar>
          </w:tcPr>
          <w:p w14:paraId="4DAE3FF2" w14:textId="77777777" w:rsidR="001C1323" w:rsidRPr="00CD5712" w:rsidRDefault="001C1323">
            <w:pPr>
              <w:rPr>
                <w:rFonts w:ascii="Times New Roman" w:hAnsi="Times New Roman" w:cs="Times New Roman"/>
              </w:rPr>
            </w:pPr>
          </w:p>
        </w:tc>
        <w:tc>
          <w:tcPr>
            <w:tcW w:w="2000" w:type="dxa"/>
            <w:tcMar>
              <w:top w:w="50" w:type="dxa"/>
              <w:left w:w="90" w:type="dxa"/>
              <w:bottom w:w="50" w:type="dxa"/>
              <w:right w:w="90" w:type="dxa"/>
            </w:tcMar>
          </w:tcPr>
          <w:p w14:paraId="30D8173C" w14:textId="77777777" w:rsidR="001C1323" w:rsidRPr="00CD5712" w:rsidRDefault="001C1323">
            <w:pPr>
              <w:rPr>
                <w:rFonts w:ascii="Times New Roman" w:hAnsi="Times New Roman" w:cs="Times New Roman"/>
              </w:rPr>
            </w:pPr>
          </w:p>
        </w:tc>
        <w:tc>
          <w:tcPr>
            <w:tcW w:w="1300" w:type="dxa"/>
            <w:tcMar>
              <w:top w:w="50" w:type="dxa"/>
              <w:left w:w="90" w:type="dxa"/>
              <w:bottom w:w="50" w:type="dxa"/>
              <w:right w:w="90" w:type="dxa"/>
            </w:tcMar>
          </w:tcPr>
          <w:p w14:paraId="6D0016FC" w14:textId="77777777" w:rsidR="001C1323" w:rsidRPr="00CD5712" w:rsidRDefault="001C1323">
            <w:pPr>
              <w:rPr>
                <w:rFonts w:ascii="Times New Roman" w:hAnsi="Times New Roman" w:cs="Times New Roman"/>
              </w:rPr>
            </w:pPr>
          </w:p>
        </w:tc>
        <w:tc>
          <w:tcPr>
            <w:tcW w:w="1400" w:type="dxa"/>
            <w:tcMar>
              <w:top w:w="50" w:type="dxa"/>
              <w:left w:w="90" w:type="dxa"/>
              <w:bottom w:w="50" w:type="dxa"/>
              <w:right w:w="90" w:type="dxa"/>
            </w:tcMar>
          </w:tcPr>
          <w:p w14:paraId="377EB89C" w14:textId="77777777" w:rsidR="001C1323" w:rsidRPr="00CD5712" w:rsidRDefault="001C1323">
            <w:pPr>
              <w:rPr>
                <w:rFonts w:ascii="Times New Roman" w:hAnsi="Times New Roman" w:cs="Times New Roman"/>
              </w:rPr>
            </w:pPr>
          </w:p>
        </w:tc>
        <w:tc>
          <w:tcPr>
            <w:tcW w:w="1676" w:type="dxa"/>
            <w:gridSpan w:val="2"/>
            <w:tcMar>
              <w:top w:w="50" w:type="dxa"/>
              <w:left w:w="90" w:type="dxa"/>
              <w:bottom w:w="50" w:type="dxa"/>
              <w:right w:w="90" w:type="dxa"/>
            </w:tcMar>
          </w:tcPr>
          <w:p w14:paraId="137D0447" w14:textId="77777777" w:rsidR="001C1323" w:rsidRPr="00CD5712" w:rsidRDefault="001C1323">
            <w:pPr>
              <w:rPr>
                <w:rFonts w:ascii="Times New Roman" w:hAnsi="Times New Roman" w:cs="Times New Roman"/>
              </w:rPr>
            </w:pPr>
          </w:p>
        </w:tc>
      </w:tr>
      <w:tr w:rsidR="001C1323" w:rsidRPr="00CD5712" w14:paraId="68268A27" w14:textId="77777777">
        <w:trPr>
          <w:cantSplit/>
          <w:trHeight w:val="567"/>
        </w:trPr>
        <w:tc>
          <w:tcPr>
            <w:tcW w:w="450" w:type="dxa"/>
            <w:tcMar>
              <w:top w:w="50" w:type="dxa"/>
              <w:left w:w="90" w:type="dxa"/>
              <w:bottom w:w="50" w:type="dxa"/>
              <w:right w:w="90" w:type="dxa"/>
            </w:tcMar>
          </w:tcPr>
          <w:p w14:paraId="002D3582" w14:textId="77777777" w:rsidR="001C1323" w:rsidRPr="00CD5712" w:rsidRDefault="001C1323">
            <w:pPr>
              <w:rPr>
                <w:rFonts w:ascii="Times New Roman" w:hAnsi="Times New Roman" w:cs="Times New Roman"/>
              </w:rPr>
            </w:pPr>
          </w:p>
        </w:tc>
        <w:tc>
          <w:tcPr>
            <w:tcW w:w="2200" w:type="dxa"/>
            <w:tcMar>
              <w:top w:w="50" w:type="dxa"/>
              <w:left w:w="90" w:type="dxa"/>
              <w:bottom w:w="50" w:type="dxa"/>
              <w:right w:w="90" w:type="dxa"/>
            </w:tcMar>
          </w:tcPr>
          <w:p w14:paraId="616A69A2" w14:textId="77777777" w:rsidR="001C1323" w:rsidRPr="00CD5712" w:rsidRDefault="001C1323">
            <w:pPr>
              <w:rPr>
                <w:rFonts w:ascii="Times New Roman" w:hAnsi="Times New Roman" w:cs="Times New Roman"/>
              </w:rPr>
            </w:pPr>
          </w:p>
        </w:tc>
        <w:tc>
          <w:tcPr>
            <w:tcW w:w="2000" w:type="dxa"/>
            <w:tcMar>
              <w:top w:w="50" w:type="dxa"/>
              <w:left w:w="90" w:type="dxa"/>
              <w:bottom w:w="50" w:type="dxa"/>
              <w:right w:w="90" w:type="dxa"/>
            </w:tcMar>
          </w:tcPr>
          <w:p w14:paraId="4A63488A" w14:textId="77777777" w:rsidR="001C1323" w:rsidRPr="00CD5712" w:rsidRDefault="001C1323">
            <w:pPr>
              <w:rPr>
                <w:rFonts w:ascii="Times New Roman" w:hAnsi="Times New Roman" w:cs="Times New Roman"/>
              </w:rPr>
            </w:pPr>
          </w:p>
        </w:tc>
        <w:tc>
          <w:tcPr>
            <w:tcW w:w="1300" w:type="dxa"/>
            <w:tcMar>
              <w:top w:w="50" w:type="dxa"/>
              <w:left w:w="90" w:type="dxa"/>
              <w:bottom w:w="50" w:type="dxa"/>
              <w:right w:w="90" w:type="dxa"/>
            </w:tcMar>
          </w:tcPr>
          <w:p w14:paraId="5DE2B271" w14:textId="77777777" w:rsidR="001C1323" w:rsidRPr="00CD5712" w:rsidRDefault="001C1323">
            <w:pPr>
              <w:rPr>
                <w:rFonts w:ascii="Times New Roman" w:hAnsi="Times New Roman" w:cs="Times New Roman"/>
              </w:rPr>
            </w:pPr>
          </w:p>
        </w:tc>
        <w:tc>
          <w:tcPr>
            <w:tcW w:w="1400" w:type="dxa"/>
            <w:tcMar>
              <w:top w:w="50" w:type="dxa"/>
              <w:left w:w="90" w:type="dxa"/>
              <w:bottom w:w="50" w:type="dxa"/>
              <w:right w:w="90" w:type="dxa"/>
            </w:tcMar>
          </w:tcPr>
          <w:p w14:paraId="5CE490DC" w14:textId="77777777" w:rsidR="001C1323" w:rsidRPr="00CD5712" w:rsidRDefault="001C1323">
            <w:pPr>
              <w:rPr>
                <w:rFonts w:ascii="Times New Roman" w:hAnsi="Times New Roman" w:cs="Times New Roman"/>
              </w:rPr>
            </w:pPr>
          </w:p>
        </w:tc>
        <w:tc>
          <w:tcPr>
            <w:tcW w:w="1676" w:type="dxa"/>
            <w:gridSpan w:val="2"/>
            <w:tcMar>
              <w:top w:w="50" w:type="dxa"/>
              <w:left w:w="90" w:type="dxa"/>
              <w:bottom w:w="50" w:type="dxa"/>
              <w:right w:w="90" w:type="dxa"/>
            </w:tcMar>
          </w:tcPr>
          <w:p w14:paraId="479632C5" w14:textId="77777777" w:rsidR="001C1323" w:rsidRPr="00CD5712" w:rsidRDefault="001C1323">
            <w:pPr>
              <w:rPr>
                <w:rFonts w:ascii="Times New Roman" w:hAnsi="Times New Roman" w:cs="Times New Roman"/>
              </w:rPr>
            </w:pPr>
          </w:p>
        </w:tc>
      </w:tr>
      <w:tr w:rsidR="001C1323" w:rsidRPr="00CD5712" w14:paraId="1AB5EC94" w14:textId="77777777">
        <w:trPr>
          <w:cantSplit/>
          <w:trHeight w:val="567"/>
        </w:trPr>
        <w:tc>
          <w:tcPr>
            <w:tcW w:w="450" w:type="dxa"/>
            <w:tcMar>
              <w:top w:w="50" w:type="dxa"/>
              <w:left w:w="90" w:type="dxa"/>
              <w:bottom w:w="50" w:type="dxa"/>
              <w:right w:w="90" w:type="dxa"/>
            </w:tcMar>
          </w:tcPr>
          <w:p w14:paraId="298EEB29" w14:textId="77777777" w:rsidR="001C1323" w:rsidRPr="00CD5712" w:rsidRDefault="001C1323">
            <w:pPr>
              <w:rPr>
                <w:rFonts w:ascii="Times New Roman" w:hAnsi="Times New Roman" w:cs="Times New Roman"/>
              </w:rPr>
            </w:pPr>
          </w:p>
        </w:tc>
        <w:tc>
          <w:tcPr>
            <w:tcW w:w="2200" w:type="dxa"/>
            <w:tcMar>
              <w:top w:w="50" w:type="dxa"/>
              <w:left w:w="90" w:type="dxa"/>
              <w:bottom w:w="50" w:type="dxa"/>
              <w:right w:w="90" w:type="dxa"/>
            </w:tcMar>
          </w:tcPr>
          <w:p w14:paraId="6AE05A6F" w14:textId="77777777" w:rsidR="001C1323" w:rsidRPr="00CD5712" w:rsidRDefault="001C1323">
            <w:pPr>
              <w:rPr>
                <w:rFonts w:ascii="Times New Roman" w:hAnsi="Times New Roman" w:cs="Times New Roman"/>
              </w:rPr>
            </w:pPr>
          </w:p>
        </w:tc>
        <w:tc>
          <w:tcPr>
            <w:tcW w:w="2000" w:type="dxa"/>
            <w:tcMar>
              <w:top w:w="50" w:type="dxa"/>
              <w:left w:w="90" w:type="dxa"/>
              <w:bottom w:w="50" w:type="dxa"/>
              <w:right w:w="90" w:type="dxa"/>
            </w:tcMar>
          </w:tcPr>
          <w:p w14:paraId="3BFA4CA9" w14:textId="77777777" w:rsidR="001C1323" w:rsidRPr="00CD5712" w:rsidRDefault="001C1323">
            <w:pPr>
              <w:rPr>
                <w:rFonts w:ascii="Times New Roman" w:hAnsi="Times New Roman" w:cs="Times New Roman"/>
              </w:rPr>
            </w:pPr>
          </w:p>
        </w:tc>
        <w:tc>
          <w:tcPr>
            <w:tcW w:w="1300" w:type="dxa"/>
            <w:tcMar>
              <w:top w:w="50" w:type="dxa"/>
              <w:left w:w="90" w:type="dxa"/>
              <w:bottom w:w="50" w:type="dxa"/>
              <w:right w:w="90" w:type="dxa"/>
            </w:tcMar>
          </w:tcPr>
          <w:p w14:paraId="0C5BBE73" w14:textId="77777777" w:rsidR="001C1323" w:rsidRPr="00CD5712" w:rsidRDefault="001C1323">
            <w:pPr>
              <w:rPr>
                <w:rFonts w:ascii="Times New Roman" w:hAnsi="Times New Roman" w:cs="Times New Roman"/>
              </w:rPr>
            </w:pPr>
          </w:p>
        </w:tc>
        <w:tc>
          <w:tcPr>
            <w:tcW w:w="1400" w:type="dxa"/>
            <w:tcMar>
              <w:top w:w="50" w:type="dxa"/>
              <w:left w:w="90" w:type="dxa"/>
              <w:bottom w:w="50" w:type="dxa"/>
              <w:right w:w="90" w:type="dxa"/>
            </w:tcMar>
          </w:tcPr>
          <w:p w14:paraId="36A5E718" w14:textId="77777777" w:rsidR="001C1323" w:rsidRPr="00CD5712" w:rsidRDefault="001C1323">
            <w:pPr>
              <w:rPr>
                <w:rFonts w:ascii="Times New Roman" w:hAnsi="Times New Roman" w:cs="Times New Roman"/>
              </w:rPr>
            </w:pPr>
          </w:p>
        </w:tc>
        <w:tc>
          <w:tcPr>
            <w:tcW w:w="1676" w:type="dxa"/>
            <w:gridSpan w:val="2"/>
            <w:tcMar>
              <w:top w:w="50" w:type="dxa"/>
              <w:left w:w="90" w:type="dxa"/>
              <w:bottom w:w="50" w:type="dxa"/>
              <w:right w:w="90" w:type="dxa"/>
            </w:tcMar>
          </w:tcPr>
          <w:p w14:paraId="159F48BB" w14:textId="77777777" w:rsidR="001C1323" w:rsidRPr="00CD5712" w:rsidRDefault="001C1323">
            <w:pPr>
              <w:rPr>
                <w:rFonts w:ascii="Times New Roman" w:hAnsi="Times New Roman" w:cs="Times New Roman"/>
              </w:rPr>
            </w:pPr>
          </w:p>
        </w:tc>
      </w:tr>
      <w:tr w:rsidR="001C1323" w:rsidRPr="00CD5712" w14:paraId="645707C3" w14:textId="77777777">
        <w:trPr>
          <w:cantSplit/>
          <w:trHeight w:val="567"/>
        </w:trPr>
        <w:tc>
          <w:tcPr>
            <w:tcW w:w="450" w:type="dxa"/>
            <w:tcMar>
              <w:top w:w="50" w:type="dxa"/>
              <w:left w:w="90" w:type="dxa"/>
              <w:bottom w:w="50" w:type="dxa"/>
              <w:right w:w="90" w:type="dxa"/>
            </w:tcMar>
          </w:tcPr>
          <w:p w14:paraId="5041978C" w14:textId="77777777" w:rsidR="001C1323" w:rsidRPr="00CD5712" w:rsidRDefault="001C1323">
            <w:pPr>
              <w:rPr>
                <w:rFonts w:ascii="Times New Roman" w:hAnsi="Times New Roman" w:cs="Times New Roman"/>
              </w:rPr>
            </w:pPr>
          </w:p>
        </w:tc>
        <w:tc>
          <w:tcPr>
            <w:tcW w:w="2200" w:type="dxa"/>
            <w:tcMar>
              <w:top w:w="50" w:type="dxa"/>
              <w:left w:w="90" w:type="dxa"/>
              <w:bottom w:w="50" w:type="dxa"/>
              <w:right w:w="90" w:type="dxa"/>
            </w:tcMar>
          </w:tcPr>
          <w:p w14:paraId="7F5FAF05" w14:textId="77777777" w:rsidR="001C1323" w:rsidRPr="00CD5712" w:rsidRDefault="001C1323">
            <w:pPr>
              <w:rPr>
                <w:rFonts w:ascii="Times New Roman" w:hAnsi="Times New Roman" w:cs="Times New Roman"/>
              </w:rPr>
            </w:pPr>
          </w:p>
        </w:tc>
        <w:tc>
          <w:tcPr>
            <w:tcW w:w="2000" w:type="dxa"/>
            <w:tcMar>
              <w:top w:w="50" w:type="dxa"/>
              <w:left w:w="90" w:type="dxa"/>
              <w:bottom w:w="50" w:type="dxa"/>
              <w:right w:w="90" w:type="dxa"/>
            </w:tcMar>
          </w:tcPr>
          <w:p w14:paraId="14CA58DE" w14:textId="77777777" w:rsidR="001C1323" w:rsidRPr="00CD5712" w:rsidRDefault="001C1323">
            <w:pPr>
              <w:rPr>
                <w:rFonts w:ascii="Times New Roman" w:hAnsi="Times New Roman" w:cs="Times New Roman"/>
              </w:rPr>
            </w:pPr>
          </w:p>
        </w:tc>
        <w:tc>
          <w:tcPr>
            <w:tcW w:w="1300" w:type="dxa"/>
            <w:tcMar>
              <w:top w:w="50" w:type="dxa"/>
              <w:left w:w="90" w:type="dxa"/>
              <w:bottom w:w="50" w:type="dxa"/>
              <w:right w:w="90" w:type="dxa"/>
            </w:tcMar>
          </w:tcPr>
          <w:p w14:paraId="31BFEE7A" w14:textId="77777777" w:rsidR="001C1323" w:rsidRPr="00CD5712" w:rsidRDefault="001C1323">
            <w:pPr>
              <w:rPr>
                <w:rFonts w:ascii="Times New Roman" w:hAnsi="Times New Roman" w:cs="Times New Roman"/>
              </w:rPr>
            </w:pPr>
          </w:p>
        </w:tc>
        <w:tc>
          <w:tcPr>
            <w:tcW w:w="1400" w:type="dxa"/>
            <w:tcMar>
              <w:top w:w="50" w:type="dxa"/>
              <w:left w:w="90" w:type="dxa"/>
              <w:bottom w:w="50" w:type="dxa"/>
              <w:right w:w="90" w:type="dxa"/>
            </w:tcMar>
          </w:tcPr>
          <w:p w14:paraId="2B2C9025" w14:textId="77777777" w:rsidR="001C1323" w:rsidRPr="00CD5712" w:rsidRDefault="001C1323">
            <w:pPr>
              <w:rPr>
                <w:rFonts w:ascii="Times New Roman" w:hAnsi="Times New Roman" w:cs="Times New Roman"/>
              </w:rPr>
            </w:pPr>
          </w:p>
        </w:tc>
        <w:tc>
          <w:tcPr>
            <w:tcW w:w="1676" w:type="dxa"/>
            <w:gridSpan w:val="2"/>
            <w:tcMar>
              <w:top w:w="50" w:type="dxa"/>
              <w:left w:w="90" w:type="dxa"/>
              <w:bottom w:w="50" w:type="dxa"/>
              <w:right w:w="90" w:type="dxa"/>
            </w:tcMar>
          </w:tcPr>
          <w:p w14:paraId="67A29C67" w14:textId="77777777" w:rsidR="001C1323" w:rsidRPr="00CD5712" w:rsidRDefault="001C1323">
            <w:pPr>
              <w:rPr>
                <w:rFonts w:ascii="Times New Roman" w:hAnsi="Times New Roman" w:cs="Times New Roman"/>
              </w:rPr>
            </w:pPr>
          </w:p>
        </w:tc>
      </w:tr>
    </w:tbl>
    <w:p w14:paraId="79D1B6B4" w14:textId="77777777" w:rsidR="001C1323" w:rsidRPr="00CD5712" w:rsidRDefault="001C1323">
      <w:pPr>
        <w:spacing w:line="120" w:lineRule="exact"/>
        <w:rPr>
          <w:rFonts w:ascii="Times New Roman" w:hAnsi="Times New Roman" w:cs="Times New Roman"/>
        </w:rPr>
      </w:pPr>
    </w:p>
    <w:p w14:paraId="31E2223D" w14:textId="77777777" w:rsidR="001C1323" w:rsidRPr="00CD5712" w:rsidRDefault="001C1323">
      <w:pPr>
        <w:spacing w:line="120" w:lineRule="exact"/>
        <w:rPr>
          <w:rFonts w:ascii="Times New Roman" w:hAnsi="Times New Roman" w:cs="Times New Roman"/>
        </w:rPr>
      </w:pPr>
    </w:p>
    <w:tbl>
      <w:tblPr>
        <w:tblW w:w="9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26"/>
      </w:tblGrid>
      <w:tr w:rsidR="001C1323" w:rsidRPr="00CD5712" w14:paraId="2D3779C8" w14:textId="77777777">
        <w:trPr>
          <w:cantSplit/>
        </w:trPr>
        <w:tc>
          <w:tcPr>
            <w:tcW w:w="9026" w:type="dxa"/>
            <w:shd w:val="clear" w:color="auto" w:fill="CAE9F7"/>
            <w:tcMar>
              <w:top w:w="70" w:type="dxa"/>
              <w:left w:w="100" w:type="dxa"/>
              <w:bottom w:w="70" w:type="dxa"/>
              <w:right w:w="100" w:type="dxa"/>
            </w:tcMar>
          </w:tcPr>
          <w:p w14:paraId="4B483C20" w14:textId="03C3781F" w:rsidR="001C1323" w:rsidRPr="00CD5712" w:rsidRDefault="00000000">
            <w:pPr>
              <w:keepNext/>
              <w:rPr>
                <w:rFonts w:ascii="Times New Roman" w:hAnsi="Times New Roman" w:cs="Times New Roman"/>
              </w:rPr>
            </w:pPr>
            <w:r w:rsidRPr="00CD5712">
              <w:rPr>
                <w:rFonts w:ascii="Times New Roman" w:hAnsi="Times New Roman" w:cs="Times New Roman"/>
                <w:b/>
                <w:sz w:val="21"/>
              </w:rPr>
              <w:t>1</w:t>
            </w:r>
            <w:r w:rsidR="001D4D4F">
              <w:rPr>
                <w:rFonts w:ascii="Times New Roman" w:hAnsi="Times New Roman" w:cs="Times New Roman"/>
                <w:b/>
                <w:sz w:val="21"/>
              </w:rPr>
              <w:t>0</w:t>
            </w:r>
            <w:r w:rsidRPr="00CD5712">
              <w:rPr>
                <w:rFonts w:ascii="Times New Roman" w:hAnsi="Times New Roman" w:cs="Times New Roman"/>
                <w:b/>
                <w:sz w:val="21"/>
              </w:rPr>
              <w:t>.  Daftar Pustaka</w:t>
            </w:r>
          </w:p>
        </w:tc>
      </w:tr>
      <w:tr w:rsidR="001C1323" w:rsidRPr="00CD5712" w14:paraId="1013316F" w14:textId="77777777" w:rsidTr="00530B40">
        <w:trPr>
          <w:trHeight w:val="947"/>
        </w:trPr>
        <w:tc>
          <w:tcPr>
            <w:tcW w:w="9026" w:type="dxa"/>
            <w:tcMar>
              <w:top w:w="70" w:type="dxa"/>
              <w:left w:w="100" w:type="dxa"/>
              <w:bottom w:w="70" w:type="dxa"/>
              <w:right w:w="100" w:type="dxa"/>
            </w:tcMar>
          </w:tcPr>
          <w:p w14:paraId="4447C58C" w14:textId="77777777" w:rsidR="001C1323" w:rsidRPr="001E74B7" w:rsidRDefault="00000000" w:rsidP="001E74B7">
            <w:pPr>
              <w:spacing w:after="30" w:line="276" w:lineRule="auto"/>
              <w:jc w:val="both"/>
              <w:rPr>
                <w:rFonts w:ascii="Times New Roman" w:hAnsi="Times New Roman" w:cs="Times New Roman"/>
                <w:szCs w:val="20"/>
              </w:rPr>
            </w:pPr>
            <w:r w:rsidRPr="001E74B7">
              <w:rPr>
                <w:rFonts w:ascii="Times New Roman" w:hAnsi="Times New Roman" w:cs="Times New Roman"/>
                <w:color w:val="595959"/>
                <w:szCs w:val="20"/>
              </w:rPr>
              <w:t>Daftar pustaka disusun dan ditulis berdasarkan sistem nomor (</w:t>
            </w:r>
            <w:r w:rsidRPr="00F2253F">
              <w:rPr>
                <w:rFonts w:ascii="Times New Roman" w:hAnsi="Times New Roman" w:cs="Times New Roman"/>
                <w:i/>
                <w:iCs/>
                <w:color w:val="595959"/>
                <w:szCs w:val="20"/>
              </w:rPr>
              <w:t>Vancouver style</w:t>
            </w:r>
            <w:r w:rsidRPr="001E74B7">
              <w:rPr>
                <w:rFonts w:ascii="Times New Roman" w:hAnsi="Times New Roman" w:cs="Times New Roman"/>
                <w:color w:val="595959"/>
                <w:szCs w:val="20"/>
              </w:rPr>
              <w:t>) sesuai dengan urutan pengutipan. Hanya pustaka yang disitasi dalam laporan yang dicantumkan dalam Daftar Pustaka.</w:t>
            </w:r>
          </w:p>
          <w:p w14:paraId="1072682D" w14:textId="77777777" w:rsidR="001C1323" w:rsidRPr="00CD5712" w:rsidRDefault="001C1323">
            <w:pPr>
              <w:pStyle w:val="Isian"/>
            </w:pPr>
          </w:p>
        </w:tc>
      </w:tr>
    </w:tbl>
    <w:p w14:paraId="4B5C33CF" w14:textId="77777777" w:rsidR="001C1323" w:rsidRPr="00CD5712" w:rsidRDefault="001C1323">
      <w:pPr>
        <w:spacing w:line="120" w:lineRule="exact"/>
        <w:rPr>
          <w:rFonts w:ascii="Times New Roman" w:hAnsi="Times New Roman" w:cs="Times New Roman"/>
        </w:rPr>
      </w:pPr>
    </w:p>
    <w:p w14:paraId="2FC04DB8" w14:textId="77777777" w:rsidR="001C1323" w:rsidRPr="00CD5712" w:rsidRDefault="001C1323">
      <w:pPr>
        <w:spacing w:line="200" w:lineRule="exact"/>
        <w:rPr>
          <w:rFonts w:ascii="Times New Roman" w:hAnsi="Times New Roman" w:cs="Times New Roman"/>
        </w:rPr>
      </w:pPr>
    </w:p>
    <w:tbl>
      <w:tblPr>
        <w:tblW w:w="9026" w:type="dxa"/>
        <w:tblLayout w:type="fixed"/>
        <w:tblLook w:val="04A0" w:firstRow="1" w:lastRow="0" w:firstColumn="1" w:lastColumn="0" w:noHBand="0" w:noVBand="1"/>
      </w:tblPr>
      <w:tblGrid>
        <w:gridCol w:w="4513"/>
        <w:gridCol w:w="4513"/>
      </w:tblGrid>
      <w:tr w:rsidR="001C1323" w:rsidRPr="00CD5712" w14:paraId="380FC399" w14:textId="77777777" w:rsidTr="00530B40">
        <w:trPr>
          <w:cantSplit/>
          <w:trHeight w:val="225"/>
        </w:trPr>
        <w:tc>
          <w:tcPr>
            <w:tcW w:w="4513" w:type="dxa"/>
            <w:tcMar>
              <w:top w:w="60" w:type="dxa"/>
              <w:left w:w="90" w:type="dxa"/>
              <w:bottom w:w="60" w:type="dxa"/>
              <w:right w:w="90" w:type="dxa"/>
            </w:tcMar>
          </w:tcPr>
          <w:p w14:paraId="7F7252A6" w14:textId="1E5AE25B" w:rsidR="001C1323" w:rsidRPr="00CD5712" w:rsidRDefault="00527180">
            <w:pPr>
              <w:rPr>
                <w:rFonts w:ascii="Times New Roman" w:hAnsi="Times New Roman" w:cs="Times New Roman"/>
              </w:rPr>
            </w:pPr>
            <w:r>
              <w:rPr>
                <w:rFonts w:ascii="Times New Roman" w:hAnsi="Times New Roman" w:cs="Times New Roman"/>
              </w:rPr>
              <w:t>Penerima Pendanaan</w:t>
            </w:r>
            <w:r w:rsidR="00000000" w:rsidRPr="00CD5712">
              <w:rPr>
                <w:rFonts w:ascii="Times New Roman" w:hAnsi="Times New Roman" w:cs="Times New Roman"/>
              </w:rPr>
              <w:t>,</w:t>
            </w:r>
          </w:p>
          <w:p w14:paraId="3A6C860C" w14:textId="77777777" w:rsidR="001C1323" w:rsidRDefault="001C1323">
            <w:pPr>
              <w:rPr>
                <w:rFonts w:ascii="Times New Roman" w:hAnsi="Times New Roman" w:cs="Times New Roman"/>
              </w:rPr>
            </w:pPr>
          </w:p>
          <w:p w14:paraId="54E9C5DD" w14:textId="77777777" w:rsidR="00530B40" w:rsidRPr="00CD5712" w:rsidRDefault="00530B40">
            <w:pPr>
              <w:rPr>
                <w:rFonts w:ascii="Times New Roman" w:hAnsi="Times New Roman" w:cs="Times New Roman"/>
              </w:rPr>
            </w:pPr>
          </w:p>
          <w:p w14:paraId="705F5C83" w14:textId="77777777" w:rsidR="001C1323" w:rsidRDefault="00000000">
            <w:pPr>
              <w:rPr>
                <w:rFonts w:ascii="Times New Roman" w:hAnsi="Times New Roman" w:cs="Times New Roman"/>
                <w:color w:val="595959"/>
              </w:rPr>
            </w:pPr>
            <w:r w:rsidRPr="00CD5712">
              <w:rPr>
                <w:rFonts w:ascii="Times New Roman" w:hAnsi="Times New Roman" w:cs="Times New Roman"/>
                <w:color w:val="595959"/>
              </w:rPr>
              <w:t>&lt;TTD&gt;</w:t>
            </w:r>
          </w:p>
          <w:p w14:paraId="5D5E180D" w14:textId="77777777" w:rsidR="00530B40" w:rsidRPr="00CD5712" w:rsidRDefault="00530B40">
            <w:pPr>
              <w:rPr>
                <w:rFonts w:ascii="Times New Roman" w:hAnsi="Times New Roman" w:cs="Times New Roman"/>
              </w:rPr>
            </w:pPr>
          </w:p>
          <w:p w14:paraId="156D0BD9" w14:textId="77777777" w:rsidR="001C1323" w:rsidRPr="00CD5712" w:rsidRDefault="001C1323">
            <w:pPr>
              <w:rPr>
                <w:rFonts w:ascii="Times New Roman" w:hAnsi="Times New Roman" w:cs="Times New Roman"/>
              </w:rPr>
            </w:pPr>
          </w:p>
          <w:p w14:paraId="136C39DC" w14:textId="12728BB8" w:rsidR="001C1323" w:rsidRPr="00CD5712" w:rsidRDefault="00000000">
            <w:pPr>
              <w:rPr>
                <w:rFonts w:ascii="Times New Roman" w:hAnsi="Times New Roman" w:cs="Times New Roman"/>
              </w:rPr>
            </w:pPr>
            <w:r w:rsidRPr="00CD5712">
              <w:rPr>
                <w:rFonts w:ascii="Times New Roman" w:hAnsi="Times New Roman" w:cs="Times New Roman"/>
              </w:rPr>
              <w:t>(Nama Lengkap dan Gelar)</w:t>
            </w:r>
          </w:p>
          <w:p w14:paraId="39F45EFA" w14:textId="050CA8A0" w:rsidR="001C1323" w:rsidRPr="00CD5712" w:rsidRDefault="00000000">
            <w:pPr>
              <w:rPr>
                <w:rFonts w:ascii="Times New Roman" w:hAnsi="Times New Roman" w:cs="Times New Roman"/>
              </w:rPr>
            </w:pPr>
            <w:r w:rsidRPr="00CD5712">
              <w:rPr>
                <w:rFonts w:ascii="Times New Roman" w:hAnsi="Times New Roman" w:cs="Times New Roman"/>
              </w:rPr>
              <w:t xml:space="preserve">NIDN/NIDK </w:t>
            </w:r>
          </w:p>
        </w:tc>
        <w:tc>
          <w:tcPr>
            <w:tcW w:w="4513" w:type="dxa"/>
            <w:tcMar>
              <w:top w:w="60" w:type="dxa"/>
              <w:left w:w="90" w:type="dxa"/>
              <w:bottom w:w="60" w:type="dxa"/>
              <w:right w:w="90" w:type="dxa"/>
            </w:tcMar>
          </w:tcPr>
          <w:p w14:paraId="0C1FB92E" w14:textId="7FB6AB0D" w:rsidR="001C1323" w:rsidRPr="00CD5712" w:rsidRDefault="001C1323">
            <w:pPr>
              <w:rPr>
                <w:rFonts w:ascii="Times New Roman" w:hAnsi="Times New Roman" w:cs="Times New Roman"/>
              </w:rPr>
            </w:pPr>
          </w:p>
        </w:tc>
      </w:tr>
    </w:tbl>
    <w:p w14:paraId="4FCF8CAA" w14:textId="77777777" w:rsidR="006B6B02" w:rsidRPr="00CD5712" w:rsidRDefault="006B6B02">
      <w:pPr>
        <w:rPr>
          <w:rFonts w:ascii="Times New Roman" w:hAnsi="Times New Roman" w:cs="Times New Roman"/>
        </w:rPr>
      </w:pPr>
    </w:p>
    <w:sectPr w:rsidR="006B6B02" w:rsidRPr="00CD5712" w:rsidSect="00034616">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6329E" w14:textId="77777777" w:rsidR="00517E3F" w:rsidRDefault="00517E3F">
      <w:r>
        <w:separator/>
      </w:r>
    </w:p>
  </w:endnote>
  <w:endnote w:type="continuationSeparator" w:id="0">
    <w:p w14:paraId="39FA5BB8" w14:textId="77777777" w:rsidR="00517E3F" w:rsidRDefault="00517E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A981A" w14:textId="77777777" w:rsidR="00517E3F" w:rsidRDefault="00517E3F">
      <w:r>
        <w:separator/>
      </w:r>
    </w:p>
  </w:footnote>
  <w:footnote w:type="continuationSeparator" w:id="0">
    <w:p w14:paraId="686889CB" w14:textId="77777777" w:rsidR="00517E3F" w:rsidRDefault="00517E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440"/>
        </w:tabs>
        <w:ind w:left="144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7714AD2"/>
    <w:multiLevelType w:val="hybridMultilevel"/>
    <w:tmpl w:val="5FC2F938"/>
    <w:lvl w:ilvl="0" w:tplc="19181998">
      <w:start w:val="1"/>
      <w:numFmt w:val="bullet"/>
      <w:lvlText w:val="-"/>
      <w:lvlJc w:val="left"/>
      <w:pPr>
        <w:ind w:left="720" w:hanging="360"/>
      </w:pPr>
      <w:rPr>
        <w:rFonts w:ascii="Times New Roman" w:eastAsia="Arial" w:hAnsi="Times New Roman" w:cs="Times New Roman" w:hint="default"/>
        <w:color w:val="595959"/>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0" w15:restartNumberingAfterBreak="0">
    <w:nsid w:val="2CBF6678"/>
    <w:multiLevelType w:val="hybridMultilevel"/>
    <w:tmpl w:val="812E3E26"/>
    <w:lvl w:ilvl="0" w:tplc="B26EBFAA">
      <w:start w:val="5"/>
      <w:numFmt w:val="lowerLetter"/>
      <w:lvlText w:val="%1."/>
      <w:lvlJc w:val="left"/>
      <w:pPr>
        <w:ind w:left="720" w:hanging="360"/>
      </w:pPr>
      <w:rPr>
        <w:rFonts w:hint="default"/>
        <w:color w:val="595959"/>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38597F8C"/>
    <w:multiLevelType w:val="hybridMultilevel"/>
    <w:tmpl w:val="C8305DB4"/>
    <w:lvl w:ilvl="0" w:tplc="38090019">
      <w:start w:val="1"/>
      <w:numFmt w:val="lowerLetter"/>
      <w:lvlText w:val="%1."/>
      <w:lvlJc w:val="left"/>
      <w:pPr>
        <w:ind w:left="880" w:hanging="360"/>
      </w:pPr>
    </w:lvl>
    <w:lvl w:ilvl="1" w:tplc="38090019" w:tentative="1">
      <w:start w:val="1"/>
      <w:numFmt w:val="lowerLetter"/>
      <w:lvlText w:val="%2."/>
      <w:lvlJc w:val="left"/>
      <w:pPr>
        <w:ind w:left="1600" w:hanging="360"/>
      </w:pPr>
    </w:lvl>
    <w:lvl w:ilvl="2" w:tplc="3809001B" w:tentative="1">
      <w:start w:val="1"/>
      <w:numFmt w:val="lowerRoman"/>
      <w:lvlText w:val="%3."/>
      <w:lvlJc w:val="right"/>
      <w:pPr>
        <w:ind w:left="2320" w:hanging="180"/>
      </w:pPr>
    </w:lvl>
    <w:lvl w:ilvl="3" w:tplc="3809000F" w:tentative="1">
      <w:start w:val="1"/>
      <w:numFmt w:val="decimal"/>
      <w:lvlText w:val="%4."/>
      <w:lvlJc w:val="left"/>
      <w:pPr>
        <w:ind w:left="3040" w:hanging="360"/>
      </w:pPr>
    </w:lvl>
    <w:lvl w:ilvl="4" w:tplc="38090019" w:tentative="1">
      <w:start w:val="1"/>
      <w:numFmt w:val="lowerLetter"/>
      <w:lvlText w:val="%5."/>
      <w:lvlJc w:val="left"/>
      <w:pPr>
        <w:ind w:left="3760" w:hanging="360"/>
      </w:pPr>
    </w:lvl>
    <w:lvl w:ilvl="5" w:tplc="3809001B" w:tentative="1">
      <w:start w:val="1"/>
      <w:numFmt w:val="lowerRoman"/>
      <w:lvlText w:val="%6."/>
      <w:lvlJc w:val="right"/>
      <w:pPr>
        <w:ind w:left="4480" w:hanging="180"/>
      </w:pPr>
    </w:lvl>
    <w:lvl w:ilvl="6" w:tplc="3809000F" w:tentative="1">
      <w:start w:val="1"/>
      <w:numFmt w:val="decimal"/>
      <w:lvlText w:val="%7."/>
      <w:lvlJc w:val="left"/>
      <w:pPr>
        <w:ind w:left="5200" w:hanging="360"/>
      </w:pPr>
    </w:lvl>
    <w:lvl w:ilvl="7" w:tplc="38090019" w:tentative="1">
      <w:start w:val="1"/>
      <w:numFmt w:val="lowerLetter"/>
      <w:lvlText w:val="%8."/>
      <w:lvlJc w:val="left"/>
      <w:pPr>
        <w:ind w:left="5920" w:hanging="360"/>
      </w:pPr>
    </w:lvl>
    <w:lvl w:ilvl="8" w:tplc="3809001B" w:tentative="1">
      <w:start w:val="1"/>
      <w:numFmt w:val="lowerRoman"/>
      <w:lvlText w:val="%9."/>
      <w:lvlJc w:val="right"/>
      <w:pPr>
        <w:ind w:left="6640" w:hanging="180"/>
      </w:pPr>
    </w:lvl>
  </w:abstractNum>
  <w:abstractNum w:abstractNumId="12" w15:restartNumberingAfterBreak="0">
    <w:nsid w:val="4C9D6BB9"/>
    <w:multiLevelType w:val="hybridMultilevel"/>
    <w:tmpl w:val="FB5489E6"/>
    <w:lvl w:ilvl="0" w:tplc="F1C6F434">
      <w:start w:val="9"/>
      <w:numFmt w:val="bullet"/>
      <w:lvlText w:val="-"/>
      <w:lvlJc w:val="left"/>
      <w:pPr>
        <w:ind w:left="720" w:hanging="360"/>
      </w:pPr>
      <w:rPr>
        <w:rFonts w:ascii="Times New Roman" w:eastAsia="Arial" w:hAnsi="Times New Roman" w:cs="Times New Roman" w:hint="default"/>
        <w:i/>
        <w:color w:val="595959"/>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3" w15:restartNumberingAfterBreak="0">
    <w:nsid w:val="621C16FF"/>
    <w:multiLevelType w:val="hybridMultilevel"/>
    <w:tmpl w:val="F63C1716"/>
    <w:lvl w:ilvl="0" w:tplc="41C4913C">
      <w:start w:val="4"/>
      <w:numFmt w:val="lowerLetter"/>
      <w:lvlText w:val="%1."/>
      <w:lvlJc w:val="left"/>
      <w:pPr>
        <w:ind w:left="880" w:hanging="360"/>
      </w:pPr>
      <w:rPr>
        <w:rFonts w:hint="default"/>
        <w:color w:val="595959"/>
      </w:rPr>
    </w:lvl>
    <w:lvl w:ilvl="1" w:tplc="38090019" w:tentative="1">
      <w:start w:val="1"/>
      <w:numFmt w:val="lowerLetter"/>
      <w:lvlText w:val="%2."/>
      <w:lvlJc w:val="left"/>
      <w:pPr>
        <w:ind w:left="1600" w:hanging="360"/>
      </w:pPr>
    </w:lvl>
    <w:lvl w:ilvl="2" w:tplc="3809001B" w:tentative="1">
      <w:start w:val="1"/>
      <w:numFmt w:val="lowerRoman"/>
      <w:lvlText w:val="%3."/>
      <w:lvlJc w:val="right"/>
      <w:pPr>
        <w:ind w:left="2320" w:hanging="180"/>
      </w:pPr>
    </w:lvl>
    <w:lvl w:ilvl="3" w:tplc="3809000F" w:tentative="1">
      <w:start w:val="1"/>
      <w:numFmt w:val="decimal"/>
      <w:lvlText w:val="%4."/>
      <w:lvlJc w:val="left"/>
      <w:pPr>
        <w:ind w:left="3040" w:hanging="360"/>
      </w:pPr>
    </w:lvl>
    <w:lvl w:ilvl="4" w:tplc="38090019" w:tentative="1">
      <w:start w:val="1"/>
      <w:numFmt w:val="lowerLetter"/>
      <w:lvlText w:val="%5."/>
      <w:lvlJc w:val="left"/>
      <w:pPr>
        <w:ind w:left="3760" w:hanging="360"/>
      </w:pPr>
    </w:lvl>
    <w:lvl w:ilvl="5" w:tplc="3809001B" w:tentative="1">
      <w:start w:val="1"/>
      <w:numFmt w:val="lowerRoman"/>
      <w:lvlText w:val="%6."/>
      <w:lvlJc w:val="right"/>
      <w:pPr>
        <w:ind w:left="4480" w:hanging="180"/>
      </w:pPr>
    </w:lvl>
    <w:lvl w:ilvl="6" w:tplc="3809000F" w:tentative="1">
      <w:start w:val="1"/>
      <w:numFmt w:val="decimal"/>
      <w:lvlText w:val="%7."/>
      <w:lvlJc w:val="left"/>
      <w:pPr>
        <w:ind w:left="5200" w:hanging="360"/>
      </w:pPr>
    </w:lvl>
    <w:lvl w:ilvl="7" w:tplc="38090019" w:tentative="1">
      <w:start w:val="1"/>
      <w:numFmt w:val="lowerLetter"/>
      <w:lvlText w:val="%8."/>
      <w:lvlJc w:val="left"/>
      <w:pPr>
        <w:ind w:left="5920" w:hanging="360"/>
      </w:pPr>
    </w:lvl>
    <w:lvl w:ilvl="8" w:tplc="3809001B" w:tentative="1">
      <w:start w:val="1"/>
      <w:numFmt w:val="lowerRoman"/>
      <w:lvlText w:val="%9."/>
      <w:lvlJc w:val="right"/>
      <w:pPr>
        <w:ind w:left="6640" w:hanging="180"/>
      </w:pPr>
    </w:lvl>
  </w:abstractNum>
  <w:abstractNum w:abstractNumId="14" w15:restartNumberingAfterBreak="0">
    <w:nsid w:val="70913D55"/>
    <w:multiLevelType w:val="hybridMultilevel"/>
    <w:tmpl w:val="41246868"/>
    <w:lvl w:ilvl="0" w:tplc="41C4913C">
      <w:start w:val="4"/>
      <w:numFmt w:val="lowerLetter"/>
      <w:lvlText w:val="%1."/>
      <w:lvlJc w:val="left"/>
      <w:pPr>
        <w:ind w:left="720" w:hanging="360"/>
      </w:pPr>
      <w:rPr>
        <w:rFonts w:hint="default"/>
        <w:color w:val="595959"/>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78510FB8"/>
    <w:multiLevelType w:val="hybridMultilevel"/>
    <w:tmpl w:val="88BE7EF6"/>
    <w:lvl w:ilvl="0" w:tplc="F8265FD2">
      <w:start w:val="4"/>
      <w:numFmt w:val="bullet"/>
      <w:lvlText w:val="-"/>
      <w:lvlJc w:val="left"/>
      <w:pPr>
        <w:ind w:left="520" w:hanging="360"/>
      </w:pPr>
      <w:rPr>
        <w:rFonts w:ascii="Times New Roman" w:eastAsia="Avenir" w:hAnsi="Times New Roman" w:cs="Times New Roman" w:hint="default"/>
      </w:rPr>
    </w:lvl>
    <w:lvl w:ilvl="1" w:tplc="38090003" w:tentative="1">
      <w:start w:val="1"/>
      <w:numFmt w:val="bullet"/>
      <w:lvlText w:val="o"/>
      <w:lvlJc w:val="left"/>
      <w:pPr>
        <w:ind w:left="1240" w:hanging="360"/>
      </w:pPr>
      <w:rPr>
        <w:rFonts w:ascii="Courier New" w:hAnsi="Courier New" w:cs="Courier New" w:hint="default"/>
      </w:rPr>
    </w:lvl>
    <w:lvl w:ilvl="2" w:tplc="38090005" w:tentative="1">
      <w:start w:val="1"/>
      <w:numFmt w:val="bullet"/>
      <w:lvlText w:val=""/>
      <w:lvlJc w:val="left"/>
      <w:pPr>
        <w:ind w:left="1960" w:hanging="360"/>
      </w:pPr>
      <w:rPr>
        <w:rFonts w:ascii="Wingdings" w:hAnsi="Wingdings" w:hint="default"/>
      </w:rPr>
    </w:lvl>
    <w:lvl w:ilvl="3" w:tplc="38090001" w:tentative="1">
      <w:start w:val="1"/>
      <w:numFmt w:val="bullet"/>
      <w:lvlText w:val=""/>
      <w:lvlJc w:val="left"/>
      <w:pPr>
        <w:ind w:left="2680" w:hanging="360"/>
      </w:pPr>
      <w:rPr>
        <w:rFonts w:ascii="Symbol" w:hAnsi="Symbol" w:hint="default"/>
      </w:rPr>
    </w:lvl>
    <w:lvl w:ilvl="4" w:tplc="38090003" w:tentative="1">
      <w:start w:val="1"/>
      <w:numFmt w:val="bullet"/>
      <w:lvlText w:val="o"/>
      <w:lvlJc w:val="left"/>
      <w:pPr>
        <w:ind w:left="3400" w:hanging="360"/>
      </w:pPr>
      <w:rPr>
        <w:rFonts w:ascii="Courier New" w:hAnsi="Courier New" w:cs="Courier New" w:hint="default"/>
      </w:rPr>
    </w:lvl>
    <w:lvl w:ilvl="5" w:tplc="38090005" w:tentative="1">
      <w:start w:val="1"/>
      <w:numFmt w:val="bullet"/>
      <w:lvlText w:val=""/>
      <w:lvlJc w:val="left"/>
      <w:pPr>
        <w:ind w:left="4120" w:hanging="360"/>
      </w:pPr>
      <w:rPr>
        <w:rFonts w:ascii="Wingdings" w:hAnsi="Wingdings" w:hint="default"/>
      </w:rPr>
    </w:lvl>
    <w:lvl w:ilvl="6" w:tplc="38090001" w:tentative="1">
      <w:start w:val="1"/>
      <w:numFmt w:val="bullet"/>
      <w:lvlText w:val=""/>
      <w:lvlJc w:val="left"/>
      <w:pPr>
        <w:ind w:left="4840" w:hanging="360"/>
      </w:pPr>
      <w:rPr>
        <w:rFonts w:ascii="Symbol" w:hAnsi="Symbol" w:hint="default"/>
      </w:rPr>
    </w:lvl>
    <w:lvl w:ilvl="7" w:tplc="38090003" w:tentative="1">
      <w:start w:val="1"/>
      <w:numFmt w:val="bullet"/>
      <w:lvlText w:val="o"/>
      <w:lvlJc w:val="left"/>
      <w:pPr>
        <w:ind w:left="5560" w:hanging="360"/>
      </w:pPr>
      <w:rPr>
        <w:rFonts w:ascii="Courier New" w:hAnsi="Courier New" w:cs="Courier New" w:hint="default"/>
      </w:rPr>
    </w:lvl>
    <w:lvl w:ilvl="8" w:tplc="38090005" w:tentative="1">
      <w:start w:val="1"/>
      <w:numFmt w:val="bullet"/>
      <w:lvlText w:val=""/>
      <w:lvlJc w:val="left"/>
      <w:pPr>
        <w:ind w:left="6280" w:hanging="360"/>
      </w:pPr>
      <w:rPr>
        <w:rFonts w:ascii="Wingdings" w:hAnsi="Wingdings" w:hint="default"/>
      </w:rPr>
    </w:lvl>
  </w:abstractNum>
  <w:num w:numId="1" w16cid:durableId="1856914974">
    <w:abstractNumId w:val="8"/>
  </w:num>
  <w:num w:numId="2" w16cid:durableId="1275670486">
    <w:abstractNumId w:val="6"/>
  </w:num>
  <w:num w:numId="3" w16cid:durableId="1066762158">
    <w:abstractNumId w:val="5"/>
  </w:num>
  <w:num w:numId="4" w16cid:durableId="2125726144">
    <w:abstractNumId w:val="4"/>
  </w:num>
  <w:num w:numId="5" w16cid:durableId="1597860348">
    <w:abstractNumId w:val="7"/>
  </w:num>
  <w:num w:numId="6" w16cid:durableId="290333554">
    <w:abstractNumId w:val="3"/>
  </w:num>
  <w:num w:numId="7" w16cid:durableId="421803161">
    <w:abstractNumId w:val="2"/>
  </w:num>
  <w:num w:numId="8" w16cid:durableId="1079206337">
    <w:abstractNumId w:val="1"/>
  </w:num>
  <w:num w:numId="9" w16cid:durableId="795374478">
    <w:abstractNumId w:val="0"/>
  </w:num>
  <w:num w:numId="10" w16cid:durableId="1018313174">
    <w:abstractNumId w:val="9"/>
  </w:num>
  <w:num w:numId="11" w16cid:durableId="1192644355">
    <w:abstractNumId w:val="10"/>
  </w:num>
  <w:num w:numId="12" w16cid:durableId="822309365">
    <w:abstractNumId w:val="14"/>
  </w:num>
  <w:num w:numId="13" w16cid:durableId="99184009">
    <w:abstractNumId w:val="13"/>
  </w:num>
  <w:num w:numId="14" w16cid:durableId="1304196250">
    <w:abstractNumId w:val="15"/>
  </w:num>
  <w:num w:numId="15" w16cid:durableId="938639356">
    <w:abstractNumId w:val="11"/>
  </w:num>
  <w:num w:numId="16" w16cid:durableId="38321656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6F58"/>
    <w:rsid w:val="00044C7E"/>
    <w:rsid w:val="0006063C"/>
    <w:rsid w:val="00101C69"/>
    <w:rsid w:val="0015074B"/>
    <w:rsid w:val="001C1323"/>
    <w:rsid w:val="001D4D4F"/>
    <w:rsid w:val="001E705C"/>
    <w:rsid w:val="001E74B7"/>
    <w:rsid w:val="00210236"/>
    <w:rsid w:val="0029639D"/>
    <w:rsid w:val="00326F90"/>
    <w:rsid w:val="003B600A"/>
    <w:rsid w:val="003D0D81"/>
    <w:rsid w:val="003E015B"/>
    <w:rsid w:val="00517E3F"/>
    <w:rsid w:val="00527180"/>
    <w:rsid w:val="00530B40"/>
    <w:rsid w:val="00672706"/>
    <w:rsid w:val="006A1BC8"/>
    <w:rsid w:val="006B261D"/>
    <w:rsid w:val="006B6B02"/>
    <w:rsid w:val="00734578"/>
    <w:rsid w:val="00751C1E"/>
    <w:rsid w:val="00896048"/>
    <w:rsid w:val="008B680A"/>
    <w:rsid w:val="008F58EE"/>
    <w:rsid w:val="0090552E"/>
    <w:rsid w:val="009B1C7F"/>
    <w:rsid w:val="00AA1D8D"/>
    <w:rsid w:val="00AC0C0E"/>
    <w:rsid w:val="00B47730"/>
    <w:rsid w:val="00B57A47"/>
    <w:rsid w:val="00BB73B9"/>
    <w:rsid w:val="00C21075"/>
    <w:rsid w:val="00C42630"/>
    <w:rsid w:val="00C816D4"/>
    <w:rsid w:val="00CB0664"/>
    <w:rsid w:val="00CD5712"/>
    <w:rsid w:val="00CE2C18"/>
    <w:rsid w:val="00D44B23"/>
    <w:rsid w:val="00D64A01"/>
    <w:rsid w:val="00DB7352"/>
    <w:rsid w:val="00DF3248"/>
    <w:rsid w:val="00E521B5"/>
    <w:rsid w:val="00ED6BE2"/>
    <w:rsid w:val="00F2253F"/>
    <w:rsid w:val="00FA205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F28F18"/>
  <w14:defaultImageDpi w14:val="300"/>
  <w15:docId w15:val="{037B87CB-0B3C-4F0B-9AA0-F04383C96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Arial" w:eastAsia="Arial" w:hAnsi="Arial" w:cs="Arial"/>
      <w:color w:val="404040"/>
      <w:sz w:val="20"/>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sian">
    <w:name w:val="Isian"/>
    <w:basedOn w:val="Normal"/>
    <w:pPr>
      <w:spacing w:line="276" w:lineRule="auto"/>
    </w:pPr>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1276</Words>
  <Characters>7276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David Y. Frinata</cp:lastModifiedBy>
  <cp:revision>4</cp:revision>
  <dcterms:created xsi:type="dcterms:W3CDTF">2026-10-26T08:59:00Z</dcterms:created>
  <dcterms:modified xsi:type="dcterms:W3CDTF">2026-10-28T04:59:00Z</dcterms:modified>
  <cp:category/>
</cp:coreProperties>
</file>