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B8AB4" w14:textId="301996B4" w:rsidR="00E856F1" w:rsidRDefault="00000000">
      <w:pPr>
        <w:pStyle w:val="Title"/>
        <w:jc w:val="center"/>
      </w:pPr>
      <w:r>
        <w:rPr>
          <w:color w:val="003366"/>
        </w:rPr>
        <w:t>FORMULIR LAPORAN BUG BOUNTY</w:t>
      </w:r>
      <w:r w:rsidR="003F0FA1">
        <w:rPr>
          <w:color w:val="003366"/>
        </w:rPr>
        <w:t xml:space="preserve"> DPTSI ITS</w:t>
      </w:r>
    </w:p>
    <w:p w14:paraId="70E22FCB" w14:textId="60B743D1" w:rsidR="00E856F1" w:rsidRDefault="00000000" w:rsidP="003F0FA1">
      <w:pPr>
        <w:pStyle w:val="IntenseQuote"/>
      </w:pPr>
      <w:r>
        <w:t>Gunakan formulir ini untuk melaporkan temuan kerentanan keamanan (vulnerability). Harap isi dengan detail, jelas, dan sertakan langkah-langkah reproduksi yang komprehensif.</w:t>
      </w:r>
    </w:p>
    <w:p w14:paraId="30507403" w14:textId="77777777" w:rsidR="00E856F1" w:rsidRDefault="00000000">
      <w:pPr>
        <w:pStyle w:val="Heading1"/>
      </w:pPr>
      <w:r>
        <w:rPr>
          <w:color w:val="003366"/>
        </w:rPr>
        <w:t>1. Informasi Pelapor (Reporter Information)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E856F1" w14:paraId="3DF73AA2" w14:textId="77777777">
        <w:tc>
          <w:tcPr>
            <w:tcW w:w="2880" w:type="dxa"/>
          </w:tcPr>
          <w:p w14:paraId="197F54E9" w14:textId="77777777" w:rsidR="00E856F1" w:rsidRDefault="00000000">
            <w:r>
              <w:rPr>
                <w:b/>
              </w:rPr>
              <w:t>Nama Lengkap / Alias</w:t>
            </w:r>
          </w:p>
        </w:tc>
        <w:tc>
          <w:tcPr>
            <w:tcW w:w="6480" w:type="dxa"/>
          </w:tcPr>
          <w:p w14:paraId="44E91C80" w14:textId="77777777" w:rsidR="00E856F1" w:rsidRDefault="00000000">
            <w:r>
              <w:rPr>
                <w:color w:val="808080"/>
              </w:rPr>
              <w:t>[Masukkan Nama / Username Anda]</w:t>
            </w:r>
          </w:p>
        </w:tc>
      </w:tr>
      <w:tr w:rsidR="00E856F1" w14:paraId="79A48A54" w14:textId="77777777">
        <w:tc>
          <w:tcPr>
            <w:tcW w:w="2880" w:type="dxa"/>
          </w:tcPr>
          <w:p w14:paraId="5091346A" w14:textId="77777777" w:rsidR="00E856F1" w:rsidRDefault="00000000">
            <w:r>
              <w:rPr>
                <w:b/>
              </w:rPr>
              <w:t>Email / Kontak</w:t>
            </w:r>
          </w:p>
        </w:tc>
        <w:tc>
          <w:tcPr>
            <w:tcW w:w="6480" w:type="dxa"/>
          </w:tcPr>
          <w:p w14:paraId="6D949EFF" w14:textId="77777777" w:rsidR="00E856F1" w:rsidRDefault="00000000">
            <w:r>
              <w:rPr>
                <w:color w:val="808080"/>
              </w:rPr>
              <w:t>[Masukkan Email yang dapat dihubungi]</w:t>
            </w:r>
          </w:p>
        </w:tc>
      </w:tr>
      <w:tr w:rsidR="00E856F1" w14:paraId="7B82C195" w14:textId="77777777">
        <w:tc>
          <w:tcPr>
            <w:tcW w:w="2880" w:type="dxa"/>
          </w:tcPr>
          <w:p w14:paraId="385BB5B9" w14:textId="77777777" w:rsidR="00E856F1" w:rsidRDefault="00000000">
            <w:r>
              <w:rPr>
                <w:b/>
              </w:rPr>
              <w:t>Profil / Tautan (Opsional)</w:t>
            </w:r>
          </w:p>
        </w:tc>
        <w:tc>
          <w:tcPr>
            <w:tcW w:w="6480" w:type="dxa"/>
          </w:tcPr>
          <w:p w14:paraId="315741C4" w14:textId="77777777" w:rsidR="00E856F1" w:rsidRDefault="00000000">
            <w:r>
              <w:rPr>
                <w:color w:val="808080"/>
              </w:rPr>
              <w:t>[URL Profil HackerOne, Bugcrowd, LinkedIn, dll]</w:t>
            </w:r>
          </w:p>
        </w:tc>
      </w:tr>
      <w:tr w:rsidR="00E856F1" w14:paraId="61A65A54" w14:textId="77777777">
        <w:tc>
          <w:tcPr>
            <w:tcW w:w="2880" w:type="dxa"/>
          </w:tcPr>
          <w:p w14:paraId="624978F9" w14:textId="77777777" w:rsidR="00E856F1" w:rsidRDefault="00000000">
            <w:r>
              <w:rPr>
                <w:b/>
              </w:rPr>
              <w:t>Tanggal Pelaporan</w:t>
            </w:r>
          </w:p>
        </w:tc>
        <w:tc>
          <w:tcPr>
            <w:tcW w:w="6480" w:type="dxa"/>
          </w:tcPr>
          <w:p w14:paraId="37B2CE6F" w14:textId="77777777" w:rsidR="00E856F1" w:rsidRDefault="00000000">
            <w:r>
              <w:rPr>
                <w:color w:val="808080"/>
              </w:rPr>
              <w:t>[DD-MM-YYYY]</w:t>
            </w:r>
          </w:p>
        </w:tc>
      </w:tr>
    </w:tbl>
    <w:p w14:paraId="45E438D5" w14:textId="77777777" w:rsidR="00E856F1" w:rsidRDefault="00E856F1"/>
    <w:p w14:paraId="5F6527EE" w14:textId="77777777" w:rsidR="00E856F1" w:rsidRDefault="00000000">
      <w:pPr>
        <w:pStyle w:val="Heading1"/>
      </w:pPr>
      <w:r>
        <w:rPr>
          <w:color w:val="003366"/>
        </w:rPr>
        <w:t>2. Detail Kerentanan (Vulnerability Details)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6480"/>
      </w:tblGrid>
      <w:tr w:rsidR="00E856F1" w14:paraId="3EC35AB1" w14:textId="77777777">
        <w:tc>
          <w:tcPr>
            <w:tcW w:w="2880" w:type="dxa"/>
          </w:tcPr>
          <w:p w14:paraId="46B9CC86" w14:textId="77777777" w:rsidR="00E856F1" w:rsidRDefault="00000000">
            <w:r>
              <w:rPr>
                <w:b/>
              </w:rPr>
              <w:t>Judul Kerentanan</w:t>
            </w:r>
          </w:p>
        </w:tc>
        <w:tc>
          <w:tcPr>
            <w:tcW w:w="6480" w:type="dxa"/>
          </w:tcPr>
          <w:p w14:paraId="60E7FC35" w14:textId="77777777" w:rsidR="00E856F1" w:rsidRDefault="00000000">
            <w:r>
              <w:rPr>
                <w:color w:val="808080"/>
              </w:rPr>
              <w:t>[Contoh: Stored XSS pada Halaman Profil]</w:t>
            </w:r>
          </w:p>
        </w:tc>
      </w:tr>
      <w:tr w:rsidR="00E856F1" w14:paraId="331FB8CE" w14:textId="77777777">
        <w:tc>
          <w:tcPr>
            <w:tcW w:w="2880" w:type="dxa"/>
          </w:tcPr>
          <w:p w14:paraId="677AFF2E" w14:textId="77777777" w:rsidR="00E856F1" w:rsidRDefault="00000000">
            <w:r>
              <w:rPr>
                <w:b/>
              </w:rPr>
              <w:t>Target / Asset</w:t>
            </w:r>
          </w:p>
        </w:tc>
        <w:tc>
          <w:tcPr>
            <w:tcW w:w="6480" w:type="dxa"/>
          </w:tcPr>
          <w:p w14:paraId="749C8177" w14:textId="77777777" w:rsidR="00E856F1" w:rsidRDefault="00000000">
            <w:r>
              <w:rPr>
                <w:color w:val="808080"/>
              </w:rPr>
              <w:t>[URL, IP, atau Nama Aplikasi (contoh: https://target.com)]</w:t>
            </w:r>
          </w:p>
        </w:tc>
      </w:tr>
      <w:tr w:rsidR="00E856F1" w14:paraId="77061100" w14:textId="77777777">
        <w:tc>
          <w:tcPr>
            <w:tcW w:w="2880" w:type="dxa"/>
          </w:tcPr>
          <w:p w14:paraId="63017300" w14:textId="77777777" w:rsidR="00E856F1" w:rsidRDefault="00000000">
            <w:r>
              <w:rPr>
                <w:b/>
              </w:rPr>
              <w:t>Jenis Kerentanan (CWE)</w:t>
            </w:r>
          </w:p>
        </w:tc>
        <w:tc>
          <w:tcPr>
            <w:tcW w:w="6480" w:type="dxa"/>
          </w:tcPr>
          <w:p w14:paraId="49A5C1BB" w14:textId="77777777" w:rsidR="00E856F1" w:rsidRDefault="00000000">
            <w:r>
              <w:rPr>
                <w:color w:val="808080"/>
              </w:rPr>
              <w:t>[Contoh: CWE-79 Cross-Site Scripting]</w:t>
            </w:r>
          </w:p>
        </w:tc>
      </w:tr>
      <w:tr w:rsidR="00E856F1" w14:paraId="70747236" w14:textId="77777777">
        <w:tc>
          <w:tcPr>
            <w:tcW w:w="2880" w:type="dxa"/>
          </w:tcPr>
          <w:p w14:paraId="3EC726AF" w14:textId="77777777" w:rsidR="00E856F1" w:rsidRDefault="00000000">
            <w:r>
              <w:rPr>
                <w:b/>
              </w:rPr>
              <w:t>Endpoint / Parameter</w:t>
            </w:r>
          </w:p>
        </w:tc>
        <w:tc>
          <w:tcPr>
            <w:tcW w:w="6480" w:type="dxa"/>
          </w:tcPr>
          <w:p w14:paraId="7923E0D0" w14:textId="77777777" w:rsidR="00E856F1" w:rsidRDefault="00000000">
            <w:r>
              <w:rPr>
                <w:color w:val="808080"/>
              </w:rPr>
              <w:t>[Contoh: Parameter 'id' pada /api/v1/user]</w:t>
            </w:r>
          </w:p>
        </w:tc>
      </w:tr>
      <w:tr w:rsidR="00E856F1" w14:paraId="7019F4EF" w14:textId="77777777">
        <w:tc>
          <w:tcPr>
            <w:tcW w:w="2880" w:type="dxa"/>
          </w:tcPr>
          <w:p w14:paraId="3E4E7C20" w14:textId="77777777" w:rsidR="00E856F1" w:rsidRDefault="00000000">
            <w:r>
              <w:rPr>
                <w:b/>
              </w:rPr>
              <w:t>Tingkat Keparahan (Severity)</w:t>
            </w:r>
          </w:p>
        </w:tc>
        <w:tc>
          <w:tcPr>
            <w:tcW w:w="6480" w:type="dxa"/>
          </w:tcPr>
          <w:p w14:paraId="63FCB0DD" w14:textId="77777777" w:rsidR="00E856F1" w:rsidRDefault="00000000">
            <w:r>
              <w:rPr>
                <w:color w:val="808080"/>
              </w:rPr>
              <w:t>[Low / Medium / High / Critical] (Opsional: Sertakan Skor CVSS)</w:t>
            </w:r>
          </w:p>
        </w:tc>
      </w:tr>
    </w:tbl>
    <w:p w14:paraId="2ED66F2F" w14:textId="77777777" w:rsidR="00E856F1" w:rsidRDefault="00E856F1"/>
    <w:p w14:paraId="73742960" w14:textId="77777777" w:rsidR="00E856F1" w:rsidRDefault="00000000">
      <w:pPr>
        <w:pStyle w:val="Heading1"/>
      </w:pPr>
      <w:r>
        <w:rPr>
          <w:color w:val="003366"/>
        </w:rPr>
        <w:t>3. Bukti Konsep (Proof of Concept - PoC)</w:t>
      </w:r>
    </w:p>
    <w:p w14:paraId="4A6436C5" w14:textId="77777777" w:rsidR="00E856F1" w:rsidRDefault="00000000">
      <w:pPr>
        <w:pStyle w:val="ListBullet"/>
      </w:pPr>
      <w:r>
        <w:t>Deskripsi Singkat:</w:t>
      </w:r>
    </w:p>
    <w:p w14:paraId="0195F6D1" w14:textId="77777777" w:rsidR="00E856F1" w:rsidRDefault="00000000">
      <w:r>
        <w:rPr>
          <w:color w:val="808080"/>
        </w:rPr>
        <w:t>[Jelaskan secara singkat bagaimana kerentanan ini bekerja dan dimana letaknya]</w:t>
      </w:r>
    </w:p>
    <w:p w14:paraId="712A5BD5" w14:textId="77777777" w:rsidR="00E856F1" w:rsidRDefault="00000000">
      <w:pPr>
        <w:pStyle w:val="ListBullet"/>
      </w:pPr>
      <w:r>
        <w:t>Langkah-langkah Reproduksi (Langkah demi langkah):</w:t>
      </w:r>
    </w:p>
    <w:p w14:paraId="0111E528" w14:textId="77777777" w:rsidR="00E856F1" w:rsidRDefault="00000000">
      <w:r>
        <w:rPr>
          <w:color w:val="808080"/>
        </w:rPr>
        <w:t>1. [Buka URL https://...]</w:t>
      </w:r>
      <w:r>
        <w:rPr>
          <w:color w:val="808080"/>
        </w:rPr>
        <w:br/>
        <w:t>2. [Login menggunakan akun ...]</w:t>
      </w:r>
      <w:r>
        <w:rPr>
          <w:color w:val="808080"/>
        </w:rPr>
        <w:br/>
        <w:t>3. [Kirimkan payload berikut ke dalam input form ...]</w:t>
      </w:r>
      <w:r>
        <w:rPr>
          <w:color w:val="808080"/>
        </w:rPr>
        <w:br/>
        <w:t>4. [Amati bahwa script tereksekusi]</w:t>
      </w:r>
    </w:p>
    <w:p w14:paraId="2690E867" w14:textId="77777777" w:rsidR="00E856F1" w:rsidRDefault="00000000">
      <w:pPr>
        <w:pStyle w:val="ListBullet"/>
      </w:pPr>
      <w:r>
        <w:t>Payload / HTTP Request yang Digunakan:</w:t>
      </w:r>
    </w:p>
    <w:p w14:paraId="20308C17" w14:textId="77777777" w:rsidR="00E856F1" w:rsidRDefault="00000000">
      <w:r>
        <w:rPr>
          <w:rFonts w:ascii="Courier New" w:hAnsi="Courier New"/>
          <w:color w:val="808080"/>
        </w:rPr>
        <w:t>```http</w:t>
      </w:r>
      <w:r>
        <w:rPr>
          <w:rFonts w:ascii="Courier New" w:hAnsi="Courier New"/>
          <w:color w:val="808080"/>
        </w:rPr>
        <w:br/>
        <w:t>[Masukkan Raw HTTP Request / Payload di sini]</w:t>
      </w:r>
      <w:r>
        <w:rPr>
          <w:rFonts w:ascii="Courier New" w:hAnsi="Courier New"/>
          <w:color w:val="808080"/>
        </w:rPr>
        <w:br/>
        <w:t>```</w:t>
      </w:r>
    </w:p>
    <w:p w14:paraId="017B1714" w14:textId="77777777" w:rsidR="00E856F1" w:rsidRDefault="00000000">
      <w:pPr>
        <w:pStyle w:val="Heading1"/>
      </w:pPr>
      <w:r>
        <w:rPr>
          <w:color w:val="003366"/>
        </w:rPr>
        <w:lastRenderedPageBreak/>
        <w:t>4. Dampak Keamanan (Security Impact)</w:t>
      </w:r>
    </w:p>
    <w:p w14:paraId="6A310562" w14:textId="77777777" w:rsidR="00E856F1" w:rsidRDefault="00000000">
      <w:r>
        <w:rPr>
          <w:color w:val="808080"/>
        </w:rPr>
        <w:t>[Jelaskan dampak terburuk jika penyerang mengeksploitasi celah ini. Apa yang bisa mereka curi, ubah, atau hapus? Apakah bisa mengambil alih server (RCE) atau mengambil alih akun pengguna (Account Takeover)?]</w:t>
      </w:r>
    </w:p>
    <w:p w14:paraId="75A8821D" w14:textId="77777777" w:rsidR="00E856F1" w:rsidRDefault="00000000">
      <w:pPr>
        <w:pStyle w:val="Heading1"/>
      </w:pPr>
      <w:r>
        <w:rPr>
          <w:color w:val="003366"/>
        </w:rPr>
        <w:t>5. Saran Perbaikan (Mitigation / Remediation)</w:t>
      </w:r>
    </w:p>
    <w:p w14:paraId="5C9489BF" w14:textId="77777777" w:rsidR="00E856F1" w:rsidRDefault="00000000">
      <w:r>
        <w:rPr>
          <w:color w:val="808080"/>
        </w:rPr>
        <w:t>[Berikan saran bagaimana cara menambal celah keamanan ini. Contoh: Implementasikan input validation dan output encoding, atau gunakan parameterized queries untuk mencegah SQLi.]</w:t>
      </w:r>
    </w:p>
    <w:p w14:paraId="49753DED" w14:textId="77777777" w:rsidR="00E856F1" w:rsidRDefault="00000000">
      <w:pPr>
        <w:pStyle w:val="Heading1"/>
      </w:pPr>
      <w:r>
        <w:rPr>
          <w:color w:val="003366"/>
        </w:rPr>
        <w:t>6. Lampiran Pendukung (Attachments)</w:t>
      </w:r>
    </w:p>
    <w:p w14:paraId="31D58943" w14:textId="77777777" w:rsidR="00E856F1" w:rsidRDefault="00000000">
      <w:r>
        <w:t>Tandai (X) pada lampiran yang Anda sertakan bersama laporan ini:</w:t>
      </w:r>
    </w:p>
    <w:p w14:paraId="67FF92D9" w14:textId="77777777" w:rsidR="00E856F1" w:rsidRDefault="00000000">
      <w:r>
        <w:t>[   ] Screenshot Bukti (Bukti tereksekusinya payload, data yang bocor, dll)</w:t>
      </w:r>
    </w:p>
    <w:p w14:paraId="52B181EC" w14:textId="77777777" w:rsidR="00E856F1" w:rsidRDefault="00000000">
      <w:r>
        <w:t>[   ] Video PoC (Tautan video atau file MP4 terlampir)</w:t>
      </w:r>
    </w:p>
    <w:p w14:paraId="7ED21492" w14:textId="77777777" w:rsidR="00E856F1" w:rsidRDefault="00000000">
      <w:r>
        <w:t>[   ] Script / Kode Eksploit (Python, Bash, dll)</w:t>
      </w:r>
    </w:p>
    <w:sectPr w:rsidR="00E856F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3CA87" w14:textId="77777777" w:rsidR="0052568D" w:rsidRDefault="0052568D" w:rsidP="00967EB9">
      <w:pPr>
        <w:spacing w:after="0" w:line="240" w:lineRule="auto"/>
      </w:pPr>
      <w:r>
        <w:separator/>
      </w:r>
    </w:p>
  </w:endnote>
  <w:endnote w:type="continuationSeparator" w:id="0">
    <w:p w14:paraId="27B7C8BF" w14:textId="77777777" w:rsidR="0052568D" w:rsidRDefault="0052568D" w:rsidP="00967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70472" w14:textId="77777777" w:rsidR="0052568D" w:rsidRDefault="0052568D" w:rsidP="00967EB9">
      <w:pPr>
        <w:spacing w:after="0" w:line="240" w:lineRule="auto"/>
      </w:pPr>
      <w:r>
        <w:separator/>
      </w:r>
    </w:p>
  </w:footnote>
  <w:footnote w:type="continuationSeparator" w:id="0">
    <w:p w14:paraId="3F3F3674" w14:textId="77777777" w:rsidR="0052568D" w:rsidRDefault="0052568D" w:rsidP="00967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4688088">
    <w:abstractNumId w:val="8"/>
  </w:num>
  <w:num w:numId="2" w16cid:durableId="257175658">
    <w:abstractNumId w:val="6"/>
  </w:num>
  <w:num w:numId="3" w16cid:durableId="2044623224">
    <w:abstractNumId w:val="5"/>
  </w:num>
  <w:num w:numId="4" w16cid:durableId="2029330452">
    <w:abstractNumId w:val="4"/>
  </w:num>
  <w:num w:numId="5" w16cid:durableId="592785195">
    <w:abstractNumId w:val="7"/>
  </w:num>
  <w:num w:numId="6" w16cid:durableId="555048871">
    <w:abstractNumId w:val="3"/>
  </w:num>
  <w:num w:numId="7" w16cid:durableId="111021003">
    <w:abstractNumId w:val="2"/>
  </w:num>
  <w:num w:numId="8" w16cid:durableId="355548377">
    <w:abstractNumId w:val="1"/>
  </w:num>
  <w:num w:numId="9" w16cid:durableId="1080325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03E"/>
    <w:rsid w:val="0015074B"/>
    <w:rsid w:val="002366FC"/>
    <w:rsid w:val="0029639D"/>
    <w:rsid w:val="00326F90"/>
    <w:rsid w:val="003F0FA1"/>
    <w:rsid w:val="0052568D"/>
    <w:rsid w:val="00967EB9"/>
    <w:rsid w:val="00AA1D8D"/>
    <w:rsid w:val="00B47730"/>
    <w:rsid w:val="00CB0664"/>
    <w:rsid w:val="00E856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8B137E"/>
  <w14:defaultImageDpi w14:val="300"/>
  <w15:docId w15:val="{3357D6FE-7268-4FEF-82FD-923FDC29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9711f5-e2c2-404a-9f7c-b07b167771f9">
      <Terms xmlns="http://schemas.microsoft.com/office/infopath/2007/PartnerControls"/>
    </lcf76f155ced4ddcb4097134ff3c332f>
    <Email_x0020_ITS xmlns="d79711f5-e2c2-404a-9f7c-b07b167771f9" xsi:nil="true"/>
    <Nama_x0020_Lengkap xmlns="d79711f5-e2c2-404a-9f7c-b07b167771f9" xsi:nil="true"/>
    <NIP_x0020__x002f__x0020_NRP xmlns="d79711f5-e2c2-404a-9f7c-b07b167771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" ma:contentTypeID="0x010100E8A324C444FA654C8C519903957D56DA" ma:contentTypeVersion="15" ma:contentTypeDescription="Buat sebuah dokumen baru." ma:contentTypeScope="" ma:versionID="d8cb46dbd3be80ba9d2856c4ed7dbcba">
  <xsd:schema xmlns:xsd="http://www.w3.org/2001/XMLSchema" xmlns:xs="http://www.w3.org/2001/XMLSchema" xmlns:p="http://schemas.microsoft.com/office/2006/metadata/properties" xmlns:ns2="d79711f5-e2c2-404a-9f7c-b07b167771f9" targetNamespace="http://schemas.microsoft.com/office/2006/metadata/properties" ma:root="true" ma:fieldsID="c81be8d6f5df1e503fbf2ac4c60991c5" ns2:_="">
    <xsd:import namespace="d79711f5-e2c2-404a-9f7c-b07b167771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Nama_x0020_Lengkap" minOccurs="0"/>
                <xsd:element ref="ns2:NIP_x0020__x002f__x0020_NRP" minOccurs="0"/>
                <xsd:element ref="ns2:Email_x0020_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9711f5-e2c2-404a-9f7c-b07b167771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Gambar" ma:readOnly="false" ma:fieldId="{5cf76f15-5ced-4ddc-b409-7134ff3c332f}" ma:taxonomyMulti="true" ma:sspId="2c341d83-ad40-4bf4-9c06-e9132af74e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Nama_x0020_Lengkap" ma:index="20" nillable="true" ma:displayName="Nama Lengkap" ma:internalName="Nama_x0020_Lengkap">
      <xsd:simpleType>
        <xsd:restriction base="dms:Text"/>
      </xsd:simpleType>
    </xsd:element>
    <xsd:element name="NIP_x0020__x002f__x0020_NRP" ma:index="21" nillable="true" ma:displayName="NIP / NRP" ma:internalName="NIP_x0020__x002f__x0020_NRP">
      <xsd:simpleType>
        <xsd:restriction base="dms:Text"/>
      </xsd:simpleType>
    </xsd:element>
    <xsd:element name="Email_x0020_ITS" ma:index="22" nillable="true" ma:displayName="Email ITS" ma:internalName="Email_x0020_IT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e Isi"/>
        <xsd:element ref="dc:title" minOccurs="0" maxOccurs="1" ma:index="4" ma:displayName="Judu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AF7C351-F23F-4F89-BE3A-AD0E0983FB70}">
  <ds:schemaRefs>
    <ds:schemaRef ds:uri="http://schemas.microsoft.com/office/2006/metadata/properties"/>
    <ds:schemaRef ds:uri="http://schemas.microsoft.com/office/infopath/2007/PartnerControls"/>
    <ds:schemaRef ds:uri="d79711f5-e2c2-404a-9f7c-b07b167771f9"/>
  </ds:schemaRefs>
</ds:datastoreItem>
</file>

<file path=customXml/itemProps2.xml><?xml version="1.0" encoding="utf-8"?>
<ds:datastoreItem xmlns:ds="http://schemas.openxmlformats.org/officeDocument/2006/customXml" ds:itemID="{1082A511-3D7E-44CD-9EBE-4C0E7B0995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9BCC26-970F-44E4-BD6A-D3131FD325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9711f5-e2c2-404a-9f7c-b07b167771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Budi Yunior Valentino</cp:lastModifiedBy>
  <cp:revision>3</cp:revision>
  <dcterms:created xsi:type="dcterms:W3CDTF">2013-12-23T23:15:00Z</dcterms:created>
  <dcterms:modified xsi:type="dcterms:W3CDTF">2026-09-15T08:54:00Z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0x010100E8A324C444FA654C8C519903957D56DA</vt:lpwstr>
  </property>
  <property fmtid="{D5CDD505-2E9C-101B-9397-08002B2CF9AE}" pid="3" name="Order">
    <vt:r8>602700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